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CEFB6" w14:textId="4E6D878A" w:rsidR="00282ABC" w:rsidRPr="00A665FC" w:rsidRDefault="006444E0">
      <w:pPr>
        <w:rPr>
          <w:b/>
          <w:color w:val="0082BC"/>
          <w:sz w:val="48"/>
        </w:rPr>
      </w:pPr>
      <w:r w:rsidRPr="00A665FC">
        <w:rPr>
          <w:rFonts w:ascii="Times New Roman"/>
          <w:noProof/>
          <w:sz w:val="20"/>
        </w:rPr>
        <mc:AlternateContent>
          <mc:Choice Requires="wps">
            <w:drawing>
              <wp:anchor distT="0" distB="0" distL="114300" distR="114300" simplePos="0" relativeHeight="251658243" behindDoc="0" locked="0" layoutInCell="1" allowOverlap="1" wp14:anchorId="147BD200" wp14:editId="37E2674E">
                <wp:simplePos x="0" y="0"/>
                <wp:positionH relativeFrom="margin">
                  <wp:align>center</wp:align>
                </wp:positionH>
                <wp:positionV relativeFrom="paragraph">
                  <wp:posOffset>184150</wp:posOffset>
                </wp:positionV>
                <wp:extent cx="7207250" cy="5384800"/>
                <wp:effectExtent l="0" t="0" r="0" b="635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0" cy="5384800"/>
                        </a:xfrm>
                        <a:prstGeom prst="rect">
                          <a:avLst/>
                        </a:prstGeom>
                        <a:solidFill>
                          <a:srgbClr val="000000">
                            <a:alpha val="14999"/>
                          </a:srgbClr>
                        </a:solidFill>
                      </wps:spPr>
                      <wps:txbx>
                        <w:txbxContent>
                          <w:p w14:paraId="14DD0D91" w14:textId="5955DE48" w:rsidR="006852CF" w:rsidRPr="006444E0" w:rsidRDefault="008C2715" w:rsidP="006852CF">
                            <w:pPr>
                              <w:spacing w:line="1023" w:lineRule="exact"/>
                              <w:ind w:left="-13"/>
                              <w:jc w:val="center"/>
                              <w:rPr>
                                <w:rFonts w:ascii="Trebuchet MS"/>
                                <w:b/>
                                <w:color w:val="FFFFFF"/>
                                <w:spacing w:val="17"/>
                                <w:sz w:val="96"/>
                                <w:szCs w:val="96"/>
                              </w:rPr>
                            </w:pPr>
                            <w:r w:rsidRPr="006444E0">
                              <w:rPr>
                                <w:rFonts w:ascii="Trebuchet MS"/>
                                <w:b/>
                                <w:color w:val="FFFFFF"/>
                                <w:spacing w:val="17"/>
                                <w:sz w:val="96"/>
                                <w:szCs w:val="96"/>
                              </w:rPr>
                              <w:t>Casual Operations Assistant</w:t>
                            </w:r>
                            <w:r w:rsidR="006444E0" w:rsidRPr="006444E0">
                              <w:rPr>
                                <w:rFonts w:ascii="Trebuchet MS"/>
                                <w:b/>
                                <w:color w:val="FFFFFF"/>
                                <w:spacing w:val="17"/>
                                <w:sz w:val="96"/>
                                <w:szCs w:val="96"/>
                              </w:rPr>
                              <w:t xml:space="preserve"> - </w:t>
                            </w:r>
                            <w:r w:rsidRPr="006444E0">
                              <w:rPr>
                                <w:rFonts w:ascii="Trebuchet MS"/>
                                <w:b/>
                                <w:color w:val="FFFFFF"/>
                                <w:spacing w:val="17"/>
                                <w:sz w:val="96"/>
                                <w:szCs w:val="96"/>
                              </w:rPr>
                              <w:t>Litherland Sports Park</w:t>
                            </w:r>
                          </w:p>
                          <w:p w14:paraId="6C5E8701" w14:textId="6DCF27D6" w:rsidR="006852CF" w:rsidRPr="006444E0" w:rsidRDefault="006852CF" w:rsidP="006852CF">
                            <w:pPr>
                              <w:spacing w:line="1023" w:lineRule="exact"/>
                              <w:ind w:left="-13"/>
                              <w:jc w:val="center"/>
                              <w:rPr>
                                <w:rFonts w:ascii="Trebuchet MS"/>
                                <w:b/>
                                <w:color w:val="000000"/>
                                <w:sz w:val="96"/>
                                <w:szCs w:val="96"/>
                              </w:rPr>
                            </w:pPr>
                            <w:r w:rsidRPr="006444E0">
                              <w:rPr>
                                <w:rFonts w:ascii="Trebuchet MS"/>
                                <w:b/>
                                <w:color w:val="FFFFFF"/>
                                <w:spacing w:val="17"/>
                                <w:sz w:val="96"/>
                                <w:szCs w:val="96"/>
                              </w:rPr>
                              <w:t>Applicant</w:t>
                            </w:r>
                            <w:r w:rsidRPr="006444E0">
                              <w:rPr>
                                <w:rFonts w:ascii="Trebuchet MS"/>
                                <w:b/>
                                <w:color w:val="FFFFFF"/>
                                <w:spacing w:val="5"/>
                                <w:sz w:val="96"/>
                                <w:szCs w:val="96"/>
                              </w:rPr>
                              <w:t xml:space="preserve"> Recruitment </w:t>
                            </w:r>
                            <w:r w:rsidRPr="006444E0">
                              <w:rPr>
                                <w:rFonts w:ascii="Trebuchet MS"/>
                                <w:b/>
                                <w:color w:val="FFFFFF"/>
                                <w:spacing w:val="-4"/>
                                <w:sz w:val="96"/>
                                <w:szCs w:val="96"/>
                              </w:rPr>
                              <w:t>Pack</w:t>
                            </w:r>
                          </w:p>
                          <w:p w14:paraId="016E2B20" w14:textId="77777777" w:rsidR="006852CF" w:rsidRPr="00A665FC" w:rsidRDefault="006852CF" w:rsidP="006852CF">
                            <w:pPr>
                              <w:spacing w:before="58"/>
                              <w:ind w:left="-22"/>
                              <w:jc w:val="center"/>
                              <w:rPr>
                                <w:color w:val="000000"/>
                                <w:sz w:val="37"/>
                              </w:rPr>
                            </w:pPr>
                            <w:r w:rsidRPr="00A665FC">
                              <w:rPr>
                                <w:color w:val="FFFFFF"/>
                                <w:sz w:val="37"/>
                              </w:rPr>
                              <w:t>Sefton</w:t>
                            </w:r>
                            <w:r w:rsidRPr="00A665FC">
                              <w:rPr>
                                <w:color w:val="FFFFFF"/>
                                <w:spacing w:val="-1"/>
                                <w:sz w:val="37"/>
                              </w:rPr>
                              <w:t xml:space="preserve"> </w:t>
                            </w:r>
                            <w:r w:rsidRPr="00A665FC">
                              <w:rPr>
                                <w:color w:val="FFFFFF"/>
                                <w:sz w:val="37"/>
                              </w:rPr>
                              <w:t>is a</w:t>
                            </w:r>
                            <w:r w:rsidRPr="00A665FC">
                              <w:rPr>
                                <w:color w:val="FFFFFF"/>
                                <w:spacing w:val="-1"/>
                                <w:sz w:val="37"/>
                              </w:rPr>
                              <w:t xml:space="preserve"> </w:t>
                            </w:r>
                            <w:r w:rsidRPr="00A665FC">
                              <w:rPr>
                                <w:color w:val="FFFFFF"/>
                                <w:sz w:val="37"/>
                              </w:rPr>
                              <w:t>really great</w:t>
                            </w:r>
                            <w:r w:rsidRPr="00A665FC">
                              <w:rPr>
                                <w:color w:val="FFFFFF"/>
                                <w:spacing w:val="-1"/>
                                <w:sz w:val="37"/>
                              </w:rPr>
                              <w:t xml:space="preserve"> </w:t>
                            </w:r>
                            <w:r w:rsidRPr="00A665FC">
                              <w:rPr>
                                <w:color w:val="FFFFFF"/>
                                <w:sz w:val="37"/>
                              </w:rPr>
                              <w:t>place to</w:t>
                            </w:r>
                            <w:r w:rsidRPr="00A665FC">
                              <w:rPr>
                                <w:color w:val="FFFFFF"/>
                                <w:spacing w:val="-1"/>
                                <w:sz w:val="37"/>
                              </w:rPr>
                              <w:t xml:space="preserve"> </w:t>
                            </w:r>
                            <w:r w:rsidRPr="00A665FC">
                              <w:rPr>
                                <w:color w:val="FFFFFF"/>
                                <w:sz w:val="37"/>
                              </w:rPr>
                              <w:t>live and</w:t>
                            </w:r>
                            <w:r w:rsidRPr="00A665FC">
                              <w:rPr>
                                <w:color w:val="FFFFFF"/>
                                <w:spacing w:val="-1"/>
                                <w:sz w:val="37"/>
                              </w:rPr>
                              <w:t xml:space="preserve"> </w:t>
                            </w:r>
                            <w:r w:rsidRPr="00A665FC">
                              <w:rPr>
                                <w:color w:val="FFFFFF"/>
                                <w:spacing w:val="-4"/>
                                <w:sz w:val="37"/>
                              </w:rPr>
                              <w:t>work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47BD200" id="_x0000_t202" coordsize="21600,21600" o:spt="202" path="m,l,21600r21600,l21600,xe">
                <v:stroke joinstyle="miter"/>
                <v:path gradientshapeok="t" o:connecttype="rect"/>
              </v:shapetype>
              <v:shape id="Textbox 18" o:spid="_x0000_s1026" type="#_x0000_t202" style="position:absolute;margin-left:0;margin-top:14.5pt;width:567.5pt;height:424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" fillcolor="black" stroked="f">
                <v:fill opacity="9766f"/>
                <v:textbox inset="0,0,0,0">
                  <w:txbxContent>
                    <w:p w14:paraId="14DD0D91" w14:textId="5955DE48" w:rsidR="006852CF" w:rsidRPr="006444E0" w:rsidRDefault="008C2715" w:rsidP="006852CF">
                      <w:pPr>
                        <w:spacing w:line="1023" w:lineRule="exact"/>
                        <w:ind w:left="-13"/>
                        <w:jc w:val="center"/>
                        <w:rPr>
                          <w:rFonts w:ascii="Trebuchet MS"/>
                          <w:b/>
                          <w:color w:val="FFFFFF"/>
                          <w:spacing w:val="17"/>
                          <w:sz w:val="96"/>
                          <w:szCs w:val="96"/>
                        </w:rPr>
                      </w:pPr>
                      <w:r w:rsidRPr="006444E0">
                        <w:rPr>
                          <w:rFonts w:ascii="Trebuchet MS"/>
                          <w:b/>
                          <w:color w:val="FFFFFF"/>
                          <w:spacing w:val="17"/>
                          <w:sz w:val="96"/>
                          <w:szCs w:val="96"/>
                        </w:rPr>
                        <w:t>Casual Operations Assistant</w:t>
                      </w:r>
                      <w:r w:rsidR="006444E0" w:rsidRPr="006444E0">
                        <w:rPr>
                          <w:rFonts w:ascii="Trebuchet MS"/>
                          <w:b/>
                          <w:color w:val="FFFFFF"/>
                          <w:spacing w:val="17"/>
                          <w:sz w:val="96"/>
                          <w:szCs w:val="96"/>
                        </w:rPr>
                        <w:t xml:space="preserve"> - </w:t>
                      </w:r>
                      <w:r w:rsidRPr="006444E0">
                        <w:rPr>
                          <w:rFonts w:ascii="Trebuchet MS"/>
                          <w:b/>
                          <w:color w:val="FFFFFF"/>
                          <w:spacing w:val="17"/>
                          <w:sz w:val="96"/>
                          <w:szCs w:val="96"/>
                        </w:rPr>
                        <w:t>Litherland Sports Park</w:t>
                      </w:r>
                    </w:p>
                    <w:p w14:paraId="6C5E8701" w14:textId="6DCF27D6" w:rsidR="006852CF" w:rsidRPr="006444E0" w:rsidRDefault="006852CF" w:rsidP="006852CF">
                      <w:pPr>
                        <w:spacing w:line="1023" w:lineRule="exact"/>
                        <w:ind w:left="-13"/>
                        <w:jc w:val="center"/>
                        <w:rPr>
                          <w:rFonts w:ascii="Trebuchet MS"/>
                          <w:b/>
                          <w:color w:val="000000"/>
                          <w:sz w:val="96"/>
                          <w:szCs w:val="96"/>
                        </w:rPr>
                      </w:pPr>
                      <w:r w:rsidRPr="006444E0">
                        <w:rPr>
                          <w:rFonts w:ascii="Trebuchet MS"/>
                          <w:b/>
                          <w:color w:val="FFFFFF"/>
                          <w:spacing w:val="17"/>
                          <w:sz w:val="96"/>
                          <w:szCs w:val="96"/>
                        </w:rPr>
                        <w:t>Applicant</w:t>
                      </w:r>
                      <w:r w:rsidRPr="006444E0">
                        <w:rPr>
                          <w:rFonts w:ascii="Trebuchet MS"/>
                          <w:b/>
                          <w:color w:val="FFFFFF"/>
                          <w:spacing w:val="5"/>
                          <w:sz w:val="96"/>
                          <w:szCs w:val="96"/>
                        </w:rPr>
                        <w:t xml:space="preserve"> Recruitment </w:t>
                      </w:r>
                      <w:r w:rsidRPr="006444E0">
                        <w:rPr>
                          <w:rFonts w:ascii="Trebuchet MS"/>
                          <w:b/>
                          <w:color w:val="FFFFFF"/>
                          <w:spacing w:val="-4"/>
                          <w:sz w:val="96"/>
                          <w:szCs w:val="96"/>
                        </w:rPr>
                        <w:t>Pack</w:t>
                      </w:r>
                    </w:p>
                    <w:p w14:paraId="016E2B20" w14:textId="77777777" w:rsidR="006852CF" w:rsidRPr="00A665FC" w:rsidRDefault="006852CF" w:rsidP="006852CF">
                      <w:pPr>
                        <w:spacing w:before="58"/>
                        <w:ind w:left="-22"/>
                        <w:jc w:val="center"/>
                        <w:rPr>
                          <w:color w:val="000000"/>
                          <w:sz w:val="37"/>
                        </w:rPr>
                      </w:pPr>
                      <w:r w:rsidRPr="00A665FC">
                        <w:rPr>
                          <w:color w:val="FFFFFF"/>
                          <w:sz w:val="37"/>
                        </w:rPr>
                        <w:t>Sefton</w:t>
                      </w:r>
                      <w:r w:rsidRPr="00A665FC">
                        <w:rPr>
                          <w:color w:val="FFFFFF"/>
                          <w:spacing w:val="-1"/>
                          <w:sz w:val="37"/>
                        </w:rPr>
                        <w:t xml:space="preserve"> </w:t>
                      </w:r>
                      <w:r w:rsidRPr="00A665FC">
                        <w:rPr>
                          <w:color w:val="FFFFFF"/>
                          <w:sz w:val="37"/>
                        </w:rPr>
                        <w:t>is a</w:t>
                      </w:r>
                      <w:r w:rsidRPr="00A665FC">
                        <w:rPr>
                          <w:color w:val="FFFFFF"/>
                          <w:spacing w:val="-1"/>
                          <w:sz w:val="37"/>
                        </w:rPr>
                        <w:t xml:space="preserve"> </w:t>
                      </w:r>
                      <w:r w:rsidRPr="00A665FC">
                        <w:rPr>
                          <w:color w:val="FFFFFF"/>
                          <w:sz w:val="37"/>
                        </w:rPr>
                        <w:t>really great</w:t>
                      </w:r>
                      <w:r w:rsidRPr="00A665FC">
                        <w:rPr>
                          <w:color w:val="FFFFFF"/>
                          <w:spacing w:val="-1"/>
                          <w:sz w:val="37"/>
                        </w:rPr>
                        <w:t xml:space="preserve"> </w:t>
                      </w:r>
                      <w:r w:rsidRPr="00A665FC">
                        <w:rPr>
                          <w:color w:val="FFFFFF"/>
                          <w:sz w:val="37"/>
                        </w:rPr>
                        <w:t>place to</w:t>
                      </w:r>
                      <w:r w:rsidRPr="00A665FC">
                        <w:rPr>
                          <w:color w:val="FFFFFF"/>
                          <w:spacing w:val="-1"/>
                          <w:sz w:val="37"/>
                        </w:rPr>
                        <w:t xml:space="preserve"> </w:t>
                      </w:r>
                      <w:r w:rsidRPr="00A665FC">
                        <w:rPr>
                          <w:color w:val="FFFFFF"/>
                          <w:sz w:val="37"/>
                        </w:rPr>
                        <w:t>live and</w:t>
                      </w:r>
                      <w:r w:rsidRPr="00A665FC">
                        <w:rPr>
                          <w:color w:val="FFFFFF"/>
                          <w:spacing w:val="-1"/>
                          <w:sz w:val="37"/>
                        </w:rPr>
                        <w:t xml:space="preserve"> </w:t>
                      </w:r>
                      <w:r w:rsidRPr="00A665FC">
                        <w:rPr>
                          <w:color w:val="FFFFFF"/>
                          <w:spacing w:val="-4"/>
                          <w:sz w:val="37"/>
                        </w:rPr>
                        <w:t>work</w:t>
                      </w:r>
                    </w:p>
                  </w:txbxContent>
                </v:textbox>
                <w10:wrap anchorx="margin"/>
              </v:shape>
            </w:pict>
          </mc:Fallback>
        </mc:AlternateContent>
      </w:r>
      <w:r w:rsidRPr="00A665FC">
        <w:rPr>
          <w:noProof/>
        </w:rPr>
        <w:drawing>
          <wp:anchor distT="0" distB="0" distL="114300" distR="114300" simplePos="0" relativeHeight="251655167" behindDoc="0" locked="0" layoutInCell="1" allowOverlap="1" wp14:anchorId="6A9DAC06" wp14:editId="496B2FFB">
            <wp:simplePos x="0" y="0"/>
            <wp:positionH relativeFrom="page">
              <wp:posOffset>-184150</wp:posOffset>
            </wp:positionH>
            <wp:positionV relativeFrom="paragraph">
              <wp:posOffset>158115</wp:posOffset>
            </wp:positionV>
            <wp:extent cx="8039100" cy="10039350"/>
            <wp:effectExtent l="0" t="0" r="0" b="6350"/>
            <wp:wrapNone/>
            <wp:docPr id="15" name="Image 15" descr="A person standing in water&#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 15" descr="A person standing in water&#10;&#10;AI-generated content may be incorrect."/>
                    <pic:cNvPicPr/>
                  </pic:nvPicPr>
                  <pic:blipFill>
                    <a:blip r:embed="rId12" cstate="print"/>
                    <a:stretch>
                      <a:fillRect/>
                    </a:stretch>
                  </pic:blipFill>
                  <pic:spPr>
                    <a:xfrm>
                      <a:off x="0" y="0"/>
                      <a:ext cx="8039100" cy="10039350"/>
                    </a:xfrm>
                    <a:prstGeom prst="rect">
                      <a:avLst/>
                    </a:prstGeom>
                  </pic:spPr>
                </pic:pic>
              </a:graphicData>
            </a:graphic>
            <wp14:sizeRelH relativeFrom="margin">
              <wp14:pctWidth>0</wp14:pctWidth>
            </wp14:sizeRelH>
            <wp14:sizeRelV relativeFrom="margin">
              <wp14:pctHeight>0</wp14:pctHeight>
            </wp14:sizeRelV>
          </wp:anchor>
        </w:drawing>
      </w:r>
      <w:r w:rsidR="001303A8" w:rsidRPr="00A665FC">
        <w:rPr>
          <w:noProof/>
        </w:rPr>
        <mc:AlternateContent>
          <mc:Choice Requires="wps">
            <w:drawing>
              <wp:anchor distT="0" distB="0" distL="114300" distR="114300" simplePos="0" relativeHeight="251658244" behindDoc="0" locked="0" layoutInCell="1" allowOverlap="1" wp14:anchorId="6669B4ED" wp14:editId="361B8CAC">
                <wp:simplePos x="0" y="0"/>
                <wp:positionH relativeFrom="column">
                  <wp:posOffset>-87630</wp:posOffset>
                </wp:positionH>
                <wp:positionV relativeFrom="paragraph">
                  <wp:posOffset>-1332865</wp:posOffset>
                </wp:positionV>
                <wp:extent cx="825500" cy="261620"/>
                <wp:effectExtent l="0" t="0" r="0" b="0"/>
                <wp:wrapNone/>
                <wp:docPr id="6" name="Graphic 6"/>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C58C18"/>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086BFBE" id="Graphic 6" o:spid="_x0000_s1026" style="position:absolute;margin-left:-6.9pt;margin-top:-104.95pt;width:65pt;height:20.6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" path="m826109,l,,,261404r826109,l826109,xe" fillcolor="#c58c18" stroked="f">
                <v:path arrowok="t"/>
              </v:shape>
            </w:pict>
          </mc:Fallback>
        </mc:AlternateContent>
      </w:r>
      <w:r w:rsidR="001303A8" w:rsidRPr="00A665FC">
        <w:rPr>
          <w:noProof/>
        </w:rPr>
        <mc:AlternateContent>
          <mc:Choice Requires="wps">
            <w:drawing>
              <wp:anchor distT="0" distB="0" distL="114300" distR="114300" simplePos="0" relativeHeight="251658245" behindDoc="0" locked="0" layoutInCell="1" allowOverlap="1" wp14:anchorId="6BABE0BE" wp14:editId="5F9E7EC4">
                <wp:simplePos x="0" y="0"/>
                <wp:positionH relativeFrom="column">
                  <wp:posOffset>738505</wp:posOffset>
                </wp:positionH>
                <wp:positionV relativeFrom="paragraph">
                  <wp:posOffset>-1332865</wp:posOffset>
                </wp:positionV>
                <wp:extent cx="825500" cy="261620"/>
                <wp:effectExtent l="0" t="0" r="0" b="0"/>
                <wp:wrapNone/>
                <wp:docPr id="7" name="Graphic 7"/>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E8491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83901CA" id="Graphic 7" o:spid="_x0000_s1026" style="position:absolute;margin-left:58.15pt;margin-top:-104.95pt;width:65pt;height:20.6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" path="m826109,l,,,261404r826109,l826109,xe" fillcolor="#e8491b" stroked="f">
                <v:path arrowok="t"/>
              </v:shape>
            </w:pict>
          </mc:Fallback>
        </mc:AlternateContent>
      </w:r>
      <w:r w:rsidR="001303A8" w:rsidRPr="00A665FC">
        <w:rPr>
          <w:noProof/>
        </w:rPr>
        <mc:AlternateContent>
          <mc:Choice Requires="wps">
            <w:drawing>
              <wp:anchor distT="0" distB="0" distL="114300" distR="114300" simplePos="0" relativeHeight="251658246" behindDoc="0" locked="0" layoutInCell="1" allowOverlap="1" wp14:anchorId="2A987DDF" wp14:editId="5E7220D5">
                <wp:simplePos x="0" y="0"/>
                <wp:positionH relativeFrom="column">
                  <wp:posOffset>1564640</wp:posOffset>
                </wp:positionH>
                <wp:positionV relativeFrom="paragraph">
                  <wp:posOffset>-1332865</wp:posOffset>
                </wp:positionV>
                <wp:extent cx="825500" cy="261620"/>
                <wp:effectExtent l="0" t="0" r="0" b="0"/>
                <wp:wrapNone/>
                <wp:docPr id="8" name="Graphic 8"/>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90BF2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6FBE144" id="Graphic 8" o:spid="_x0000_s1026" style="position:absolute;margin-left:123.2pt;margin-top:-104.95pt;width:65pt;height:20.6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" path="m826109,l,,,261404r826109,l826109,xe" fillcolor="#90bf21" stroked="f">
                <v:path arrowok="t"/>
              </v:shape>
            </w:pict>
          </mc:Fallback>
        </mc:AlternateContent>
      </w:r>
      <w:r w:rsidR="001303A8" w:rsidRPr="00A665FC">
        <w:rPr>
          <w:noProof/>
        </w:rPr>
        <mc:AlternateContent>
          <mc:Choice Requires="wps">
            <w:drawing>
              <wp:anchor distT="0" distB="0" distL="114300" distR="114300" simplePos="0" relativeHeight="251658247" behindDoc="0" locked="0" layoutInCell="1" allowOverlap="1" wp14:anchorId="1D462D5A" wp14:editId="1C2BEFDB">
                <wp:simplePos x="0" y="0"/>
                <wp:positionH relativeFrom="column">
                  <wp:posOffset>2390775</wp:posOffset>
                </wp:positionH>
                <wp:positionV relativeFrom="paragraph">
                  <wp:posOffset>-1332865</wp:posOffset>
                </wp:positionV>
                <wp:extent cx="825500" cy="261620"/>
                <wp:effectExtent l="0" t="0" r="0" b="0"/>
                <wp:wrapNone/>
                <wp:docPr id="9" name="Graphic 9"/>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A2579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6189697" id="Graphic 9" o:spid="_x0000_s1026" style="position:absolute;margin-left:188.25pt;margin-top:-104.95pt;width:65pt;height:20.6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" path="m826109,l,,,261404r826109,l826109,xe" fillcolor="#a2579e" stroked="f">
                <v:path arrowok="t"/>
              </v:shape>
            </w:pict>
          </mc:Fallback>
        </mc:AlternateContent>
      </w:r>
      <w:r w:rsidR="001303A8" w:rsidRPr="00A665FC">
        <w:rPr>
          <w:noProof/>
        </w:rPr>
        <mc:AlternateContent>
          <mc:Choice Requires="wps">
            <w:drawing>
              <wp:anchor distT="0" distB="0" distL="114300" distR="114300" simplePos="0" relativeHeight="251658249" behindDoc="0" locked="0" layoutInCell="1" allowOverlap="1" wp14:anchorId="5403E0F6" wp14:editId="472A1A43">
                <wp:simplePos x="0" y="0"/>
                <wp:positionH relativeFrom="column">
                  <wp:posOffset>4042410</wp:posOffset>
                </wp:positionH>
                <wp:positionV relativeFrom="paragraph">
                  <wp:posOffset>-1332865</wp:posOffset>
                </wp:positionV>
                <wp:extent cx="825500" cy="261620"/>
                <wp:effectExtent l="0" t="0" r="0" b="0"/>
                <wp:wrapNone/>
                <wp:docPr id="11" name="Graphic 11"/>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303E9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91D00B4" id="Graphic 11" o:spid="_x0000_s1026" style="position:absolute;margin-left:318.3pt;margin-top:-104.95pt;width:65pt;height:20.6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" path="m826109,l,,,261404r826109,l826109,xe" fillcolor="#303e91" stroked="f">
                <v:path arrowok="t"/>
              </v:shape>
            </w:pict>
          </mc:Fallback>
        </mc:AlternateContent>
      </w:r>
      <w:r w:rsidR="001303A8" w:rsidRPr="00A665FC">
        <w:rPr>
          <w:noProof/>
        </w:rPr>
        <mc:AlternateContent>
          <mc:Choice Requires="wps">
            <w:drawing>
              <wp:anchor distT="0" distB="0" distL="114300" distR="114300" simplePos="0" relativeHeight="251658250" behindDoc="0" locked="0" layoutInCell="1" allowOverlap="1" wp14:anchorId="5214EE47" wp14:editId="353E5F2C">
                <wp:simplePos x="0" y="0"/>
                <wp:positionH relativeFrom="column">
                  <wp:posOffset>4868545</wp:posOffset>
                </wp:positionH>
                <wp:positionV relativeFrom="paragraph">
                  <wp:posOffset>-1332865</wp:posOffset>
                </wp:positionV>
                <wp:extent cx="825500" cy="261620"/>
                <wp:effectExtent l="0" t="0" r="0" b="0"/>
                <wp:wrapNone/>
                <wp:docPr id="12" name="Graphic 12"/>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B50063"/>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E79F6CB" id="Graphic 12" o:spid="_x0000_s1026" style="position:absolute;margin-left:383.35pt;margin-top:-104.95pt;width:65pt;height:20.6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" path="m826109,l,,,261404r826109,l826109,xe" fillcolor="#b50063" stroked="f">
                <v:path arrowok="t"/>
              </v:shape>
            </w:pict>
          </mc:Fallback>
        </mc:AlternateContent>
      </w:r>
      <w:r w:rsidR="001303A8" w:rsidRPr="00A665FC">
        <w:rPr>
          <w:noProof/>
        </w:rPr>
        <mc:AlternateContent>
          <mc:Choice Requires="wps">
            <w:drawing>
              <wp:anchor distT="0" distB="0" distL="114300" distR="114300" simplePos="0" relativeHeight="251658251" behindDoc="0" locked="0" layoutInCell="1" allowOverlap="1" wp14:anchorId="6752002B" wp14:editId="34D5E4DD">
                <wp:simplePos x="0" y="0"/>
                <wp:positionH relativeFrom="column">
                  <wp:posOffset>5694680</wp:posOffset>
                </wp:positionH>
                <wp:positionV relativeFrom="paragraph">
                  <wp:posOffset>-1332865</wp:posOffset>
                </wp:positionV>
                <wp:extent cx="825500" cy="261620"/>
                <wp:effectExtent l="0" t="0" r="0" b="0"/>
                <wp:wrapNone/>
                <wp:docPr id="13" name="Graphic 13"/>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00803D"/>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897B84F" id="Graphic 13" o:spid="_x0000_s1026" style="position:absolute;margin-left:448.4pt;margin-top:-104.95pt;width:65pt;height:20.6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" path="m826109,l,,,261404r826109,l826109,xe" fillcolor="#00803d" stroked="f">
                <v:path arrowok="t"/>
              </v:shape>
            </w:pict>
          </mc:Fallback>
        </mc:AlternateContent>
      </w:r>
      <w:r w:rsidR="001303A8" w:rsidRPr="00A665FC">
        <w:rPr>
          <w:noProof/>
        </w:rPr>
        <mc:AlternateContent>
          <mc:Choice Requires="wps">
            <w:drawing>
              <wp:anchor distT="0" distB="0" distL="114300" distR="114300" simplePos="0" relativeHeight="251658252" behindDoc="0" locked="0" layoutInCell="1" allowOverlap="1" wp14:anchorId="7AA9FCBF" wp14:editId="28F67411">
                <wp:simplePos x="0" y="0"/>
                <wp:positionH relativeFrom="column">
                  <wp:posOffset>-1038225</wp:posOffset>
                </wp:positionH>
                <wp:positionV relativeFrom="paragraph">
                  <wp:posOffset>-1332865</wp:posOffset>
                </wp:positionV>
                <wp:extent cx="951150" cy="261620"/>
                <wp:effectExtent l="0" t="0" r="0" b="0"/>
                <wp:wrapNone/>
                <wp:docPr id="14" name="Graphic 14"/>
                <wp:cNvGraphicFramePr/>
                <a:graphic xmlns:a="http://schemas.openxmlformats.org/drawingml/2006/main">
                  <a:graphicData uri="http://schemas.microsoft.com/office/word/2010/wordprocessingShape">
                    <wps:wsp>
                      <wps:cNvSpPr/>
                      <wps:spPr>
                        <a:xfrm>
                          <a:off x="0" y="0"/>
                          <a:ext cx="951150" cy="261620"/>
                        </a:xfrm>
                        <a:custGeom>
                          <a:avLst/>
                          <a:gdLst/>
                          <a:ahLst/>
                          <a:cxnLst/>
                          <a:rect l="l" t="t" r="r" b="b"/>
                          <a:pathLst>
                            <a:path w="951230" h="261620">
                              <a:moveTo>
                                <a:pt x="0" y="261404"/>
                              </a:moveTo>
                              <a:lnTo>
                                <a:pt x="951128" y="261404"/>
                              </a:lnTo>
                              <a:lnTo>
                                <a:pt x="951128" y="0"/>
                              </a:lnTo>
                              <a:lnTo>
                                <a:pt x="0" y="0"/>
                              </a:lnTo>
                              <a:lnTo>
                                <a:pt x="0" y="261404"/>
                              </a:lnTo>
                              <a:close/>
                            </a:path>
                          </a:pathLst>
                        </a:custGeom>
                        <a:solidFill>
                          <a:srgbClr val="007CB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712A3A2" id="Graphic 14" o:spid="_x0000_s1026" style="position:absolute;margin-left:-81.75pt;margin-top:-104.95pt;width:74.9pt;height:20.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5123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" path="m,261404r951128,l951128,,,,,261404xe" fillcolor="#007cbb" stroked="f">
                <v:path arrowok="t"/>
              </v:shape>
            </w:pict>
          </mc:Fallback>
        </mc:AlternateContent>
      </w:r>
    </w:p>
    <w:p w14:paraId="6D8557FB" w14:textId="1B47CCAE" w:rsidR="00282ABC" w:rsidRPr="00A665FC" w:rsidRDefault="00282ABC" w:rsidP="008E4D82">
      <w:pPr>
        <w:jc w:val="center"/>
        <w:rPr>
          <w:b/>
          <w:color w:val="FF0000"/>
          <w:sz w:val="48"/>
        </w:rPr>
      </w:pPr>
      <w:r w:rsidRPr="00A665FC">
        <w:rPr>
          <w:b/>
          <w:color w:val="FF0000"/>
          <w:sz w:val="48"/>
        </w:rPr>
        <w:t>PHOTO TO BE ADDED</w:t>
      </w:r>
    </w:p>
    <w:p w14:paraId="05454F3C" w14:textId="4C607B93" w:rsidR="00524633" w:rsidRPr="00A665FC" w:rsidRDefault="00B9571B">
      <w:pPr>
        <w:rPr>
          <w:b/>
          <w:color w:val="0082BC"/>
          <w:sz w:val="48"/>
        </w:rPr>
      </w:pPr>
      <w:r w:rsidRPr="00A665FC">
        <w:rPr>
          <w:noProof/>
        </w:rPr>
        <w:drawing>
          <wp:anchor distT="0" distB="0" distL="114300" distR="114300" simplePos="0" relativeHeight="251658253" behindDoc="0" locked="0" layoutInCell="1" allowOverlap="1" wp14:anchorId="2E516968" wp14:editId="28DFD86D">
            <wp:simplePos x="0" y="0"/>
            <wp:positionH relativeFrom="column">
              <wp:posOffset>1687830</wp:posOffset>
            </wp:positionH>
            <wp:positionV relativeFrom="paragraph">
              <wp:posOffset>6761480</wp:posOffset>
            </wp:positionV>
            <wp:extent cx="2288652" cy="373945"/>
            <wp:effectExtent l="0" t="0" r="0" b="0"/>
            <wp:wrapNone/>
            <wp:docPr id="17" name="Image 17"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 17" descr="A black text on a white background&#10;&#10;AI-generated content may be incorrect."/>
                    <pic:cNvPicPr/>
                  </pic:nvPicPr>
                  <pic:blipFill>
                    <a:blip r:embed="rId13" cstate="print"/>
                    <a:stretch>
                      <a:fillRect/>
                    </a:stretch>
                  </pic:blipFill>
                  <pic:spPr>
                    <a:xfrm>
                      <a:off x="0" y="0"/>
                      <a:ext cx="2288652" cy="373945"/>
                    </a:xfrm>
                    <a:prstGeom prst="rect">
                      <a:avLst/>
                    </a:prstGeom>
                  </pic:spPr>
                </pic:pic>
              </a:graphicData>
            </a:graphic>
          </wp:anchor>
        </w:drawing>
      </w:r>
      <w:r w:rsidR="00282ABC" w:rsidRPr="00A665FC">
        <w:rPr>
          <w:b/>
          <w:color w:val="0082BC"/>
          <w:sz w:val="48"/>
        </w:rPr>
        <w:br w:type="page"/>
      </w:r>
    </w:p>
    <w:p w14:paraId="3C33BAE7" w14:textId="62EEE6BB" w:rsidR="0043131B" w:rsidRPr="00A665FC" w:rsidRDefault="00522A66" w:rsidP="00522A66">
      <w:pPr>
        <w:tabs>
          <w:tab w:val="left" w:pos="6225"/>
        </w:tabs>
        <w:rPr>
          <w:b/>
          <w:color w:val="0082BC"/>
          <w:sz w:val="32"/>
        </w:rPr>
      </w:pPr>
      <w:r w:rsidRPr="00A665FC">
        <w:rPr>
          <w:noProof/>
        </w:rPr>
        <w:lastRenderedPageBreak/>
        <mc:AlternateContent>
          <mc:Choice Requires="wps">
            <w:drawing>
              <wp:anchor distT="0" distB="0" distL="114300" distR="114300" simplePos="0" relativeHeight="251663872" behindDoc="0" locked="0" layoutInCell="1" allowOverlap="1" wp14:anchorId="3328AF77" wp14:editId="02167EC9">
                <wp:simplePos x="0" y="0"/>
                <wp:positionH relativeFrom="margin">
                  <wp:align>left</wp:align>
                </wp:positionH>
                <wp:positionV relativeFrom="paragraph">
                  <wp:posOffset>405765</wp:posOffset>
                </wp:positionV>
                <wp:extent cx="6042025" cy="7258050"/>
                <wp:effectExtent l="0" t="0" r="0" b="0"/>
                <wp:wrapNone/>
                <wp:docPr id="30" name="Graphic 30"/>
                <wp:cNvGraphicFramePr/>
                <a:graphic xmlns:a="http://schemas.openxmlformats.org/drawingml/2006/main">
                  <a:graphicData uri="http://schemas.microsoft.com/office/word/2010/wordprocessingShape">
                    <wps:wsp>
                      <wps:cNvSpPr/>
                      <wps:spPr>
                        <a:xfrm>
                          <a:off x="0" y="0"/>
                          <a:ext cx="6042025" cy="7258050"/>
                        </a:xfrm>
                        <a:custGeom>
                          <a:avLst/>
                          <a:gdLst/>
                          <a:ahLst/>
                          <a:cxnLst/>
                          <a:rect l="l" t="t" r="r" b="b"/>
                          <a:pathLst>
                            <a:path w="5058410" h="6750050">
                              <a:moveTo>
                                <a:pt x="4626000" y="0"/>
                              </a:moveTo>
                              <a:lnTo>
                                <a:pt x="0" y="0"/>
                              </a:lnTo>
                              <a:lnTo>
                                <a:pt x="0" y="6317996"/>
                              </a:lnTo>
                              <a:lnTo>
                                <a:pt x="2534" y="6365068"/>
                              </a:lnTo>
                              <a:lnTo>
                                <a:pt x="9963" y="6410672"/>
                              </a:lnTo>
                              <a:lnTo>
                                <a:pt x="22023" y="6454544"/>
                              </a:lnTo>
                              <a:lnTo>
                                <a:pt x="38449" y="6496421"/>
                              </a:lnTo>
                              <a:lnTo>
                                <a:pt x="58979" y="6536039"/>
                              </a:lnTo>
                              <a:lnTo>
                                <a:pt x="83349" y="6573134"/>
                              </a:lnTo>
                              <a:lnTo>
                                <a:pt x="111296" y="6607443"/>
                              </a:lnTo>
                              <a:lnTo>
                                <a:pt x="142555" y="6638702"/>
                              </a:lnTo>
                              <a:lnTo>
                                <a:pt x="176865" y="6666649"/>
                              </a:lnTo>
                              <a:lnTo>
                                <a:pt x="213960" y="6691019"/>
                              </a:lnTo>
                              <a:lnTo>
                                <a:pt x="253577" y="6711549"/>
                              </a:lnTo>
                              <a:lnTo>
                                <a:pt x="295454" y="6727975"/>
                              </a:lnTo>
                              <a:lnTo>
                                <a:pt x="339326" y="6740035"/>
                              </a:lnTo>
                              <a:lnTo>
                                <a:pt x="384930" y="6747464"/>
                              </a:lnTo>
                              <a:lnTo>
                                <a:pt x="432003" y="6749999"/>
                              </a:lnTo>
                              <a:lnTo>
                                <a:pt x="5058003" y="6749999"/>
                              </a:lnTo>
                              <a:lnTo>
                                <a:pt x="5058003" y="432003"/>
                              </a:lnTo>
                              <a:lnTo>
                                <a:pt x="5055468" y="384930"/>
                              </a:lnTo>
                              <a:lnTo>
                                <a:pt x="5048039" y="339326"/>
                              </a:lnTo>
                              <a:lnTo>
                                <a:pt x="5035979" y="295454"/>
                              </a:lnTo>
                              <a:lnTo>
                                <a:pt x="5019551" y="253577"/>
                              </a:lnTo>
                              <a:lnTo>
                                <a:pt x="4999021" y="213960"/>
                              </a:lnTo>
                              <a:lnTo>
                                <a:pt x="4974650" y="176865"/>
                              </a:lnTo>
                              <a:lnTo>
                                <a:pt x="4946702" y="142555"/>
                              </a:lnTo>
                              <a:lnTo>
                                <a:pt x="4915442" y="111296"/>
                              </a:lnTo>
                              <a:lnTo>
                                <a:pt x="4881133" y="83349"/>
                              </a:lnTo>
                              <a:lnTo>
                                <a:pt x="4844037" y="58979"/>
                              </a:lnTo>
                              <a:lnTo>
                                <a:pt x="4804420" y="38449"/>
                              </a:lnTo>
                              <a:lnTo>
                                <a:pt x="4762544" y="22023"/>
                              </a:lnTo>
                              <a:lnTo>
                                <a:pt x="4718673" y="9963"/>
                              </a:lnTo>
                              <a:lnTo>
                                <a:pt x="4673070" y="2534"/>
                              </a:lnTo>
                              <a:lnTo>
                                <a:pt x="4626000" y="0"/>
                              </a:lnTo>
                              <a:close/>
                            </a:path>
                          </a:pathLst>
                        </a:custGeom>
                        <a:solidFill>
                          <a:srgbClr val="EBF1F9"/>
                        </a:solidFill>
                      </wps:spPr>
                      <wps:txbx>
                        <w:txbxContent>
                          <w:p w14:paraId="27A58E2E" w14:textId="5EC7050B" w:rsidR="006C3A5F" w:rsidRPr="00A665FC" w:rsidRDefault="006C3A5F" w:rsidP="00F74424">
                            <w:pPr>
                              <w:rPr>
                                <w:sz w:val="28"/>
                                <w:szCs w:val="28"/>
                              </w:rPr>
                            </w:pPr>
                          </w:p>
                          <w:p w14:paraId="64DE343E" w14:textId="77777777" w:rsidR="00A236B7" w:rsidRPr="00A665FC" w:rsidRDefault="00A236B7" w:rsidP="00A236B7">
                            <w:pPr>
                              <w:rPr>
                                <w:b/>
                                <w:color w:val="0082BC"/>
                                <w:sz w:val="28"/>
                                <w:szCs w:val="28"/>
                              </w:rPr>
                            </w:pPr>
                            <w:r w:rsidRPr="00A665FC">
                              <w:rPr>
                                <w:b/>
                                <w:color w:val="0082BC"/>
                                <w:sz w:val="28"/>
                                <w:szCs w:val="28"/>
                              </w:rPr>
                              <w:br w:type="page"/>
                            </w:r>
                          </w:p>
                          <w:p w14:paraId="78906C65" w14:textId="77777777" w:rsidR="00A236B7" w:rsidRPr="00A665FC" w:rsidRDefault="00A236B7" w:rsidP="00A236B7">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AF77" id="Graphic 30" o:spid="_x0000_s1027" style="position:absolute;margin-left:0;margin-top:31.95pt;width:475.75pt;height:571.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058410,675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" adj="-11796480,,5400" path="m4626000,l,,,6317996r2534,47072l9963,6410672r12060,43872l38449,6496421r20530,39618l83349,6573134r27947,34309l142555,6638702r34310,27947l213960,6691019r39617,20530l295454,6727975r43872,12060l384930,6747464r47073,2535l5058003,6749999r,-6317996l5055468,384930r-7429,-45604l5035979,295454r-16428,-41877l4999021,213960r-24371,-37095l4946702,142555r-31260,-31259l4881133,83349,4844037,58979,4804420,38449,4762544,22023,4718673,9963,4673070,2534,4626000,xe" fillcolor="#ebf1f9" stroked="f">
                <v:stroke joinstyle="miter"/>
                <v:formulas/>
                <v:path arrowok="t" o:connecttype="custom" textboxrect="0,0,5058410,6750050"/>
                <v:textbox inset="0,0,0,0">
                  <w:txbxContent>
                    <w:p w14:paraId="27A58E2E" w14:textId="5EC7050B" w:rsidR="006C3A5F" w:rsidRPr="00A665FC" w:rsidRDefault="006C3A5F" w:rsidP="00F74424">
                      <w:pPr>
                        <w:rPr>
                          <w:sz w:val="28"/>
                          <w:szCs w:val="28"/>
                        </w:rPr>
                      </w:pPr>
                    </w:p>
                    <w:p w14:paraId="64DE343E" w14:textId="77777777" w:rsidR="00A236B7" w:rsidRPr="00A665FC" w:rsidRDefault="00A236B7" w:rsidP="00A236B7">
                      <w:pPr>
                        <w:rPr>
                          <w:b/>
                          <w:color w:val="0082BC"/>
                          <w:sz w:val="28"/>
                          <w:szCs w:val="28"/>
                        </w:rPr>
                      </w:pPr>
                      <w:r w:rsidRPr="00A665FC">
                        <w:rPr>
                          <w:b/>
                          <w:color w:val="0082BC"/>
                          <w:sz w:val="28"/>
                          <w:szCs w:val="28"/>
                        </w:rPr>
                        <w:br w:type="page"/>
                      </w:r>
                    </w:p>
                    <w:p w14:paraId="78906C65" w14:textId="77777777" w:rsidR="00A236B7" w:rsidRPr="00A665FC" w:rsidRDefault="00A236B7" w:rsidP="00A236B7">
                      <w:pPr>
                        <w:jc w:val="center"/>
                      </w:pPr>
                    </w:p>
                  </w:txbxContent>
                </v:textbox>
                <w10:wrap anchorx="margin"/>
              </v:shape>
            </w:pict>
          </mc:Fallback>
        </mc:AlternateContent>
      </w:r>
      <w:r w:rsidRPr="00A665FC">
        <w:rPr>
          <w:noProof/>
        </w:rPr>
        <w:drawing>
          <wp:anchor distT="0" distB="0" distL="114300" distR="114300" simplePos="0" relativeHeight="251650560" behindDoc="1" locked="0" layoutInCell="1" allowOverlap="1" wp14:anchorId="5F4D518A" wp14:editId="04F923A7">
            <wp:simplePos x="0" y="0"/>
            <wp:positionH relativeFrom="page">
              <wp:posOffset>-304800</wp:posOffset>
            </wp:positionH>
            <wp:positionV relativeFrom="paragraph">
              <wp:posOffset>-2066290</wp:posOffset>
            </wp:positionV>
            <wp:extent cx="8210550" cy="10772775"/>
            <wp:effectExtent l="0" t="0" r="0" b="9525"/>
            <wp:wrapNone/>
            <wp:docPr id="2094859861" name="Image 29" descr="A blue and white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2094859861" name="Image 29" descr="A blue and white object&#10;&#10;AI-generated content may be incorrect."/>
                    <pic:cNvPicPr/>
                  </pic:nvPicPr>
                  <pic:blipFill>
                    <a:blip r:embed="rId14" cstate="print"/>
                    <a:stretch>
                      <a:fillRect/>
                    </a:stretch>
                  </pic:blipFill>
                  <pic:spPr>
                    <a:xfrm>
                      <a:off x="0" y="0"/>
                      <a:ext cx="8210550" cy="10772775"/>
                    </a:xfrm>
                    <a:prstGeom prst="rect">
                      <a:avLst/>
                    </a:prstGeom>
                  </pic:spPr>
                </pic:pic>
              </a:graphicData>
            </a:graphic>
            <wp14:sizeRelH relativeFrom="margin">
              <wp14:pctWidth>0</wp14:pctWidth>
            </wp14:sizeRelH>
            <wp14:sizeRelV relativeFrom="margin">
              <wp14:pctHeight>0</wp14:pctHeight>
            </wp14:sizeRelV>
          </wp:anchor>
        </w:drawing>
      </w:r>
      <w:r w:rsidR="00671606" w:rsidRPr="00A665FC">
        <w:rPr>
          <w:noProof/>
          <w:sz w:val="48"/>
          <w:szCs w:val="48"/>
        </w:rPr>
        <mc:AlternateContent>
          <mc:Choice Requires="wps">
            <w:drawing>
              <wp:anchor distT="45720" distB="45720" distL="114300" distR="114300" simplePos="0" relativeHeight="251647488" behindDoc="0" locked="0" layoutInCell="1" allowOverlap="1" wp14:anchorId="539B6776" wp14:editId="1F70F57A">
                <wp:simplePos x="0" y="0"/>
                <wp:positionH relativeFrom="column">
                  <wp:posOffset>-479425</wp:posOffset>
                </wp:positionH>
                <wp:positionV relativeFrom="paragraph">
                  <wp:posOffset>-685165</wp:posOffset>
                </wp:positionV>
                <wp:extent cx="3114675" cy="838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38200"/>
                        </a:xfrm>
                        <a:prstGeom prst="rect">
                          <a:avLst/>
                        </a:prstGeom>
                        <a:noFill/>
                        <a:ln w="9525">
                          <a:noFill/>
                          <a:miter lim="800000"/>
                          <a:headEnd/>
                          <a:tailEnd/>
                        </a:ln>
                      </wps:spPr>
                      <wps:txbx>
                        <w:txbxContent>
                          <w:p w14:paraId="1AC8B62D" w14:textId="55F70368" w:rsidR="0043131B" w:rsidRPr="00A665FC" w:rsidRDefault="0043131B">
                            <w:pPr>
                              <w:rPr>
                                <w:color w:val="FFFFFF" w:themeColor="background1"/>
                              </w:rPr>
                            </w:pPr>
                            <w:r w:rsidRPr="00A665FC">
                              <w:rPr>
                                <w:rFonts w:ascii="Trebuchet MS"/>
                                <w:b/>
                                <w:color w:val="FFFFFF" w:themeColor="background1"/>
                                <w:spacing w:val="17"/>
                                <w:sz w:val="104"/>
                              </w:rPr>
                              <w:t>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B6776" id="Text Box 2" o:spid="_x0000_s1028" type="#_x0000_t202" style="position:absolute;margin-left:-37.75pt;margin-top:-53.95pt;width:245.25pt;height:6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" filled="f" stroked="f">
                <v:textbox>
                  <w:txbxContent>
                    <w:p w14:paraId="1AC8B62D" w14:textId="55F70368" w:rsidR="0043131B" w:rsidRPr="00A665FC" w:rsidRDefault="0043131B">
                      <w:pPr>
                        <w:rPr>
                          <w:color w:val="FFFFFF" w:themeColor="background1"/>
                        </w:rPr>
                      </w:pPr>
                      <w:r w:rsidRPr="00A665FC">
                        <w:rPr>
                          <w:rFonts w:ascii="Trebuchet MS"/>
                          <w:b/>
                          <w:color w:val="FFFFFF" w:themeColor="background1"/>
                          <w:spacing w:val="17"/>
                          <w:sz w:val="104"/>
                        </w:rPr>
                        <w:t>Welcome</w:t>
                      </w:r>
                    </w:p>
                  </w:txbxContent>
                </v:textbox>
              </v:shape>
            </w:pict>
          </mc:Fallback>
        </mc:AlternateContent>
      </w:r>
      <w:r w:rsidR="0043131B" w:rsidRPr="00A665FC">
        <w:rPr>
          <w:noProof/>
        </w:rPr>
        <mc:AlternateContent>
          <mc:Choice Requires="wps">
            <w:drawing>
              <wp:anchor distT="0" distB="0" distL="114300" distR="114300" simplePos="0" relativeHeight="251651584" behindDoc="0" locked="0" layoutInCell="1" allowOverlap="1" wp14:anchorId="6CF48B76" wp14:editId="58D90A1D">
                <wp:simplePos x="0" y="0"/>
                <wp:positionH relativeFrom="column">
                  <wp:posOffset>-85725</wp:posOffset>
                </wp:positionH>
                <wp:positionV relativeFrom="paragraph">
                  <wp:posOffset>-1332865</wp:posOffset>
                </wp:positionV>
                <wp:extent cx="825500" cy="261620"/>
                <wp:effectExtent l="0" t="0" r="0" b="0"/>
                <wp:wrapNone/>
                <wp:docPr id="1261804187" name="Graphic 6"/>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C58C18"/>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94D1C50" id="Graphic 6" o:spid="_x0000_s1026" style="position:absolute;margin-left:-6.75pt;margin-top:-104.95pt;width:65pt;height:20.6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" path="m826109,l,,,261404r826109,l826109,xe" fillcolor="#c58c18" stroked="f">
                <v:path arrowok="t"/>
              </v:shape>
            </w:pict>
          </mc:Fallback>
        </mc:AlternateContent>
      </w:r>
      <w:r w:rsidR="0043131B" w:rsidRPr="00A665FC">
        <w:rPr>
          <w:noProof/>
        </w:rPr>
        <mc:AlternateContent>
          <mc:Choice Requires="wps">
            <w:drawing>
              <wp:anchor distT="0" distB="0" distL="114300" distR="114300" simplePos="0" relativeHeight="251652608" behindDoc="0" locked="0" layoutInCell="1" allowOverlap="1" wp14:anchorId="4E032364" wp14:editId="46875228">
                <wp:simplePos x="0" y="0"/>
                <wp:positionH relativeFrom="column">
                  <wp:posOffset>742950</wp:posOffset>
                </wp:positionH>
                <wp:positionV relativeFrom="paragraph">
                  <wp:posOffset>-1332865</wp:posOffset>
                </wp:positionV>
                <wp:extent cx="825500" cy="261620"/>
                <wp:effectExtent l="0" t="0" r="0" b="0"/>
                <wp:wrapNone/>
                <wp:docPr id="1095669482" name="Graphic 7"/>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E8491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3A33272" id="Graphic 7" o:spid="_x0000_s1026" style="position:absolute;margin-left:58.5pt;margin-top:-104.95pt;width:65pt;height:20.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" path="m826109,l,,,261404r826109,l826109,xe" fillcolor="#e8491b" stroked="f">
                <v:path arrowok="t"/>
              </v:shape>
            </w:pict>
          </mc:Fallback>
        </mc:AlternateContent>
      </w:r>
      <w:r w:rsidR="0043131B" w:rsidRPr="00A665FC">
        <w:rPr>
          <w:noProof/>
        </w:rPr>
        <mc:AlternateContent>
          <mc:Choice Requires="wps">
            <w:drawing>
              <wp:anchor distT="0" distB="0" distL="114300" distR="114300" simplePos="0" relativeHeight="251653632" behindDoc="0" locked="0" layoutInCell="1" allowOverlap="1" wp14:anchorId="47CDD36D" wp14:editId="107DD5FF">
                <wp:simplePos x="0" y="0"/>
                <wp:positionH relativeFrom="column">
                  <wp:posOffset>1562100</wp:posOffset>
                </wp:positionH>
                <wp:positionV relativeFrom="paragraph">
                  <wp:posOffset>-1332865</wp:posOffset>
                </wp:positionV>
                <wp:extent cx="825500" cy="261620"/>
                <wp:effectExtent l="0" t="0" r="0" b="0"/>
                <wp:wrapNone/>
                <wp:docPr id="1544446189" name="Graphic 8"/>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90BF2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17AE6CC" id="Graphic 8" o:spid="_x0000_s1026" style="position:absolute;margin-left:123pt;margin-top:-104.95pt;width:65pt;height:20.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" path="m826109,l,,,261404r826109,l826109,xe" fillcolor="#90bf21" stroked="f">
                <v:path arrowok="t"/>
              </v:shape>
            </w:pict>
          </mc:Fallback>
        </mc:AlternateContent>
      </w:r>
      <w:r w:rsidR="0043131B" w:rsidRPr="00A665FC">
        <w:rPr>
          <w:noProof/>
        </w:rPr>
        <mc:AlternateContent>
          <mc:Choice Requires="wps">
            <w:drawing>
              <wp:anchor distT="0" distB="0" distL="114300" distR="114300" simplePos="0" relativeHeight="251654656" behindDoc="0" locked="0" layoutInCell="1" allowOverlap="1" wp14:anchorId="0C529585" wp14:editId="690C1B3D">
                <wp:simplePos x="0" y="0"/>
                <wp:positionH relativeFrom="column">
                  <wp:posOffset>2390775</wp:posOffset>
                </wp:positionH>
                <wp:positionV relativeFrom="paragraph">
                  <wp:posOffset>-1332865</wp:posOffset>
                </wp:positionV>
                <wp:extent cx="825500" cy="261620"/>
                <wp:effectExtent l="0" t="0" r="0" b="0"/>
                <wp:wrapNone/>
                <wp:docPr id="1593760117" name="Graphic 9"/>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A2579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2EDC459" id="Graphic 9" o:spid="_x0000_s1026" style="position:absolute;margin-left:188.25pt;margin-top:-104.95pt;width:65pt;height:20.6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" path="m826109,l,,,261404r826109,l826109,xe" fillcolor="#a2579e" stroked="f">
                <v:path arrowok="t"/>
              </v:shape>
            </w:pict>
          </mc:Fallback>
        </mc:AlternateContent>
      </w:r>
      <w:r w:rsidR="0043131B" w:rsidRPr="00A665FC">
        <w:rPr>
          <w:noProof/>
        </w:rPr>
        <mc:AlternateContent>
          <mc:Choice Requires="wps">
            <w:drawing>
              <wp:anchor distT="0" distB="0" distL="114300" distR="114300" simplePos="0" relativeHeight="251655680" behindDoc="0" locked="0" layoutInCell="1" allowOverlap="1" wp14:anchorId="1B9BD040" wp14:editId="01E92A65">
                <wp:simplePos x="0" y="0"/>
                <wp:positionH relativeFrom="column">
                  <wp:posOffset>3219450</wp:posOffset>
                </wp:positionH>
                <wp:positionV relativeFrom="paragraph">
                  <wp:posOffset>-1332865</wp:posOffset>
                </wp:positionV>
                <wp:extent cx="825500" cy="261620"/>
                <wp:effectExtent l="0" t="0" r="0" b="0"/>
                <wp:wrapNone/>
                <wp:docPr id="1649401306" name="Graphic 10"/>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008A8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5C7C470" id="Graphic 10" o:spid="_x0000_s1026" style="position:absolute;margin-left:253.5pt;margin-top:-104.95pt;width:65pt;height:20.6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" path="m826109,l,,,261404r826109,l826109,xe" fillcolor="#008a8e" stroked="f">
                <v:path arrowok="t"/>
              </v:shape>
            </w:pict>
          </mc:Fallback>
        </mc:AlternateContent>
      </w:r>
      <w:r w:rsidR="0043131B" w:rsidRPr="00A665FC">
        <w:rPr>
          <w:noProof/>
        </w:rPr>
        <mc:AlternateContent>
          <mc:Choice Requires="wps">
            <w:drawing>
              <wp:anchor distT="0" distB="0" distL="114300" distR="114300" simplePos="0" relativeHeight="251656704" behindDoc="0" locked="0" layoutInCell="1" allowOverlap="1" wp14:anchorId="2AAA7AA3" wp14:editId="3FE2FBF8">
                <wp:simplePos x="0" y="0"/>
                <wp:positionH relativeFrom="column">
                  <wp:posOffset>4038600</wp:posOffset>
                </wp:positionH>
                <wp:positionV relativeFrom="paragraph">
                  <wp:posOffset>-1332865</wp:posOffset>
                </wp:positionV>
                <wp:extent cx="825500" cy="261620"/>
                <wp:effectExtent l="0" t="0" r="0" b="0"/>
                <wp:wrapNone/>
                <wp:docPr id="824425987" name="Graphic 11"/>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303E9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8700F30" id="Graphic 11" o:spid="_x0000_s1026" style="position:absolute;margin-left:318pt;margin-top:-104.95pt;width:65pt;height:20.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" path="m826109,l,,,261404r826109,l826109,xe" fillcolor="#303e91" stroked="f">
                <v:path arrowok="t"/>
              </v:shape>
            </w:pict>
          </mc:Fallback>
        </mc:AlternateContent>
      </w:r>
      <w:r w:rsidR="0043131B" w:rsidRPr="00A665FC">
        <w:rPr>
          <w:noProof/>
        </w:rPr>
        <mc:AlternateContent>
          <mc:Choice Requires="wps">
            <w:drawing>
              <wp:anchor distT="0" distB="0" distL="114300" distR="114300" simplePos="0" relativeHeight="251657728" behindDoc="0" locked="0" layoutInCell="1" allowOverlap="1" wp14:anchorId="5DCB30E6" wp14:editId="7B6A80FA">
                <wp:simplePos x="0" y="0"/>
                <wp:positionH relativeFrom="column">
                  <wp:posOffset>4867275</wp:posOffset>
                </wp:positionH>
                <wp:positionV relativeFrom="paragraph">
                  <wp:posOffset>-1332865</wp:posOffset>
                </wp:positionV>
                <wp:extent cx="825500" cy="261620"/>
                <wp:effectExtent l="0" t="0" r="0" b="0"/>
                <wp:wrapNone/>
                <wp:docPr id="1676727624" name="Graphic 12"/>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B50063"/>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C734F29" id="Graphic 12" o:spid="_x0000_s1026" style="position:absolute;margin-left:383.25pt;margin-top:-104.95pt;width:65pt;height:20.6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" path="m826109,l,,,261404r826109,l826109,xe" fillcolor="#b50063" stroked="f">
                <v:path arrowok="t"/>
              </v:shape>
            </w:pict>
          </mc:Fallback>
        </mc:AlternateContent>
      </w:r>
      <w:r w:rsidR="0043131B" w:rsidRPr="00A665FC">
        <w:rPr>
          <w:noProof/>
        </w:rPr>
        <mc:AlternateContent>
          <mc:Choice Requires="wps">
            <w:drawing>
              <wp:anchor distT="0" distB="0" distL="114300" distR="114300" simplePos="0" relativeHeight="251658752" behindDoc="0" locked="0" layoutInCell="1" allowOverlap="1" wp14:anchorId="7CF11BD2" wp14:editId="2F3ABCD2">
                <wp:simplePos x="0" y="0"/>
                <wp:positionH relativeFrom="column">
                  <wp:posOffset>5695950</wp:posOffset>
                </wp:positionH>
                <wp:positionV relativeFrom="paragraph">
                  <wp:posOffset>-1332865</wp:posOffset>
                </wp:positionV>
                <wp:extent cx="825500" cy="261620"/>
                <wp:effectExtent l="0" t="0" r="0" b="0"/>
                <wp:wrapNone/>
                <wp:docPr id="1508796545" name="Graphic 13"/>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00803D"/>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8A7A3DE" id="Graphic 13" o:spid="_x0000_s1026" style="position:absolute;margin-left:448.5pt;margin-top:-104.95pt;width:65pt;height:20.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" path="m826109,l,,,261404r826109,l826109,xe" fillcolor="#00803d" stroked="f">
                <v:path arrowok="t"/>
              </v:shape>
            </w:pict>
          </mc:Fallback>
        </mc:AlternateContent>
      </w:r>
      <w:r w:rsidR="0043131B" w:rsidRPr="00A665FC">
        <w:rPr>
          <w:noProof/>
        </w:rPr>
        <mc:AlternateContent>
          <mc:Choice Requires="wps">
            <w:drawing>
              <wp:anchor distT="0" distB="0" distL="114300" distR="114300" simplePos="0" relativeHeight="251659776" behindDoc="0" locked="0" layoutInCell="1" allowOverlap="1" wp14:anchorId="508B9E98" wp14:editId="4B2B76FC">
                <wp:simplePos x="0" y="0"/>
                <wp:positionH relativeFrom="column">
                  <wp:posOffset>-1038225</wp:posOffset>
                </wp:positionH>
                <wp:positionV relativeFrom="paragraph">
                  <wp:posOffset>-1332865</wp:posOffset>
                </wp:positionV>
                <wp:extent cx="951150" cy="261620"/>
                <wp:effectExtent l="0" t="0" r="0" b="0"/>
                <wp:wrapNone/>
                <wp:docPr id="1826234450" name="Graphic 14"/>
                <wp:cNvGraphicFramePr/>
                <a:graphic xmlns:a="http://schemas.openxmlformats.org/drawingml/2006/main">
                  <a:graphicData uri="http://schemas.microsoft.com/office/word/2010/wordprocessingShape">
                    <wps:wsp>
                      <wps:cNvSpPr/>
                      <wps:spPr>
                        <a:xfrm>
                          <a:off x="0" y="0"/>
                          <a:ext cx="951150" cy="261620"/>
                        </a:xfrm>
                        <a:custGeom>
                          <a:avLst/>
                          <a:gdLst/>
                          <a:ahLst/>
                          <a:cxnLst/>
                          <a:rect l="l" t="t" r="r" b="b"/>
                          <a:pathLst>
                            <a:path w="951230" h="261620">
                              <a:moveTo>
                                <a:pt x="0" y="261404"/>
                              </a:moveTo>
                              <a:lnTo>
                                <a:pt x="951128" y="261404"/>
                              </a:lnTo>
                              <a:lnTo>
                                <a:pt x="951128" y="0"/>
                              </a:lnTo>
                              <a:lnTo>
                                <a:pt x="0" y="0"/>
                              </a:lnTo>
                              <a:lnTo>
                                <a:pt x="0" y="261404"/>
                              </a:lnTo>
                              <a:close/>
                            </a:path>
                          </a:pathLst>
                        </a:custGeom>
                        <a:solidFill>
                          <a:srgbClr val="007CB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28D75AC" id="Graphic 14" o:spid="_x0000_s1026" style="position:absolute;margin-left:-81.75pt;margin-top:-104.95pt;width:74.9pt;height:20.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5123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" path="m,261404r951128,l951128,,,,,261404xe" fillcolor="#007cbb" stroked="f">
                <v:path arrowok="t"/>
              </v:shape>
            </w:pict>
          </mc:Fallback>
        </mc:AlternateContent>
      </w:r>
      <w:r>
        <w:rPr>
          <w:b/>
          <w:color w:val="0082BC"/>
          <w:sz w:val="32"/>
        </w:rPr>
        <w:tab/>
      </w:r>
    </w:p>
    <w:p w14:paraId="2648CFAC" w14:textId="57E763DC" w:rsidR="000B3B22" w:rsidRPr="00A665FC" w:rsidRDefault="00522A66">
      <w:pPr>
        <w:rPr>
          <w:sz w:val="48"/>
          <w:szCs w:val="48"/>
        </w:rPr>
      </w:pPr>
      <w:r w:rsidRPr="00A665FC">
        <w:rPr>
          <w:noProof/>
        </w:rPr>
        <mc:AlternateContent>
          <mc:Choice Requires="wps">
            <w:drawing>
              <wp:anchor distT="0" distB="0" distL="114300" distR="114300" simplePos="0" relativeHeight="251667968" behindDoc="0" locked="0" layoutInCell="1" allowOverlap="1" wp14:anchorId="7C59204A" wp14:editId="6F239794">
                <wp:simplePos x="0" y="0"/>
                <wp:positionH relativeFrom="margin">
                  <wp:align>left</wp:align>
                </wp:positionH>
                <wp:positionV relativeFrom="paragraph">
                  <wp:posOffset>67310</wp:posOffset>
                </wp:positionV>
                <wp:extent cx="5781675" cy="7067550"/>
                <wp:effectExtent l="0" t="0" r="0" b="0"/>
                <wp:wrapNone/>
                <wp:docPr id="1322997571" name="Text Box 1"/>
                <wp:cNvGraphicFramePr/>
                <a:graphic xmlns:a="http://schemas.openxmlformats.org/drawingml/2006/main">
                  <a:graphicData uri="http://schemas.microsoft.com/office/word/2010/wordprocessingShape">
                    <wps:wsp>
                      <wps:cNvSpPr txBox="1"/>
                      <wps:spPr>
                        <a:xfrm>
                          <a:off x="0" y="0"/>
                          <a:ext cx="5781675" cy="7067550"/>
                        </a:xfrm>
                        <a:prstGeom prst="rect">
                          <a:avLst/>
                        </a:prstGeom>
                        <a:noFill/>
                        <a:ln w="6350">
                          <a:noFill/>
                        </a:ln>
                      </wps:spPr>
                      <wps:txbx>
                        <w:txbxContent>
                          <w:p w14:paraId="597FDBF0" w14:textId="77777777" w:rsidR="00671606" w:rsidRPr="00526D72" w:rsidRDefault="00671606" w:rsidP="00660729">
                            <w:pPr>
                              <w:shd w:val="clear" w:color="auto" w:fill="FFFFFF" w:themeFill="background1"/>
                              <w:spacing w:after="0" w:line="240" w:lineRule="auto"/>
                              <w:rPr>
                                <w:sz w:val="28"/>
                                <w:szCs w:val="28"/>
                              </w:rPr>
                            </w:pPr>
                            <w:r w:rsidRPr="00526D72">
                              <w:rPr>
                                <w:sz w:val="28"/>
                                <w:szCs w:val="28"/>
                              </w:rPr>
                              <w:t>Hi,</w:t>
                            </w:r>
                          </w:p>
                          <w:p w14:paraId="494B38DB" w14:textId="77777777" w:rsidR="00671606" w:rsidRPr="00526D72" w:rsidRDefault="00671606" w:rsidP="00660729">
                            <w:pPr>
                              <w:shd w:val="clear" w:color="auto" w:fill="FFFFFF" w:themeFill="background1"/>
                              <w:spacing w:after="0" w:line="240" w:lineRule="auto"/>
                              <w:rPr>
                                <w:sz w:val="28"/>
                                <w:szCs w:val="28"/>
                              </w:rPr>
                            </w:pPr>
                          </w:p>
                          <w:p w14:paraId="192565E0" w14:textId="4DC41D17" w:rsidR="00671606" w:rsidRPr="00526D72" w:rsidRDefault="00522A66" w:rsidP="00530EB5">
                            <w:pPr>
                              <w:shd w:val="clear" w:color="auto" w:fill="FFFFFF" w:themeFill="background1"/>
                              <w:spacing w:after="0" w:line="240" w:lineRule="auto"/>
                              <w:rPr>
                                <w:b/>
                                <w:bCs/>
                                <w:sz w:val="28"/>
                                <w:szCs w:val="28"/>
                              </w:rPr>
                            </w:pPr>
                            <w:r w:rsidRPr="00526D72">
                              <w:rPr>
                                <w:sz w:val="28"/>
                                <w:szCs w:val="28"/>
                              </w:rPr>
                              <w:t>We would</w:t>
                            </w:r>
                            <w:r w:rsidR="00671606" w:rsidRPr="00526D72">
                              <w:rPr>
                                <w:sz w:val="28"/>
                                <w:szCs w:val="28"/>
                              </w:rPr>
                              <w:t xml:space="preserve"> like to thank you for your interest in the role </w:t>
                            </w:r>
                            <w:r w:rsidR="005B5209" w:rsidRPr="00526D72">
                              <w:rPr>
                                <w:sz w:val="28"/>
                                <w:szCs w:val="28"/>
                              </w:rPr>
                              <w:t xml:space="preserve">of Casual Operations </w:t>
                            </w:r>
                            <w:r w:rsidR="00973C7D">
                              <w:rPr>
                                <w:sz w:val="28"/>
                                <w:szCs w:val="28"/>
                              </w:rPr>
                              <w:t>a</w:t>
                            </w:r>
                            <w:r w:rsidR="005B5209" w:rsidRPr="00526D72">
                              <w:rPr>
                                <w:sz w:val="28"/>
                                <w:szCs w:val="28"/>
                              </w:rPr>
                              <w:t>ssistant at Litherland Sports Park.</w:t>
                            </w:r>
                            <w:r w:rsidR="00671606" w:rsidRPr="00526D72">
                              <w:rPr>
                                <w:sz w:val="28"/>
                                <w:szCs w:val="28"/>
                              </w:rPr>
                              <w:t xml:space="preserve"> </w:t>
                            </w:r>
                          </w:p>
                          <w:p w14:paraId="212852F3" w14:textId="77777777" w:rsidR="00671606" w:rsidRPr="00526D72" w:rsidRDefault="00671606" w:rsidP="00530EB5">
                            <w:pPr>
                              <w:shd w:val="clear" w:color="auto" w:fill="FFFFFF" w:themeFill="background1"/>
                              <w:spacing w:after="0" w:line="240" w:lineRule="auto"/>
                              <w:rPr>
                                <w:sz w:val="28"/>
                                <w:szCs w:val="28"/>
                              </w:rPr>
                            </w:pPr>
                          </w:p>
                          <w:p w14:paraId="07B86B1A" w14:textId="7BCC374C" w:rsidR="003E25CB" w:rsidRPr="00526D72" w:rsidRDefault="003E25CB" w:rsidP="00530EB5">
                            <w:pPr>
                              <w:shd w:val="clear" w:color="auto" w:fill="FFFFFF" w:themeFill="background1"/>
                              <w:spacing w:after="0" w:line="240" w:lineRule="auto"/>
                              <w:rPr>
                                <w:sz w:val="28"/>
                                <w:szCs w:val="28"/>
                              </w:rPr>
                            </w:pPr>
                            <w:r w:rsidRPr="00526D72">
                              <w:rPr>
                                <w:sz w:val="28"/>
                                <w:szCs w:val="28"/>
                              </w:rPr>
                              <w:t xml:space="preserve">This is an exciting and rewarding opportunity for someone who </w:t>
                            </w:r>
                            <w:r w:rsidR="006A31C3" w:rsidRPr="00526D72">
                              <w:rPr>
                                <w:sz w:val="28"/>
                                <w:szCs w:val="28"/>
                              </w:rPr>
                              <w:t>like to be front of house.</w:t>
                            </w:r>
                            <w:r w:rsidR="00FF1A17" w:rsidRPr="00526D72">
                              <w:rPr>
                                <w:sz w:val="28"/>
                                <w:szCs w:val="28"/>
                              </w:rPr>
                              <w:t xml:space="preserve"> You must be</w:t>
                            </w:r>
                            <w:r w:rsidR="006A31C3" w:rsidRPr="00526D72">
                              <w:rPr>
                                <w:sz w:val="28"/>
                                <w:szCs w:val="28"/>
                              </w:rPr>
                              <w:t xml:space="preserve"> </w:t>
                            </w:r>
                            <w:r w:rsidRPr="00526D72">
                              <w:rPr>
                                <w:sz w:val="28"/>
                                <w:szCs w:val="28"/>
                              </w:rPr>
                              <w:t xml:space="preserve">approachable and wants to be at the heart of a busy and </w:t>
                            </w:r>
                            <w:r w:rsidR="003E2B31" w:rsidRPr="00526D72">
                              <w:rPr>
                                <w:sz w:val="28"/>
                                <w:szCs w:val="28"/>
                              </w:rPr>
                              <w:t>varied</w:t>
                            </w:r>
                            <w:r w:rsidRPr="00526D72">
                              <w:rPr>
                                <w:sz w:val="28"/>
                                <w:szCs w:val="28"/>
                              </w:rPr>
                              <w:t xml:space="preserve"> working environment.</w:t>
                            </w:r>
                          </w:p>
                          <w:p w14:paraId="72338EAC" w14:textId="77777777" w:rsidR="003E25CB" w:rsidRPr="00526D72" w:rsidRDefault="003E25CB" w:rsidP="00530EB5">
                            <w:pPr>
                              <w:shd w:val="clear" w:color="auto" w:fill="FFFFFF" w:themeFill="background1"/>
                              <w:spacing w:after="0" w:line="240" w:lineRule="auto"/>
                              <w:rPr>
                                <w:sz w:val="28"/>
                                <w:szCs w:val="28"/>
                              </w:rPr>
                            </w:pPr>
                          </w:p>
                          <w:p w14:paraId="165B49EC" w14:textId="06FD61E4" w:rsidR="003E2B31" w:rsidRPr="00526D72" w:rsidRDefault="003E2B31" w:rsidP="00530EB5">
                            <w:pPr>
                              <w:shd w:val="clear" w:color="auto" w:fill="FFFFFF" w:themeFill="background1"/>
                              <w:spacing w:after="0" w:line="240" w:lineRule="auto"/>
                              <w:rPr>
                                <w:sz w:val="28"/>
                                <w:szCs w:val="28"/>
                              </w:rPr>
                            </w:pPr>
                            <w:r w:rsidRPr="00526D72">
                              <w:rPr>
                                <w:sz w:val="28"/>
                                <w:szCs w:val="28"/>
                              </w:rPr>
                              <w:t>Y</w:t>
                            </w:r>
                            <w:r w:rsidR="003E25CB" w:rsidRPr="00526D72">
                              <w:rPr>
                                <w:sz w:val="28"/>
                                <w:szCs w:val="28"/>
                              </w:rPr>
                              <w:t xml:space="preserve">ou’ll play a key role in </w:t>
                            </w:r>
                            <w:r w:rsidR="00FF1A17" w:rsidRPr="00526D72">
                              <w:rPr>
                                <w:sz w:val="28"/>
                                <w:szCs w:val="28"/>
                              </w:rPr>
                              <w:t xml:space="preserve">maintaining high standards of customer care, </w:t>
                            </w:r>
                            <w:r w:rsidR="003E25CB" w:rsidRPr="00526D72">
                              <w:rPr>
                                <w:sz w:val="28"/>
                                <w:szCs w:val="28"/>
                              </w:rPr>
                              <w:t xml:space="preserve">keeping </w:t>
                            </w:r>
                            <w:r w:rsidR="00FF1A17" w:rsidRPr="00526D72">
                              <w:rPr>
                                <w:sz w:val="28"/>
                                <w:szCs w:val="28"/>
                              </w:rPr>
                              <w:t xml:space="preserve">the centre </w:t>
                            </w:r>
                            <w:r w:rsidR="003E25CB" w:rsidRPr="00526D72">
                              <w:rPr>
                                <w:sz w:val="28"/>
                                <w:szCs w:val="28"/>
                              </w:rPr>
                              <w:t>running smoothly</w:t>
                            </w:r>
                            <w:r w:rsidRPr="00526D72">
                              <w:rPr>
                                <w:sz w:val="28"/>
                                <w:szCs w:val="28"/>
                              </w:rPr>
                              <w:t xml:space="preserve">, </w:t>
                            </w:r>
                            <w:r w:rsidR="003E25CB" w:rsidRPr="00526D72">
                              <w:rPr>
                                <w:sz w:val="28"/>
                                <w:szCs w:val="28"/>
                              </w:rPr>
                              <w:t>offering a warm and</w:t>
                            </w:r>
                            <w:r w:rsidR="00530EB5" w:rsidRPr="00526D72">
                              <w:rPr>
                                <w:sz w:val="28"/>
                                <w:szCs w:val="28"/>
                              </w:rPr>
                              <w:t xml:space="preserve"> </w:t>
                            </w:r>
                            <w:r w:rsidR="003E25CB" w:rsidRPr="00526D72">
                              <w:rPr>
                                <w:sz w:val="28"/>
                                <w:szCs w:val="28"/>
                              </w:rPr>
                              <w:t>supportive presence, and approaching every task with professionalism and a positive, can</w:t>
                            </w:r>
                            <w:r w:rsidR="003E25CB" w:rsidRPr="00526D72">
                              <w:rPr>
                                <w:sz w:val="28"/>
                                <w:szCs w:val="28"/>
                              </w:rPr>
                              <w:noBreakHyphen/>
                              <w:t xml:space="preserve">do attitude. </w:t>
                            </w:r>
                            <w:r w:rsidR="00244137" w:rsidRPr="00526D72">
                              <w:rPr>
                                <w:sz w:val="28"/>
                                <w:szCs w:val="28"/>
                              </w:rPr>
                              <w:t xml:space="preserve"> </w:t>
                            </w:r>
                          </w:p>
                          <w:p w14:paraId="093A94EE" w14:textId="77777777" w:rsidR="003E2B31" w:rsidRPr="00C41AA7" w:rsidRDefault="003E2B31" w:rsidP="003E25CB">
                            <w:pPr>
                              <w:spacing w:after="0" w:line="240" w:lineRule="auto"/>
                              <w:rPr>
                                <w:sz w:val="28"/>
                                <w:szCs w:val="28"/>
                                <w:highlight w:val="red"/>
                              </w:rPr>
                            </w:pPr>
                          </w:p>
                          <w:p w14:paraId="5A41F488" w14:textId="64F9B307" w:rsidR="00671606" w:rsidRDefault="00D96F44" w:rsidP="00FF1A17">
                            <w:pPr>
                              <w:shd w:val="clear" w:color="auto" w:fill="FFFFFF" w:themeFill="background1"/>
                              <w:spacing w:after="0" w:line="240" w:lineRule="auto"/>
                              <w:rPr>
                                <w:sz w:val="28"/>
                                <w:szCs w:val="28"/>
                              </w:rPr>
                            </w:pPr>
                            <w:r w:rsidRPr="00FF1A17">
                              <w:rPr>
                                <w:sz w:val="28"/>
                                <w:szCs w:val="28"/>
                              </w:rPr>
                              <w:t>As a person, i</w:t>
                            </w:r>
                            <w:r w:rsidR="003E25CB" w:rsidRPr="00FF1A17">
                              <w:rPr>
                                <w:sz w:val="28"/>
                                <w:szCs w:val="28"/>
                              </w:rPr>
                              <w:t xml:space="preserve">f you’re someone who enjoys helping others, takes pride in delivering </w:t>
                            </w:r>
                            <w:r w:rsidR="00526D72">
                              <w:rPr>
                                <w:sz w:val="28"/>
                                <w:szCs w:val="28"/>
                              </w:rPr>
                              <w:t>great customer</w:t>
                            </w:r>
                            <w:r w:rsidR="003E25CB" w:rsidRPr="00FF1A17">
                              <w:rPr>
                                <w:sz w:val="28"/>
                                <w:szCs w:val="28"/>
                              </w:rPr>
                              <w:t xml:space="preserve"> </w:t>
                            </w:r>
                            <w:r w:rsidR="00530EB5">
                              <w:rPr>
                                <w:sz w:val="28"/>
                                <w:szCs w:val="28"/>
                              </w:rPr>
                              <w:t>service</w:t>
                            </w:r>
                            <w:r w:rsidR="00526D72">
                              <w:rPr>
                                <w:sz w:val="28"/>
                                <w:szCs w:val="28"/>
                              </w:rPr>
                              <w:t xml:space="preserve"> and brings energy, and a genuine passion for Fitness, we would be delighted to hear from you.</w:t>
                            </w:r>
                          </w:p>
                          <w:p w14:paraId="1D793067" w14:textId="77777777" w:rsidR="00530EB5" w:rsidRPr="00FF1A17" w:rsidRDefault="00530EB5" w:rsidP="00FF1A17">
                            <w:pPr>
                              <w:shd w:val="clear" w:color="auto" w:fill="FFFFFF" w:themeFill="background1"/>
                              <w:spacing w:after="0" w:line="240" w:lineRule="auto"/>
                              <w:rPr>
                                <w:sz w:val="28"/>
                                <w:szCs w:val="28"/>
                              </w:rPr>
                            </w:pPr>
                          </w:p>
                          <w:p w14:paraId="01F3038F" w14:textId="278B458B" w:rsidR="00671606" w:rsidRPr="00FF1A17" w:rsidRDefault="00671606" w:rsidP="00FF1A17">
                            <w:pPr>
                              <w:shd w:val="clear" w:color="auto" w:fill="FFFFFF" w:themeFill="background1"/>
                              <w:spacing w:after="0" w:line="240" w:lineRule="auto"/>
                              <w:rPr>
                                <w:sz w:val="28"/>
                                <w:szCs w:val="28"/>
                              </w:rPr>
                            </w:pPr>
                            <w:r w:rsidRPr="00FF1A17">
                              <w:rPr>
                                <w:sz w:val="28"/>
                                <w:szCs w:val="28"/>
                              </w:rPr>
                              <w:t xml:space="preserve">The Job Description and Person Specification for this role are included within the job pack. </w:t>
                            </w:r>
                            <w:r w:rsidR="004E7A46" w:rsidRPr="00FF1A17">
                              <w:rPr>
                                <w:sz w:val="28"/>
                                <w:szCs w:val="28"/>
                              </w:rPr>
                              <w:t xml:space="preserve"> </w:t>
                            </w:r>
                            <w:r w:rsidRPr="00FF1A17">
                              <w:rPr>
                                <w:sz w:val="28"/>
                                <w:szCs w:val="28"/>
                              </w:rPr>
                              <w:t>If you have any questions about the vacancy, please refer to the job pack for the appropriate contact details.</w:t>
                            </w:r>
                          </w:p>
                          <w:p w14:paraId="7E561A37" w14:textId="77777777" w:rsidR="00671606" w:rsidRPr="00FF1A17" w:rsidRDefault="00671606" w:rsidP="00FF1A17">
                            <w:pPr>
                              <w:shd w:val="clear" w:color="auto" w:fill="FFFFFF" w:themeFill="background1"/>
                              <w:spacing w:after="0" w:line="240" w:lineRule="auto"/>
                              <w:rPr>
                                <w:sz w:val="28"/>
                                <w:szCs w:val="28"/>
                              </w:rPr>
                            </w:pPr>
                          </w:p>
                          <w:p w14:paraId="08B5229B" w14:textId="63839C62" w:rsidR="00D9688B" w:rsidRPr="00FF1A17" w:rsidRDefault="00514FBC" w:rsidP="00FF1A17">
                            <w:pPr>
                              <w:shd w:val="clear" w:color="auto" w:fill="FFFFFF" w:themeFill="background1"/>
                              <w:spacing w:after="0" w:line="240" w:lineRule="auto"/>
                              <w:rPr>
                                <w:sz w:val="28"/>
                                <w:szCs w:val="28"/>
                              </w:rPr>
                            </w:pPr>
                            <w:r w:rsidRPr="00FF1A17">
                              <w:rPr>
                                <w:sz w:val="28"/>
                                <w:szCs w:val="28"/>
                              </w:rPr>
                              <w:t>If</w:t>
                            </w:r>
                            <w:r w:rsidR="001E7F31" w:rsidRPr="00FF1A17">
                              <w:rPr>
                                <w:sz w:val="28"/>
                                <w:szCs w:val="28"/>
                              </w:rPr>
                              <w:t>,</w:t>
                            </w:r>
                            <w:r w:rsidRPr="00FF1A17">
                              <w:rPr>
                                <w:sz w:val="28"/>
                                <w:szCs w:val="28"/>
                              </w:rPr>
                              <w:t xml:space="preserve"> when you’ve </w:t>
                            </w:r>
                            <w:r w:rsidR="001E7F31" w:rsidRPr="00FF1A17">
                              <w:rPr>
                                <w:sz w:val="28"/>
                                <w:szCs w:val="28"/>
                              </w:rPr>
                              <w:t xml:space="preserve">finishing </w:t>
                            </w:r>
                            <w:r w:rsidRPr="00FF1A17">
                              <w:rPr>
                                <w:sz w:val="28"/>
                                <w:szCs w:val="28"/>
                              </w:rPr>
                              <w:t>read</w:t>
                            </w:r>
                            <w:r w:rsidR="001E7F31" w:rsidRPr="00FF1A17">
                              <w:rPr>
                                <w:sz w:val="28"/>
                                <w:szCs w:val="28"/>
                              </w:rPr>
                              <w:t>ing</w:t>
                            </w:r>
                            <w:r w:rsidRPr="00FF1A17">
                              <w:rPr>
                                <w:sz w:val="28"/>
                                <w:szCs w:val="28"/>
                              </w:rPr>
                              <w:t xml:space="preserve"> this pack, you like what you </w:t>
                            </w:r>
                            <w:r w:rsidR="00D9688B" w:rsidRPr="00FF1A17">
                              <w:rPr>
                                <w:sz w:val="28"/>
                                <w:szCs w:val="28"/>
                              </w:rPr>
                              <w:t xml:space="preserve">see, and Sefton’s Vision and Values align to yours then we can’t wait to hear from you. </w:t>
                            </w:r>
                          </w:p>
                          <w:p w14:paraId="39B50755" w14:textId="77777777" w:rsidR="00D9688B" w:rsidRPr="00FF1A17" w:rsidRDefault="00D9688B" w:rsidP="00FF1A17">
                            <w:pPr>
                              <w:shd w:val="clear" w:color="auto" w:fill="FFFFFF" w:themeFill="background1"/>
                              <w:spacing w:after="0" w:line="240" w:lineRule="auto"/>
                              <w:rPr>
                                <w:sz w:val="28"/>
                                <w:szCs w:val="28"/>
                              </w:rPr>
                            </w:pPr>
                          </w:p>
                          <w:p w14:paraId="62DC2431" w14:textId="27FD410B" w:rsidR="00671606" w:rsidRDefault="00671606" w:rsidP="00FF1A17">
                            <w:pPr>
                              <w:shd w:val="clear" w:color="auto" w:fill="FFFFFF" w:themeFill="background1"/>
                              <w:spacing w:after="0" w:line="240" w:lineRule="auto"/>
                              <w:rPr>
                                <w:sz w:val="28"/>
                                <w:szCs w:val="28"/>
                              </w:rPr>
                            </w:pPr>
                            <w:r w:rsidRPr="00FF1A17">
                              <w:rPr>
                                <w:sz w:val="28"/>
                                <w:szCs w:val="28"/>
                              </w:rPr>
                              <w:t>Best of luck!</w:t>
                            </w:r>
                          </w:p>
                          <w:p w14:paraId="7F87A827" w14:textId="77777777" w:rsidR="00427E49" w:rsidRDefault="00427E49" w:rsidP="00FF1A17">
                            <w:pPr>
                              <w:shd w:val="clear" w:color="auto" w:fill="FFFFFF" w:themeFill="background1"/>
                              <w:spacing w:after="0" w:line="240" w:lineRule="auto"/>
                              <w:rPr>
                                <w:sz w:val="28"/>
                                <w:szCs w:val="28"/>
                              </w:rPr>
                            </w:pPr>
                          </w:p>
                          <w:p w14:paraId="5A7AD1B1" w14:textId="3C20187F" w:rsidR="00427E49" w:rsidRDefault="00427E49" w:rsidP="00FF1A17">
                            <w:pPr>
                              <w:shd w:val="clear" w:color="auto" w:fill="FFFFFF" w:themeFill="background1"/>
                              <w:spacing w:after="0" w:line="240" w:lineRule="auto"/>
                              <w:rPr>
                                <w:sz w:val="28"/>
                                <w:szCs w:val="28"/>
                              </w:rPr>
                            </w:pPr>
                            <w:r>
                              <w:rPr>
                                <w:sz w:val="28"/>
                                <w:szCs w:val="28"/>
                              </w:rPr>
                              <w:t>Julie Murphy</w:t>
                            </w:r>
                          </w:p>
                          <w:p w14:paraId="7D773BC0" w14:textId="6D261011" w:rsidR="00427E49" w:rsidRPr="00FF1A17" w:rsidRDefault="00427E49" w:rsidP="00FF1A17">
                            <w:pPr>
                              <w:shd w:val="clear" w:color="auto" w:fill="FFFFFF" w:themeFill="background1"/>
                              <w:spacing w:after="0" w:line="240" w:lineRule="auto"/>
                              <w:rPr>
                                <w:sz w:val="28"/>
                                <w:szCs w:val="28"/>
                              </w:rPr>
                            </w:pPr>
                            <w:r>
                              <w:rPr>
                                <w:sz w:val="28"/>
                                <w:szCs w:val="28"/>
                              </w:rPr>
                              <w:t>Senior Operations Manager</w:t>
                            </w:r>
                          </w:p>
                          <w:p w14:paraId="752CA344" w14:textId="77777777" w:rsidR="003E2B31" w:rsidRPr="00FF1A17" w:rsidRDefault="003E2B31" w:rsidP="00FF1A17">
                            <w:pPr>
                              <w:shd w:val="clear" w:color="auto" w:fill="FFFFFF" w:themeFill="background1"/>
                              <w:spacing w:after="0" w:line="240" w:lineRule="auto"/>
                              <w:rPr>
                                <w:sz w:val="28"/>
                                <w:szCs w:val="28"/>
                              </w:rPr>
                            </w:pPr>
                          </w:p>
                          <w:p w14:paraId="65D815F4" w14:textId="417C60CF" w:rsidR="00F74424" w:rsidRPr="00A665FC" w:rsidRDefault="00F74424" w:rsidP="00FF1A17">
                            <w:pPr>
                              <w:shd w:val="clear" w:color="auto" w:fill="FFFFFF" w:themeFill="background1"/>
                              <w:spacing w:after="0" w:line="240" w:lineRule="auto"/>
                              <w:rPr>
                                <w:sz w:val="28"/>
                                <w:szCs w:val="28"/>
                              </w:rPr>
                            </w:pPr>
                          </w:p>
                          <w:p w14:paraId="2DCF1838" w14:textId="77777777" w:rsidR="00F74424" w:rsidRPr="00A665FC" w:rsidRDefault="00F74424" w:rsidP="00A236B7">
                            <w:pPr>
                              <w:rPr>
                                <w:b/>
                                <w:color w:val="0082BC"/>
                                <w:sz w:val="28"/>
                                <w:szCs w:val="28"/>
                              </w:rPr>
                            </w:pPr>
                            <w:r w:rsidRPr="00A665FC">
                              <w:rPr>
                                <w:b/>
                                <w:color w:val="0082BC"/>
                                <w:sz w:val="28"/>
                                <w:szCs w:val="28"/>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9204A" id="Text Box 1" o:spid="_x0000_s1029" type="#_x0000_t202" style="position:absolute;margin-left:0;margin-top:5.3pt;width:455.25pt;height:556.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" filled="f" stroked="f" strokeweight=".5pt">
                <v:textbox>
                  <w:txbxContent>
                    <w:p w14:paraId="597FDBF0" w14:textId="77777777" w:rsidR="00671606" w:rsidRPr="00526D72" w:rsidRDefault="00671606" w:rsidP="00660729">
                      <w:pPr>
                        <w:shd w:val="clear" w:color="auto" w:fill="FFFFFF" w:themeFill="background1"/>
                        <w:spacing w:after="0" w:line="240" w:lineRule="auto"/>
                        <w:rPr>
                          <w:sz w:val="28"/>
                          <w:szCs w:val="28"/>
                        </w:rPr>
                      </w:pPr>
                      <w:r w:rsidRPr="00526D72">
                        <w:rPr>
                          <w:sz w:val="28"/>
                          <w:szCs w:val="28"/>
                        </w:rPr>
                        <w:t>Hi,</w:t>
                      </w:r>
                    </w:p>
                    <w:p w14:paraId="494B38DB" w14:textId="77777777" w:rsidR="00671606" w:rsidRPr="00526D72" w:rsidRDefault="00671606" w:rsidP="00660729">
                      <w:pPr>
                        <w:shd w:val="clear" w:color="auto" w:fill="FFFFFF" w:themeFill="background1"/>
                        <w:spacing w:after="0" w:line="240" w:lineRule="auto"/>
                        <w:rPr>
                          <w:sz w:val="28"/>
                          <w:szCs w:val="28"/>
                        </w:rPr>
                      </w:pPr>
                    </w:p>
                    <w:p w14:paraId="192565E0" w14:textId="4DC41D17" w:rsidR="00671606" w:rsidRPr="00526D72" w:rsidRDefault="00522A66" w:rsidP="00530EB5">
                      <w:pPr>
                        <w:shd w:val="clear" w:color="auto" w:fill="FFFFFF" w:themeFill="background1"/>
                        <w:spacing w:after="0" w:line="240" w:lineRule="auto"/>
                        <w:rPr>
                          <w:b/>
                          <w:bCs/>
                          <w:sz w:val="28"/>
                          <w:szCs w:val="28"/>
                        </w:rPr>
                      </w:pPr>
                      <w:r w:rsidRPr="00526D72">
                        <w:rPr>
                          <w:sz w:val="28"/>
                          <w:szCs w:val="28"/>
                        </w:rPr>
                        <w:t>We would</w:t>
                      </w:r>
                      <w:r w:rsidR="00671606" w:rsidRPr="00526D72">
                        <w:rPr>
                          <w:sz w:val="28"/>
                          <w:szCs w:val="28"/>
                        </w:rPr>
                        <w:t xml:space="preserve"> like to thank you for your interest in the role </w:t>
                      </w:r>
                      <w:r w:rsidR="005B5209" w:rsidRPr="00526D72">
                        <w:rPr>
                          <w:sz w:val="28"/>
                          <w:szCs w:val="28"/>
                        </w:rPr>
                        <w:t xml:space="preserve">of Casual Operations </w:t>
                      </w:r>
                      <w:r w:rsidR="00973C7D">
                        <w:rPr>
                          <w:sz w:val="28"/>
                          <w:szCs w:val="28"/>
                        </w:rPr>
                        <w:t>a</w:t>
                      </w:r>
                      <w:r w:rsidR="005B5209" w:rsidRPr="00526D72">
                        <w:rPr>
                          <w:sz w:val="28"/>
                          <w:szCs w:val="28"/>
                        </w:rPr>
                        <w:t>ssistant at Litherland Sports Park.</w:t>
                      </w:r>
                      <w:r w:rsidR="00671606" w:rsidRPr="00526D72">
                        <w:rPr>
                          <w:sz w:val="28"/>
                          <w:szCs w:val="28"/>
                        </w:rPr>
                        <w:t xml:space="preserve"> </w:t>
                      </w:r>
                    </w:p>
                    <w:p w14:paraId="212852F3" w14:textId="77777777" w:rsidR="00671606" w:rsidRPr="00526D72" w:rsidRDefault="00671606" w:rsidP="00530EB5">
                      <w:pPr>
                        <w:shd w:val="clear" w:color="auto" w:fill="FFFFFF" w:themeFill="background1"/>
                        <w:spacing w:after="0" w:line="240" w:lineRule="auto"/>
                        <w:rPr>
                          <w:sz w:val="28"/>
                          <w:szCs w:val="28"/>
                        </w:rPr>
                      </w:pPr>
                    </w:p>
                    <w:p w14:paraId="07B86B1A" w14:textId="7BCC374C" w:rsidR="003E25CB" w:rsidRPr="00526D72" w:rsidRDefault="003E25CB" w:rsidP="00530EB5">
                      <w:pPr>
                        <w:shd w:val="clear" w:color="auto" w:fill="FFFFFF" w:themeFill="background1"/>
                        <w:spacing w:after="0" w:line="240" w:lineRule="auto"/>
                        <w:rPr>
                          <w:sz w:val="28"/>
                          <w:szCs w:val="28"/>
                        </w:rPr>
                      </w:pPr>
                      <w:r w:rsidRPr="00526D72">
                        <w:rPr>
                          <w:sz w:val="28"/>
                          <w:szCs w:val="28"/>
                        </w:rPr>
                        <w:t xml:space="preserve">This is an exciting and rewarding opportunity for someone who </w:t>
                      </w:r>
                      <w:r w:rsidR="006A31C3" w:rsidRPr="00526D72">
                        <w:rPr>
                          <w:sz w:val="28"/>
                          <w:szCs w:val="28"/>
                        </w:rPr>
                        <w:t>like to be front of house.</w:t>
                      </w:r>
                      <w:r w:rsidR="00FF1A17" w:rsidRPr="00526D72">
                        <w:rPr>
                          <w:sz w:val="28"/>
                          <w:szCs w:val="28"/>
                        </w:rPr>
                        <w:t xml:space="preserve"> You must be</w:t>
                      </w:r>
                      <w:r w:rsidR="006A31C3" w:rsidRPr="00526D72">
                        <w:rPr>
                          <w:sz w:val="28"/>
                          <w:szCs w:val="28"/>
                        </w:rPr>
                        <w:t xml:space="preserve"> </w:t>
                      </w:r>
                      <w:r w:rsidRPr="00526D72">
                        <w:rPr>
                          <w:sz w:val="28"/>
                          <w:szCs w:val="28"/>
                        </w:rPr>
                        <w:t xml:space="preserve">approachable and wants to be at the heart of a busy and </w:t>
                      </w:r>
                      <w:r w:rsidR="003E2B31" w:rsidRPr="00526D72">
                        <w:rPr>
                          <w:sz w:val="28"/>
                          <w:szCs w:val="28"/>
                        </w:rPr>
                        <w:t>varied</w:t>
                      </w:r>
                      <w:r w:rsidRPr="00526D72">
                        <w:rPr>
                          <w:sz w:val="28"/>
                          <w:szCs w:val="28"/>
                        </w:rPr>
                        <w:t xml:space="preserve"> working environment.</w:t>
                      </w:r>
                    </w:p>
                    <w:p w14:paraId="72338EAC" w14:textId="77777777" w:rsidR="003E25CB" w:rsidRPr="00526D72" w:rsidRDefault="003E25CB" w:rsidP="00530EB5">
                      <w:pPr>
                        <w:shd w:val="clear" w:color="auto" w:fill="FFFFFF" w:themeFill="background1"/>
                        <w:spacing w:after="0" w:line="240" w:lineRule="auto"/>
                        <w:rPr>
                          <w:sz w:val="28"/>
                          <w:szCs w:val="28"/>
                        </w:rPr>
                      </w:pPr>
                    </w:p>
                    <w:p w14:paraId="165B49EC" w14:textId="06FD61E4" w:rsidR="003E2B31" w:rsidRPr="00526D72" w:rsidRDefault="003E2B31" w:rsidP="00530EB5">
                      <w:pPr>
                        <w:shd w:val="clear" w:color="auto" w:fill="FFFFFF" w:themeFill="background1"/>
                        <w:spacing w:after="0" w:line="240" w:lineRule="auto"/>
                        <w:rPr>
                          <w:sz w:val="28"/>
                          <w:szCs w:val="28"/>
                        </w:rPr>
                      </w:pPr>
                      <w:r w:rsidRPr="00526D72">
                        <w:rPr>
                          <w:sz w:val="28"/>
                          <w:szCs w:val="28"/>
                        </w:rPr>
                        <w:t>Y</w:t>
                      </w:r>
                      <w:r w:rsidR="003E25CB" w:rsidRPr="00526D72">
                        <w:rPr>
                          <w:sz w:val="28"/>
                          <w:szCs w:val="28"/>
                        </w:rPr>
                        <w:t xml:space="preserve">ou’ll play a key role in </w:t>
                      </w:r>
                      <w:r w:rsidR="00FF1A17" w:rsidRPr="00526D72">
                        <w:rPr>
                          <w:sz w:val="28"/>
                          <w:szCs w:val="28"/>
                        </w:rPr>
                        <w:t xml:space="preserve">maintaining high standards of customer care, </w:t>
                      </w:r>
                      <w:r w:rsidR="003E25CB" w:rsidRPr="00526D72">
                        <w:rPr>
                          <w:sz w:val="28"/>
                          <w:szCs w:val="28"/>
                        </w:rPr>
                        <w:t xml:space="preserve">keeping </w:t>
                      </w:r>
                      <w:r w:rsidR="00FF1A17" w:rsidRPr="00526D72">
                        <w:rPr>
                          <w:sz w:val="28"/>
                          <w:szCs w:val="28"/>
                        </w:rPr>
                        <w:t xml:space="preserve">the centre </w:t>
                      </w:r>
                      <w:r w:rsidR="003E25CB" w:rsidRPr="00526D72">
                        <w:rPr>
                          <w:sz w:val="28"/>
                          <w:szCs w:val="28"/>
                        </w:rPr>
                        <w:t>running smoothly</w:t>
                      </w:r>
                      <w:r w:rsidRPr="00526D72">
                        <w:rPr>
                          <w:sz w:val="28"/>
                          <w:szCs w:val="28"/>
                        </w:rPr>
                        <w:t xml:space="preserve">, </w:t>
                      </w:r>
                      <w:r w:rsidR="003E25CB" w:rsidRPr="00526D72">
                        <w:rPr>
                          <w:sz w:val="28"/>
                          <w:szCs w:val="28"/>
                        </w:rPr>
                        <w:t>offering a warm and</w:t>
                      </w:r>
                      <w:r w:rsidR="00530EB5" w:rsidRPr="00526D72">
                        <w:rPr>
                          <w:sz w:val="28"/>
                          <w:szCs w:val="28"/>
                        </w:rPr>
                        <w:t xml:space="preserve"> </w:t>
                      </w:r>
                      <w:r w:rsidR="003E25CB" w:rsidRPr="00526D72">
                        <w:rPr>
                          <w:sz w:val="28"/>
                          <w:szCs w:val="28"/>
                        </w:rPr>
                        <w:t>supportive presence, and approaching every task with professionalism and a positive, can</w:t>
                      </w:r>
                      <w:r w:rsidR="003E25CB" w:rsidRPr="00526D72">
                        <w:rPr>
                          <w:sz w:val="28"/>
                          <w:szCs w:val="28"/>
                        </w:rPr>
                        <w:noBreakHyphen/>
                        <w:t xml:space="preserve">do attitude. </w:t>
                      </w:r>
                      <w:r w:rsidR="00244137" w:rsidRPr="00526D72">
                        <w:rPr>
                          <w:sz w:val="28"/>
                          <w:szCs w:val="28"/>
                        </w:rPr>
                        <w:t xml:space="preserve"> </w:t>
                      </w:r>
                    </w:p>
                    <w:p w14:paraId="093A94EE" w14:textId="77777777" w:rsidR="003E2B31" w:rsidRPr="00C41AA7" w:rsidRDefault="003E2B31" w:rsidP="003E25CB">
                      <w:pPr>
                        <w:spacing w:after="0" w:line="240" w:lineRule="auto"/>
                        <w:rPr>
                          <w:sz w:val="28"/>
                          <w:szCs w:val="28"/>
                          <w:highlight w:val="red"/>
                        </w:rPr>
                      </w:pPr>
                    </w:p>
                    <w:p w14:paraId="5A41F488" w14:textId="64F9B307" w:rsidR="00671606" w:rsidRDefault="00D96F44" w:rsidP="00FF1A17">
                      <w:pPr>
                        <w:shd w:val="clear" w:color="auto" w:fill="FFFFFF" w:themeFill="background1"/>
                        <w:spacing w:after="0" w:line="240" w:lineRule="auto"/>
                        <w:rPr>
                          <w:sz w:val="28"/>
                          <w:szCs w:val="28"/>
                        </w:rPr>
                      </w:pPr>
                      <w:r w:rsidRPr="00FF1A17">
                        <w:rPr>
                          <w:sz w:val="28"/>
                          <w:szCs w:val="28"/>
                        </w:rPr>
                        <w:t>As a person, i</w:t>
                      </w:r>
                      <w:r w:rsidR="003E25CB" w:rsidRPr="00FF1A17">
                        <w:rPr>
                          <w:sz w:val="28"/>
                          <w:szCs w:val="28"/>
                        </w:rPr>
                        <w:t xml:space="preserve">f you’re someone who enjoys helping others, takes pride in delivering </w:t>
                      </w:r>
                      <w:r w:rsidR="00526D72">
                        <w:rPr>
                          <w:sz w:val="28"/>
                          <w:szCs w:val="28"/>
                        </w:rPr>
                        <w:t>great customer</w:t>
                      </w:r>
                      <w:r w:rsidR="003E25CB" w:rsidRPr="00FF1A17">
                        <w:rPr>
                          <w:sz w:val="28"/>
                          <w:szCs w:val="28"/>
                        </w:rPr>
                        <w:t xml:space="preserve"> </w:t>
                      </w:r>
                      <w:r w:rsidR="00530EB5">
                        <w:rPr>
                          <w:sz w:val="28"/>
                          <w:szCs w:val="28"/>
                        </w:rPr>
                        <w:t>service</w:t>
                      </w:r>
                      <w:r w:rsidR="00526D72">
                        <w:rPr>
                          <w:sz w:val="28"/>
                          <w:szCs w:val="28"/>
                        </w:rPr>
                        <w:t xml:space="preserve"> and brings energy, and a genuine passion for Fitness, we would be delighted to hear from you.</w:t>
                      </w:r>
                    </w:p>
                    <w:p w14:paraId="1D793067" w14:textId="77777777" w:rsidR="00530EB5" w:rsidRPr="00FF1A17" w:rsidRDefault="00530EB5" w:rsidP="00FF1A17">
                      <w:pPr>
                        <w:shd w:val="clear" w:color="auto" w:fill="FFFFFF" w:themeFill="background1"/>
                        <w:spacing w:after="0" w:line="240" w:lineRule="auto"/>
                        <w:rPr>
                          <w:sz w:val="28"/>
                          <w:szCs w:val="28"/>
                        </w:rPr>
                      </w:pPr>
                    </w:p>
                    <w:p w14:paraId="01F3038F" w14:textId="278B458B" w:rsidR="00671606" w:rsidRPr="00FF1A17" w:rsidRDefault="00671606" w:rsidP="00FF1A17">
                      <w:pPr>
                        <w:shd w:val="clear" w:color="auto" w:fill="FFFFFF" w:themeFill="background1"/>
                        <w:spacing w:after="0" w:line="240" w:lineRule="auto"/>
                        <w:rPr>
                          <w:sz w:val="28"/>
                          <w:szCs w:val="28"/>
                        </w:rPr>
                      </w:pPr>
                      <w:r w:rsidRPr="00FF1A17">
                        <w:rPr>
                          <w:sz w:val="28"/>
                          <w:szCs w:val="28"/>
                        </w:rPr>
                        <w:t xml:space="preserve">The Job Description and Person Specification for this role are included within the job pack. </w:t>
                      </w:r>
                      <w:r w:rsidR="004E7A46" w:rsidRPr="00FF1A17">
                        <w:rPr>
                          <w:sz w:val="28"/>
                          <w:szCs w:val="28"/>
                        </w:rPr>
                        <w:t xml:space="preserve"> </w:t>
                      </w:r>
                      <w:r w:rsidRPr="00FF1A17">
                        <w:rPr>
                          <w:sz w:val="28"/>
                          <w:szCs w:val="28"/>
                        </w:rPr>
                        <w:t>If you have any questions about the vacancy, please refer to the job pack for the appropriate contact details.</w:t>
                      </w:r>
                    </w:p>
                    <w:p w14:paraId="7E561A37" w14:textId="77777777" w:rsidR="00671606" w:rsidRPr="00FF1A17" w:rsidRDefault="00671606" w:rsidP="00FF1A17">
                      <w:pPr>
                        <w:shd w:val="clear" w:color="auto" w:fill="FFFFFF" w:themeFill="background1"/>
                        <w:spacing w:after="0" w:line="240" w:lineRule="auto"/>
                        <w:rPr>
                          <w:sz w:val="28"/>
                          <w:szCs w:val="28"/>
                        </w:rPr>
                      </w:pPr>
                    </w:p>
                    <w:p w14:paraId="08B5229B" w14:textId="63839C62" w:rsidR="00D9688B" w:rsidRPr="00FF1A17" w:rsidRDefault="00514FBC" w:rsidP="00FF1A17">
                      <w:pPr>
                        <w:shd w:val="clear" w:color="auto" w:fill="FFFFFF" w:themeFill="background1"/>
                        <w:spacing w:after="0" w:line="240" w:lineRule="auto"/>
                        <w:rPr>
                          <w:sz w:val="28"/>
                          <w:szCs w:val="28"/>
                        </w:rPr>
                      </w:pPr>
                      <w:r w:rsidRPr="00FF1A17">
                        <w:rPr>
                          <w:sz w:val="28"/>
                          <w:szCs w:val="28"/>
                        </w:rPr>
                        <w:t>If</w:t>
                      </w:r>
                      <w:r w:rsidR="001E7F31" w:rsidRPr="00FF1A17">
                        <w:rPr>
                          <w:sz w:val="28"/>
                          <w:szCs w:val="28"/>
                        </w:rPr>
                        <w:t>,</w:t>
                      </w:r>
                      <w:r w:rsidRPr="00FF1A17">
                        <w:rPr>
                          <w:sz w:val="28"/>
                          <w:szCs w:val="28"/>
                        </w:rPr>
                        <w:t xml:space="preserve"> when you’ve </w:t>
                      </w:r>
                      <w:r w:rsidR="001E7F31" w:rsidRPr="00FF1A17">
                        <w:rPr>
                          <w:sz w:val="28"/>
                          <w:szCs w:val="28"/>
                        </w:rPr>
                        <w:t xml:space="preserve">finishing </w:t>
                      </w:r>
                      <w:r w:rsidRPr="00FF1A17">
                        <w:rPr>
                          <w:sz w:val="28"/>
                          <w:szCs w:val="28"/>
                        </w:rPr>
                        <w:t>read</w:t>
                      </w:r>
                      <w:r w:rsidR="001E7F31" w:rsidRPr="00FF1A17">
                        <w:rPr>
                          <w:sz w:val="28"/>
                          <w:szCs w:val="28"/>
                        </w:rPr>
                        <w:t>ing</w:t>
                      </w:r>
                      <w:r w:rsidRPr="00FF1A17">
                        <w:rPr>
                          <w:sz w:val="28"/>
                          <w:szCs w:val="28"/>
                        </w:rPr>
                        <w:t xml:space="preserve"> this pack, you like what you </w:t>
                      </w:r>
                      <w:r w:rsidR="00D9688B" w:rsidRPr="00FF1A17">
                        <w:rPr>
                          <w:sz w:val="28"/>
                          <w:szCs w:val="28"/>
                        </w:rPr>
                        <w:t xml:space="preserve">see, and Sefton’s Vision and Values align to yours then we can’t wait to hear from you. </w:t>
                      </w:r>
                    </w:p>
                    <w:p w14:paraId="39B50755" w14:textId="77777777" w:rsidR="00D9688B" w:rsidRPr="00FF1A17" w:rsidRDefault="00D9688B" w:rsidP="00FF1A17">
                      <w:pPr>
                        <w:shd w:val="clear" w:color="auto" w:fill="FFFFFF" w:themeFill="background1"/>
                        <w:spacing w:after="0" w:line="240" w:lineRule="auto"/>
                        <w:rPr>
                          <w:sz w:val="28"/>
                          <w:szCs w:val="28"/>
                        </w:rPr>
                      </w:pPr>
                    </w:p>
                    <w:p w14:paraId="62DC2431" w14:textId="27FD410B" w:rsidR="00671606" w:rsidRDefault="00671606" w:rsidP="00FF1A17">
                      <w:pPr>
                        <w:shd w:val="clear" w:color="auto" w:fill="FFFFFF" w:themeFill="background1"/>
                        <w:spacing w:after="0" w:line="240" w:lineRule="auto"/>
                        <w:rPr>
                          <w:sz w:val="28"/>
                          <w:szCs w:val="28"/>
                        </w:rPr>
                      </w:pPr>
                      <w:r w:rsidRPr="00FF1A17">
                        <w:rPr>
                          <w:sz w:val="28"/>
                          <w:szCs w:val="28"/>
                        </w:rPr>
                        <w:t>Best of luck!</w:t>
                      </w:r>
                    </w:p>
                    <w:p w14:paraId="7F87A827" w14:textId="77777777" w:rsidR="00427E49" w:rsidRDefault="00427E49" w:rsidP="00FF1A17">
                      <w:pPr>
                        <w:shd w:val="clear" w:color="auto" w:fill="FFFFFF" w:themeFill="background1"/>
                        <w:spacing w:after="0" w:line="240" w:lineRule="auto"/>
                        <w:rPr>
                          <w:sz w:val="28"/>
                          <w:szCs w:val="28"/>
                        </w:rPr>
                      </w:pPr>
                    </w:p>
                    <w:p w14:paraId="5A7AD1B1" w14:textId="3C20187F" w:rsidR="00427E49" w:rsidRDefault="00427E49" w:rsidP="00FF1A17">
                      <w:pPr>
                        <w:shd w:val="clear" w:color="auto" w:fill="FFFFFF" w:themeFill="background1"/>
                        <w:spacing w:after="0" w:line="240" w:lineRule="auto"/>
                        <w:rPr>
                          <w:sz w:val="28"/>
                          <w:szCs w:val="28"/>
                        </w:rPr>
                      </w:pPr>
                      <w:r>
                        <w:rPr>
                          <w:sz w:val="28"/>
                          <w:szCs w:val="28"/>
                        </w:rPr>
                        <w:t>Julie Murphy</w:t>
                      </w:r>
                    </w:p>
                    <w:p w14:paraId="7D773BC0" w14:textId="6D261011" w:rsidR="00427E49" w:rsidRPr="00FF1A17" w:rsidRDefault="00427E49" w:rsidP="00FF1A17">
                      <w:pPr>
                        <w:shd w:val="clear" w:color="auto" w:fill="FFFFFF" w:themeFill="background1"/>
                        <w:spacing w:after="0" w:line="240" w:lineRule="auto"/>
                        <w:rPr>
                          <w:sz w:val="28"/>
                          <w:szCs w:val="28"/>
                        </w:rPr>
                      </w:pPr>
                      <w:r>
                        <w:rPr>
                          <w:sz w:val="28"/>
                          <w:szCs w:val="28"/>
                        </w:rPr>
                        <w:t>Senior Operations Manager</w:t>
                      </w:r>
                    </w:p>
                    <w:p w14:paraId="752CA344" w14:textId="77777777" w:rsidR="003E2B31" w:rsidRPr="00FF1A17" w:rsidRDefault="003E2B31" w:rsidP="00FF1A17">
                      <w:pPr>
                        <w:shd w:val="clear" w:color="auto" w:fill="FFFFFF" w:themeFill="background1"/>
                        <w:spacing w:after="0" w:line="240" w:lineRule="auto"/>
                        <w:rPr>
                          <w:sz w:val="28"/>
                          <w:szCs w:val="28"/>
                        </w:rPr>
                      </w:pPr>
                    </w:p>
                    <w:p w14:paraId="65D815F4" w14:textId="417C60CF" w:rsidR="00F74424" w:rsidRPr="00A665FC" w:rsidRDefault="00F74424" w:rsidP="00FF1A17">
                      <w:pPr>
                        <w:shd w:val="clear" w:color="auto" w:fill="FFFFFF" w:themeFill="background1"/>
                        <w:spacing w:after="0" w:line="240" w:lineRule="auto"/>
                        <w:rPr>
                          <w:sz w:val="28"/>
                          <w:szCs w:val="28"/>
                        </w:rPr>
                      </w:pPr>
                    </w:p>
                    <w:p w14:paraId="2DCF1838" w14:textId="77777777" w:rsidR="00F74424" w:rsidRPr="00A665FC" w:rsidRDefault="00F74424" w:rsidP="00A236B7">
                      <w:pPr>
                        <w:rPr>
                          <w:b/>
                          <w:color w:val="0082BC"/>
                          <w:sz w:val="28"/>
                          <w:szCs w:val="28"/>
                        </w:rPr>
                      </w:pPr>
                      <w:r w:rsidRPr="00A665FC">
                        <w:rPr>
                          <w:b/>
                          <w:color w:val="0082BC"/>
                          <w:sz w:val="28"/>
                          <w:szCs w:val="28"/>
                        </w:rPr>
                        <w:br w:type="page"/>
                      </w:r>
                    </w:p>
                  </w:txbxContent>
                </v:textbox>
                <w10:wrap anchorx="margin"/>
              </v:shape>
            </w:pict>
          </mc:Fallback>
        </mc:AlternateContent>
      </w:r>
    </w:p>
    <w:p w14:paraId="70EB1658" w14:textId="4A40FC0C" w:rsidR="000B3B22" w:rsidRPr="00A665FC" w:rsidRDefault="000B3B22">
      <w:pPr>
        <w:rPr>
          <w:sz w:val="48"/>
          <w:szCs w:val="48"/>
        </w:rPr>
      </w:pPr>
    </w:p>
    <w:p w14:paraId="7763ECEB" w14:textId="048F5B6E" w:rsidR="000B3B22" w:rsidRPr="00A665FC" w:rsidRDefault="000B3B22">
      <w:pPr>
        <w:rPr>
          <w:sz w:val="48"/>
          <w:szCs w:val="48"/>
        </w:rPr>
      </w:pPr>
    </w:p>
    <w:p w14:paraId="3B3BF7AB" w14:textId="67E07529" w:rsidR="000B3B22" w:rsidRPr="00A665FC" w:rsidRDefault="000B3B22">
      <w:pPr>
        <w:rPr>
          <w:sz w:val="48"/>
          <w:szCs w:val="48"/>
        </w:rPr>
      </w:pPr>
    </w:p>
    <w:p w14:paraId="3E9A32A7" w14:textId="15CDE78E" w:rsidR="000B3B22" w:rsidRPr="00A665FC" w:rsidRDefault="000B3B22">
      <w:pPr>
        <w:rPr>
          <w:sz w:val="36"/>
          <w:szCs w:val="36"/>
        </w:rPr>
      </w:pPr>
    </w:p>
    <w:p w14:paraId="543CC695" w14:textId="33277B70" w:rsidR="00170274" w:rsidRPr="00A665FC" w:rsidRDefault="00170274" w:rsidP="0049316D">
      <w:pPr>
        <w:rPr>
          <w:b/>
          <w:color w:val="0082BC"/>
          <w:sz w:val="32"/>
        </w:rPr>
      </w:pPr>
    </w:p>
    <w:p w14:paraId="6D7294E8" w14:textId="773BF767" w:rsidR="00170274" w:rsidRPr="00A665FC" w:rsidRDefault="00170274" w:rsidP="0049316D">
      <w:pPr>
        <w:rPr>
          <w:b/>
          <w:color w:val="0082BC"/>
          <w:sz w:val="32"/>
        </w:rPr>
      </w:pPr>
    </w:p>
    <w:p w14:paraId="03D779DE" w14:textId="4C5D5BC8" w:rsidR="00170274" w:rsidRPr="00A665FC" w:rsidRDefault="00170274" w:rsidP="0049316D">
      <w:pPr>
        <w:rPr>
          <w:b/>
          <w:color w:val="0082BC"/>
          <w:sz w:val="32"/>
        </w:rPr>
      </w:pPr>
    </w:p>
    <w:p w14:paraId="2A1DF892" w14:textId="1B1C34C1" w:rsidR="00170274" w:rsidRPr="00A665FC" w:rsidRDefault="00170274" w:rsidP="0049316D">
      <w:pPr>
        <w:rPr>
          <w:b/>
          <w:color w:val="0082BC"/>
          <w:sz w:val="32"/>
        </w:rPr>
      </w:pPr>
    </w:p>
    <w:p w14:paraId="54E8B75D" w14:textId="3EA5BCF0" w:rsidR="00170274" w:rsidRPr="00A665FC" w:rsidRDefault="00170274" w:rsidP="0049316D">
      <w:pPr>
        <w:rPr>
          <w:b/>
          <w:color w:val="0082BC"/>
          <w:sz w:val="32"/>
        </w:rPr>
      </w:pPr>
    </w:p>
    <w:p w14:paraId="6FAE099F" w14:textId="74F8EF82" w:rsidR="00170274" w:rsidRPr="00A665FC" w:rsidRDefault="00170274" w:rsidP="0049316D">
      <w:pPr>
        <w:rPr>
          <w:b/>
          <w:color w:val="0082BC"/>
          <w:sz w:val="32"/>
        </w:rPr>
      </w:pPr>
    </w:p>
    <w:p w14:paraId="2830E6AE" w14:textId="77777777" w:rsidR="00F24918" w:rsidRPr="00A665FC" w:rsidRDefault="005715A1" w:rsidP="0049316D">
      <w:pPr>
        <w:rPr>
          <w:b/>
          <w:color w:val="0082BC"/>
          <w:sz w:val="32"/>
        </w:rPr>
        <w:sectPr w:rsidR="00F24918" w:rsidRPr="00A665FC" w:rsidSect="00034616">
          <w:headerReference w:type="default" r:id="rId15"/>
          <w:footerReference w:type="default" r:id="rId16"/>
          <w:pgSz w:w="12240" w:h="15840"/>
          <w:pgMar w:top="1440" w:right="1800" w:bottom="1440" w:left="1800" w:header="720" w:footer="720" w:gutter="0"/>
          <w:cols w:space="720"/>
          <w:docGrid w:linePitch="360"/>
        </w:sectPr>
      </w:pPr>
      <w:r w:rsidRPr="00A665FC">
        <w:rPr>
          <w:noProof/>
        </w:rPr>
        <w:drawing>
          <wp:anchor distT="0" distB="0" distL="114300" distR="114300" simplePos="0" relativeHeight="251658267" behindDoc="0" locked="0" layoutInCell="1" allowOverlap="1" wp14:anchorId="51189C94" wp14:editId="13028A7B">
            <wp:simplePos x="0" y="0"/>
            <wp:positionH relativeFrom="margin">
              <wp:align>center</wp:align>
            </wp:positionH>
            <wp:positionV relativeFrom="paragraph">
              <wp:posOffset>2500630</wp:posOffset>
            </wp:positionV>
            <wp:extent cx="2288652" cy="373945"/>
            <wp:effectExtent l="0" t="0" r="0" b="7620"/>
            <wp:wrapNone/>
            <wp:docPr id="1509787870" name="Image 17"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 17" descr="A black text on a white background&#10;&#10;AI-generated content may be incorrect."/>
                    <pic:cNvPicPr/>
                  </pic:nvPicPr>
                  <pic:blipFill>
                    <a:blip r:embed="rId13" cstate="print"/>
                    <a:stretch>
                      <a:fillRect/>
                    </a:stretch>
                  </pic:blipFill>
                  <pic:spPr>
                    <a:xfrm>
                      <a:off x="0" y="0"/>
                      <a:ext cx="2288652" cy="373945"/>
                    </a:xfrm>
                    <a:prstGeom prst="rect">
                      <a:avLst/>
                    </a:prstGeom>
                  </pic:spPr>
                </pic:pic>
              </a:graphicData>
            </a:graphic>
          </wp:anchor>
        </w:drawing>
      </w:r>
    </w:p>
    <w:p w14:paraId="76928DAE" w14:textId="77777777" w:rsidR="00C10C81" w:rsidRPr="00A665FC" w:rsidRDefault="00C10C81" w:rsidP="001115BF">
      <w:pPr>
        <w:rPr>
          <w:b/>
          <w:color w:val="007CBB"/>
          <w:sz w:val="48"/>
          <w:szCs w:val="48"/>
        </w:rPr>
      </w:pPr>
    </w:p>
    <w:sdt>
      <w:sdtPr>
        <w:rPr>
          <w:rFonts w:ascii="Arial" w:eastAsiaTheme="minorEastAsia" w:hAnsi="Arial" w:cstheme="minorBidi"/>
          <w:b w:val="0"/>
          <w:bCs w:val="0"/>
          <w:color w:val="auto"/>
          <w:sz w:val="22"/>
          <w:szCs w:val="22"/>
        </w:rPr>
        <w:id w:val="162512051"/>
        <w:docPartObj>
          <w:docPartGallery w:val="Table of Contents"/>
          <w:docPartUnique/>
        </w:docPartObj>
      </w:sdtPr>
      <w:sdtEndPr>
        <w:rPr>
          <w:sz w:val="32"/>
          <w:szCs w:val="32"/>
        </w:rPr>
      </w:sdtEndPr>
      <w:sdtContent>
        <w:p w14:paraId="708AA259" w14:textId="1C264FFF" w:rsidR="00C10C81" w:rsidRDefault="00C10C81" w:rsidP="00C10C81">
          <w:pPr>
            <w:pStyle w:val="TOCHeading"/>
            <w:jc w:val="center"/>
            <w:rPr>
              <w:rFonts w:ascii="Arial" w:hAnsi="Arial" w:cs="Arial"/>
              <w:color w:val="007CBB"/>
              <w:sz w:val="40"/>
              <w:szCs w:val="40"/>
            </w:rPr>
          </w:pPr>
          <w:r w:rsidRPr="00317E97">
            <w:rPr>
              <w:rFonts w:ascii="Arial" w:hAnsi="Arial" w:cs="Arial"/>
              <w:color w:val="007CBB"/>
              <w:sz w:val="40"/>
              <w:szCs w:val="40"/>
            </w:rPr>
            <w:t>Contents</w:t>
          </w:r>
        </w:p>
        <w:p w14:paraId="21B4ADB1" w14:textId="1D7D7154" w:rsidR="002F39DE" w:rsidRPr="00E81154" w:rsidRDefault="00C10C81">
          <w:pPr>
            <w:pStyle w:val="TOC2"/>
            <w:rPr>
              <w:rFonts w:asciiTheme="minorHAnsi" w:hAnsiTheme="minorHAnsi"/>
              <w:noProof/>
              <w:kern w:val="2"/>
              <w:sz w:val="24"/>
              <w:szCs w:val="24"/>
              <w:lang w:eastAsia="en-GB"/>
              <w14:ligatures w14:val="standardContextual"/>
            </w:rPr>
          </w:pPr>
          <w:r w:rsidRPr="00833B16">
            <w:rPr>
              <w:rStyle w:val="Hyperlink"/>
              <w:noProof/>
              <w:color w:val="auto"/>
              <w:u w:val="none"/>
            </w:rPr>
            <w:fldChar w:fldCharType="begin"/>
          </w:r>
          <w:r w:rsidRPr="00833B16">
            <w:rPr>
              <w:rStyle w:val="Hyperlink"/>
              <w:noProof/>
              <w:color w:val="auto"/>
              <w:u w:val="none"/>
            </w:rPr>
            <w:instrText xml:space="preserve"> TOC \o "1-3" \h \z \u </w:instrText>
          </w:r>
          <w:r w:rsidRPr="00833B16">
            <w:rPr>
              <w:rStyle w:val="Hyperlink"/>
              <w:noProof/>
              <w:color w:val="auto"/>
              <w:u w:val="none"/>
            </w:rPr>
            <w:fldChar w:fldCharType="separate"/>
          </w:r>
          <w:hyperlink w:anchor="_Toc222994875" w:history="1">
            <w:r w:rsidR="002F39DE" w:rsidRPr="00E81154">
              <w:rPr>
                <w:rStyle w:val="Hyperlink"/>
                <w:rFonts w:cs="Arial"/>
                <w:noProof/>
              </w:rPr>
              <w:t>About the Borough of Sefton</w:t>
            </w:r>
            <w:r w:rsidR="002F39DE" w:rsidRPr="00E81154">
              <w:rPr>
                <w:noProof/>
                <w:webHidden/>
              </w:rPr>
              <w:tab/>
            </w:r>
            <w:r w:rsidR="002F39DE" w:rsidRPr="00E81154">
              <w:rPr>
                <w:noProof/>
                <w:webHidden/>
              </w:rPr>
              <w:fldChar w:fldCharType="begin"/>
            </w:r>
            <w:r w:rsidR="002F39DE" w:rsidRPr="00E81154">
              <w:rPr>
                <w:noProof/>
                <w:webHidden/>
              </w:rPr>
              <w:instrText xml:space="preserve"> PAGEREF _Toc222994875 \h </w:instrText>
            </w:r>
            <w:r w:rsidR="002F39DE" w:rsidRPr="00E81154">
              <w:rPr>
                <w:noProof/>
                <w:webHidden/>
              </w:rPr>
            </w:r>
            <w:r w:rsidR="002F39DE" w:rsidRPr="00E81154">
              <w:rPr>
                <w:noProof/>
                <w:webHidden/>
              </w:rPr>
              <w:fldChar w:fldCharType="separate"/>
            </w:r>
            <w:r w:rsidR="002F39DE" w:rsidRPr="00E81154">
              <w:rPr>
                <w:noProof/>
                <w:webHidden/>
              </w:rPr>
              <w:t>1</w:t>
            </w:r>
            <w:r w:rsidR="002F39DE" w:rsidRPr="00E81154">
              <w:rPr>
                <w:noProof/>
                <w:webHidden/>
              </w:rPr>
              <w:fldChar w:fldCharType="end"/>
            </w:r>
          </w:hyperlink>
        </w:p>
        <w:p w14:paraId="2B781720" w14:textId="4A6D5A0D" w:rsidR="002F39DE" w:rsidRPr="00E81154" w:rsidRDefault="002F39DE">
          <w:pPr>
            <w:pStyle w:val="TOC2"/>
            <w:rPr>
              <w:rFonts w:asciiTheme="minorHAnsi" w:hAnsiTheme="minorHAnsi"/>
              <w:noProof/>
              <w:kern w:val="2"/>
              <w:sz w:val="24"/>
              <w:szCs w:val="24"/>
              <w:lang w:eastAsia="en-GB"/>
              <w14:ligatures w14:val="standardContextual"/>
            </w:rPr>
          </w:pPr>
          <w:hyperlink w:anchor="_Toc222994876" w:history="1">
            <w:r w:rsidRPr="00E81154">
              <w:rPr>
                <w:rStyle w:val="Hyperlink"/>
                <w:rFonts w:cs="Arial"/>
                <w:noProof/>
              </w:rPr>
              <w:t>Our Vision and Values</w:t>
            </w:r>
            <w:r w:rsidRPr="00E81154">
              <w:rPr>
                <w:noProof/>
                <w:webHidden/>
              </w:rPr>
              <w:tab/>
            </w:r>
            <w:r w:rsidRPr="00E81154">
              <w:rPr>
                <w:noProof/>
                <w:webHidden/>
              </w:rPr>
              <w:fldChar w:fldCharType="begin"/>
            </w:r>
            <w:r w:rsidRPr="00E81154">
              <w:rPr>
                <w:noProof/>
                <w:webHidden/>
              </w:rPr>
              <w:instrText xml:space="preserve"> PAGEREF _Toc222994876 \h </w:instrText>
            </w:r>
            <w:r w:rsidRPr="00E81154">
              <w:rPr>
                <w:noProof/>
                <w:webHidden/>
              </w:rPr>
            </w:r>
            <w:r w:rsidRPr="00E81154">
              <w:rPr>
                <w:noProof/>
                <w:webHidden/>
              </w:rPr>
              <w:fldChar w:fldCharType="separate"/>
            </w:r>
            <w:r w:rsidRPr="00E81154">
              <w:rPr>
                <w:noProof/>
                <w:webHidden/>
              </w:rPr>
              <w:t>2</w:t>
            </w:r>
            <w:r w:rsidRPr="00E81154">
              <w:rPr>
                <w:noProof/>
                <w:webHidden/>
              </w:rPr>
              <w:fldChar w:fldCharType="end"/>
            </w:r>
          </w:hyperlink>
        </w:p>
        <w:p w14:paraId="391BE677" w14:textId="760F09D7" w:rsidR="002F39DE" w:rsidRPr="00E81154" w:rsidRDefault="002F39DE">
          <w:pPr>
            <w:pStyle w:val="TOC2"/>
            <w:rPr>
              <w:rFonts w:asciiTheme="minorHAnsi" w:hAnsiTheme="minorHAnsi"/>
              <w:noProof/>
              <w:kern w:val="2"/>
              <w:sz w:val="24"/>
              <w:szCs w:val="24"/>
              <w:lang w:eastAsia="en-GB"/>
              <w14:ligatures w14:val="standardContextual"/>
            </w:rPr>
          </w:pPr>
          <w:hyperlink w:anchor="_Toc222994877" w:history="1">
            <w:r w:rsidRPr="00E81154">
              <w:rPr>
                <w:rStyle w:val="Hyperlink"/>
                <w:rFonts w:cs="Arial"/>
                <w:noProof/>
              </w:rPr>
              <w:t>Our Successes and Key Projects</w:t>
            </w:r>
            <w:r w:rsidRPr="00E81154">
              <w:rPr>
                <w:noProof/>
                <w:webHidden/>
              </w:rPr>
              <w:tab/>
            </w:r>
            <w:r w:rsidRPr="00E81154">
              <w:rPr>
                <w:noProof/>
                <w:webHidden/>
              </w:rPr>
              <w:fldChar w:fldCharType="begin"/>
            </w:r>
            <w:r w:rsidRPr="00E81154">
              <w:rPr>
                <w:noProof/>
                <w:webHidden/>
              </w:rPr>
              <w:instrText xml:space="preserve"> PAGEREF _Toc222994877 \h </w:instrText>
            </w:r>
            <w:r w:rsidRPr="00E81154">
              <w:rPr>
                <w:noProof/>
                <w:webHidden/>
              </w:rPr>
            </w:r>
            <w:r w:rsidRPr="00E81154">
              <w:rPr>
                <w:noProof/>
                <w:webHidden/>
              </w:rPr>
              <w:fldChar w:fldCharType="separate"/>
            </w:r>
            <w:r w:rsidRPr="00E81154">
              <w:rPr>
                <w:noProof/>
                <w:webHidden/>
              </w:rPr>
              <w:t>2</w:t>
            </w:r>
            <w:r w:rsidRPr="00E81154">
              <w:rPr>
                <w:noProof/>
                <w:webHidden/>
              </w:rPr>
              <w:fldChar w:fldCharType="end"/>
            </w:r>
          </w:hyperlink>
        </w:p>
        <w:p w14:paraId="7E6533C6" w14:textId="3126EA05" w:rsidR="002F39DE" w:rsidRPr="00E81154" w:rsidRDefault="002F39DE">
          <w:pPr>
            <w:pStyle w:val="TOC2"/>
            <w:rPr>
              <w:rFonts w:asciiTheme="minorHAnsi" w:hAnsiTheme="minorHAnsi"/>
              <w:noProof/>
              <w:kern w:val="2"/>
              <w:sz w:val="24"/>
              <w:szCs w:val="24"/>
              <w:lang w:eastAsia="en-GB"/>
              <w14:ligatures w14:val="standardContextual"/>
            </w:rPr>
          </w:pPr>
          <w:hyperlink w:anchor="_Toc222994878" w:history="1">
            <w:r w:rsidRPr="00E81154">
              <w:rPr>
                <w:rStyle w:val="Hyperlink"/>
                <w:rFonts w:cs="Arial"/>
                <w:noProof/>
              </w:rPr>
              <w:t>An Inclusive Workplace</w:t>
            </w:r>
            <w:r w:rsidRPr="00E81154">
              <w:rPr>
                <w:noProof/>
                <w:webHidden/>
              </w:rPr>
              <w:tab/>
            </w:r>
            <w:r w:rsidRPr="00E81154">
              <w:rPr>
                <w:noProof/>
                <w:webHidden/>
              </w:rPr>
              <w:fldChar w:fldCharType="begin"/>
            </w:r>
            <w:r w:rsidRPr="00E81154">
              <w:rPr>
                <w:noProof/>
                <w:webHidden/>
              </w:rPr>
              <w:instrText xml:space="preserve"> PAGEREF _Toc222994878 \h </w:instrText>
            </w:r>
            <w:r w:rsidRPr="00E81154">
              <w:rPr>
                <w:noProof/>
                <w:webHidden/>
              </w:rPr>
            </w:r>
            <w:r w:rsidRPr="00E81154">
              <w:rPr>
                <w:noProof/>
                <w:webHidden/>
              </w:rPr>
              <w:fldChar w:fldCharType="separate"/>
            </w:r>
            <w:r w:rsidRPr="00E81154">
              <w:rPr>
                <w:noProof/>
                <w:webHidden/>
              </w:rPr>
              <w:t>3</w:t>
            </w:r>
            <w:r w:rsidRPr="00E81154">
              <w:rPr>
                <w:noProof/>
                <w:webHidden/>
              </w:rPr>
              <w:fldChar w:fldCharType="end"/>
            </w:r>
          </w:hyperlink>
        </w:p>
        <w:p w14:paraId="0B803D40" w14:textId="59B24982" w:rsidR="002F39DE" w:rsidRPr="00E81154" w:rsidRDefault="002F39DE">
          <w:pPr>
            <w:pStyle w:val="TOC2"/>
            <w:rPr>
              <w:rFonts w:asciiTheme="minorHAnsi" w:hAnsiTheme="minorHAnsi"/>
              <w:noProof/>
              <w:kern w:val="2"/>
              <w:sz w:val="24"/>
              <w:szCs w:val="24"/>
              <w:lang w:eastAsia="en-GB"/>
              <w14:ligatures w14:val="standardContextual"/>
            </w:rPr>
          </w:pPr>
          <w:hyperlink w:anchor="_Toc222994879" w:history="1">
            <w:r w:rsidRPr="00E81154">
              <w:rPr>
                <w:rStyle w:val="Hyperlink"/>
                <w:rFonts w:cs="Arial"/>
                <w:noProof/>
              </w:rPr>
              <w:t>Liverpool City Region Fair Employment Charter</w:t>
            </w:r>
            <w:r w:rsidRPr="00E81154">
              <w:rPr>
                <w:noProof/>
                <w:webHidden/>
              </w:rPr>
              <w:tab/>
            </w:r>
            <w:r w:rsidRPr="00E81154">
              <w:rPr>
                <w:noProof/>
                <w:webHidden/>
              </w:rPr>
              <w:fldChar w:fldCharType="begin"/>
            </w:r>
            <w:r w:rsidRPr="00E81154">
              <w:rPr>
                <w:noProof/>
                <w:webHidden/>
              </w:rPr>
              <w:instrText xml:space="preserve"> PAGEREF _Toc222994879 \h </w:instrText>
            </w:r>
            <w:r w:rsidRPr="00E81154">
              <w:rPr>
                <w:noProof/>
                <w:webHidden/>
              </w:rPr>
            </w:r>
            <w:r w:rsidRPr="00E81154">
              <w:rPr>
                <w:noProof/>
                <w:webHidden/>
              </w:rPr>
              <w:fldChar w:fldCharType="separate"/>
            </w:r>
            <w:r w:rsidRPr="00E81154">
              <w:rPr>
                <w:noProof/>
                <w:webHidden/>
              </w:rPr>
              <w:t>4</w:t>
            </w:r>
            <w:r w:rsidRPr="00E81154">
              <w:rPr>
                <w:noProof/>
                <w:webHidden/>
              </w:rPr>
              <w:fldChar w:fldCharType="end"/>
            </w:r>
          </w:hyperlink>
        </w:p>
        <w:p w14:paraId="51BA7FB7" w14:textId="46C82A49" w:rsidR="002F39DE" w:rsidRPr="00E81154" w:rsidRDefault="002F39DE">
          <w:pPr>
            <w:pStyle w:val="TOC2"/>
            <w:rPr>
              <w:rFonts w:asciiTheme="minorHAnsi" w:hAnsiTheme="minorHAnsi"/>
              <w:noProof/>
              <w:kern w:val="2"/>
              <w:sz w:val="24"/>
              <w:szCs w:val="24"/>
              <w:lang w:eastAsia="en-GB"/>
              <w14:ligatures w14:val="standardContextual"/>
            </w:rPr>
          </w:pPr>
          <w:hyperlink w:anchor="_Toc222994880" w:history="1">
            <w:r w:rsidRPr="00E81154">
              <w:rPr>
                <w:rStyle w:val="Hyperlink"/>
                <w:rFonts w:cs="Arial"/>
                <w:noProof/>
              </w:rPr>
              <w:t>What We Can Offer You</w:t>
            </w:r>
            <w:r w:rsidRPr="00E81154">
              <w:rPr>
                <w:noProof/>
                <w:webHidden/>
              </w:rPr>
              <w:tab/>
            </w:r>
            <w:r w:rsidRPr="00E81154">
              <w:rPr>
                <w:noProof/>
                <w:webHidden/>
              </w:rPr>
              <w:fldChar w:fldCharType="begin"/>
            </w:r>
            <w:r w:rsidRPr="00E81154">
              <w:rPr>
                <w:noProof/>
                <w:webHidden/>
              </w:rPr>
              <w:instrText xml:space="preserve"> PAGEREF _Toc222994880 \h </w:instrText>
            </w:r>
            <w:r w:rsidRPr="00E81154">
              <w:rPr>
                <w:noProof/>
                <w:webHidden/>
              </w:rPr>
            </w:r>
            <w:r w:rsidRPr="00E81154">
              <w:rPr>
                <w:noProof/>
                <w:webHidden/>
              </w:rPr>
              <w:fldChar w:fldCharType="separate"/>
            </w:r>
            <w:r w:rsidRPr="00E81154">
              <w:rPr>
                <w:noProof/>
                <w:webHidden/>
              </w:rPr>
              <w:t>4</w:t>
            </w:r>
            <w:r w:rsidRPr="00E81154">
              <w:rPr>
                <w:noProof/>
                <w:webHidden/>
              </w:rPr>
              <w:fldChar w:fldCharType="end"/>
            </w:r>
          </w:hyperlink>
        </w:p>
        <w:p w14:paraId="7AC2638C" w14:textId="2D053EA7" w:rsidR="002F39DE" w:rsidRPr="00E81154" w:rsidRDefault="002F39DE">
          <w:pPr>
            <w:pStyle w:val="TOC2"/>
            <w:rPr>
              <w:rFonts w:asciiTheme="minorHAnsi" w:hAnsiTheme="minorHAnsi"/>
              <w:noProof/>
              <w:kern w:val="2"/>
              <w:sz w:val="24"/>
              <w:szCs w:val="24"/>
              <w:lang w:eastAsia="en-GB"/>
              <w14:ligatures w14:val="standardContextual"/>
            </w:rPr>
          </w:pPr>
          <w:hyperlink w:anchor="_Toc222994881" w:history="1">
            <w:r w:rsidRPr="00E81154">
              <w:rPr>
                <w:rStyle w:val="Hyperlink"/>
                <w:rFonts w:cs="Arial"/>
                <w:noProof/>
              </w:rPr>
              <w:t>About the Role</w:t>
            </w:r>
            <w:r w:rsidRPr="00E81154">
              <w:rPr>
                <w:noProof/>
                <w:webHidden/>
              </w:rPr>
              <w:tab/>
            </w:r>
            <w:r w:rsidRPr="00E81154">
              <w:rPr>
                <w:noProof/>
                <w:webHidden/>
              </w:rPr>
              <w:fldChar w:fldCharType="begin"/>
            </w:r>
            <w:r w:rsidRPr="00E81154">
              <w:rPr>
                <w:noProof/>
                <w:webHidden/>
              </w:rPr>
              <w:instrText xml:space="preserve"> PAGEREF _Toc222994881 \h </w:instrText>
            </w:r>
            <w:r w:rsidRPr="00E81154">
              <w:rPr>
                <w:noProof/>
                <w:webHidden/>
              </w:rPr>
            </w:r>
            <w:r w:rsidRPr="00E81154">
              <w:rPr>
                <w:noProof/>
                <w:webHidden/>
              </w:rPr>
              <w:fldChar w:fldCharType="separate"/>
            </w:r>
            <w:r w:rsidRPr="00E81154">
              <w:rPr>
                <w:noProof/>
                <w:webHidden/>
              </w:rPr>
              <w:t>6</w:t>
            </w:r>
            <w:r w:rsidRPr="00E81154">
              <w:rPr>
                <w:noProof/>
                <w:webHidden/>
              </w:rPr>
              <w:fldChar w:fldCharType="end"/>
            </w:r>
          </w:hyperlink>
        </w:p>
        <w:p w14:paraId="0E71EA6C" w14:textId="0F378FB9" w:rsidR="002F39DE" w:rsidRPr="00E81154" w:rsidRDefault="002F39DE">
          <w:pPr>
            <w:pStyle w:val="TOC2"/>
            <w:rPr>
              <w:rFonts w:asciiTheme="minorHAnsi" w:hAnsiTheme="minorHAnsi"/>
              <w:noProof/>
              <w:kern w:val="2"/>
              <w:sz w:val="24"/>
              <w:szCs w:val="24"/>
              <w:lang w:eastAsia="en-GB"/>
              <w14:ligatures w14:val="standardContextual"/>
            </w:rPr>
          </w:pPr>
          <w:hyperlink w:anchor="_Toc222994882" w:history="1">
            <w:r w:rsidRPr="00E81154">
              <w:rPr>
                <w:rStyle w:val="Hyperlink"/>
                <w:rFonts w:cs="Arial"/>
                <w:noProof/>
              </w:rPr>
              <w:t>Top Tips on How to Apply</w:t>
            </w:r>
            <w:r w:rsidRPr="00E81154">
              <w:rPr>
                <w:noProof/>
                <w:webHidden/>
              </w:rPr>
              <w:tab/>
            </w:r>
            <w:r w:rsidRPr="00E81154">
              <w:rPr>
                <w:noProof/>
                <w:webHidden/>
              </w:rPr>
              <w:fldChar w:fldCharType="begin"/>
            </w:r>
            <w:r w:rsidRPr="00E81154">
              <w:rPr>
                <w:noProof/>
                <w:webHidden/>
              </w:rPr>
              <w:instrText xml:space="preserve"> PAGEREF _Toc222994882 \h </w:instrText>
            </w:r>
            <w:r w:rsidRPr="00E81154">
              <w:rPr>
                <w:noProof/>
                <w:webHidden/>
              </w:rPr>
            </w:r>
            <w:r w:rsidRPr="00E81154">
              <w:rPr>
                <w:noProof/>
                <w:webHidden/>
              </w:rPr>
              <w:fldChar w:fldCharType="separate"/>
            </w:r>
            <w:r w:rsidRPr="00E81154">
              <w:rPr>
                <w:noProof/>
                <w:webHidden/>
              </w:rPr>
              <w:t>8</w:t>
            </w:r>
            <w:r w:rsidRPr="00E81154">
              <w:rPr>
                <w:noProof/>
                <w:webHidden/>
              </w:rPr>
              <w:fldChar w:fldCharType="end"/>
            </w:r>
          </w:hyperlink>
        </w:p>
        <w:p w14:paraId="433AEEC0" w14:textId="22B15B7F" w:rsidR="002F39DE" w:rsidRDefault="002F39DE">
          <w:pPr>
            <w:pStyle w:val="TOC2"/>
            <w:rPr>
              <w:rFonts w:asciiTheme="minorHAnsi" w:hAnsiTheme="minorHAnsi"/>
              <w:noProof/>
              <w:kern w:val="2"/>
              <w:sz w:val="24"/>
              <w:szCs w:val="24"/>
              <w:lang w:eastAsia="en-GB"/>
              <w14:ligatures w14:val="standardContextual"/>
            </w:rPr>
          </w:pPr>
          <w:hyperlink w:anchor="_Toc222994883" w:history="1">
            <w:r w:rsidRPr="00E81154">
              <w:rPr>
                <w:rStyle w:val="Hyperlink"/>
                <w:rFonts w:cs="Arial"/>
                <w:noProof/>
              </w:rPr>
              <w:t>Application and Selection Information</w:t>
            </w:r>
            <w:r w:rsidRPr="00E81154">
              <w:rPr>
                <w:noProof/>
                <w:webHidden/>
              </w:rPr>
              <w:tab/>
            </w:r>
            <w:r w:rsidRPr="00E81154">
              <w:rPr>
                <w:noProof/>
                <w:webHidden/>
              </w:rPr>
              <w:fldChar w:fldCharType="begin"/>
            </w:r>
            <w:r w:rsidRPr="00E81154">
              <w:rPr>
                <w:noProof/>
                <w:webHidden/>
              </w:rPr>
              <w:instrText xml:space="preserve"> PAGEREF _Toc222994883 \h </w:instrText>
            </w:r>
            <w:r w:rsidRPr="00E81154">
              <w:rPr>
                <w:noProof/>
                <w:webHidden/>
              </w:rPr>
            </w:r>
            <w:r w:rsidRPr="00E81154">
              <w:rPr>
                <w:noProof/>
                <w:webHidden/>
              </w:rPr>
              <w:fldChar w:fldCharType="separate"/>
            </w:r>
            <w:r w:rsidRPr="00E81154">
              <w:rPr>
                <w:noProof/>
                <w:webHidden/>
              </w:rPr>
              <w:t>9</w:t>
            </w:r>
            <w:r w:rsidRPr="00E81154">
              <w:rPr>
                <w:noProof/>
                <w:webHidden/>
              </w:rPr>
              <w:fldChar w:fldCharType="end"/>
            </w:r>
          </w:hyperlink>
        </w:p>
        <w:p w14:paraId="46E61A76" w14:textId="403B3F6B" w:rsidR="002F39DE" w:rsidRDefault="002F39DE">
          <w:pPr>
            <w:pStyle w:val="TOC2"/>
            <w:rPr>
              <w:rFonts w:asciiTheme="minorHAnsi" w:hAnsiTheme="minorHAnsi"/>
              <w:noProof/>
              <w:kern w:val="2"/>
              <w:sz w:val="24"/>
              <w:szCs w:val="24"/>
              <w:lang w:eastAsia="en-GB"/>
              <w14:ligatures w14:val="standardContextual"/>
            </w:rPr>
          </w:pPr>
          <w:hyperlink w:anchor="_Toc222994884" w:history="1">
            <w:r w:rsidRPr="00E81154">
              <w:rPr>
                <w:rStyle w:val="Hyperlink"/>
                <w:rFonts w:cs="Arial"/>
                <w:noProof/>
              </w:rPr>
              <w:t>Appendix A – Job Description and Person Specification</w:t>
            </w:r>
            <w:r w:rsidRPr="00E81154">
              <w:rPr>
                <w:noProof/>
                <w:webHidden/>
              </w:rPr>
              <w:tab/>
            </w:r>
            <w:r w:rsidRPr="00E81154">
              <w:rPr>
                <w:noProof/>
                <w:webHidden/>
              </w:rPr>
              <w:fldChar w:fldCharType="begin"/>
            </w:r>
            <w:r w:rsidRPr="00E81154">
              <w:rPr>
                <w:noProof/>
                <w:webHidden/>
              </w:rPr>
              <w:instrText xml:space="preserve"> PAGEREF _Toc222994884 \h </w:instrText>
            </w:r>
            <w:r w:rsidRPr="00E81154">
              <w:rPr>
                <w:noProof/>
                <w:webHidden/>
              </w:rPr>
            </w:r>
            <w:r w:rsidRPr="00E81154">
              <w:rPr>
                <w:noProof/>
                <w:webHidden/>
              </w:rPr>
              <w:fldChar w:fldCharType="separate"/>
            </w:r>
            <w:r w:rsidRPr="00E81154">
              <w:rPr>
                <w:noProof/>
                <w:webHidden/>
              </w:rPr>
              <w:t>10</w:t>
            </w:r>
            <w:r w:rsidRPr="00E81154">
              <w:rPr>
                <w:noProof/>
                <w:webHidden/>
              </w:rPr>
              <w:fldChar w:fldCharType="end"/>
            </w:r>
          </w:hyperlink>
        </w:p>
        <w:p w14:paraId="11831D48" w14:textId="0491EB20" w:rsidR="00C10C81" w:rsidRPr="00F04D83" w:rsidRDefault="00C10C81" w:rsidP="00FB01CC">
          <w:pPr>
            <w:pStyle w:val="TOC2"/>
            <w:rPr>
              <w:sz w:val="32"/>
              <w:szCs w:val="32"/>
            </w:rPr>
          </w:pPr>
          <w:r w:rsidRPr="00833B16">
            <w:rPr>
              <w:rStyle w:val="Hyperlink"/>
              <w:noProof/>
              <w:color w:val="auto"/>
              <w:u w:val="none"/>
            </w:rPr>
            <w:fldChar w:fldCharType="end"/>
          </w:r>
        </w:p>
      </w:sdtContent>
    </w:sdt>
    <w:p w14:paraId="5539B731" w14:textId="77777777" w:rsidR="00F04D83" w:rsidRDefault="00F04D83" w:rsidP="004C2FB4">
      <w:pPr>
        <w:rPr>
          <w:rFonts w:cs="Arial"/>
          <w:b/>
          <w:color w:val="007CBB"/>
          <w:sz w:val="32"/>
          <w:szCs w:val="32"/>
        </w:rPr>
        <w:sectPr w:rsidR="00F04D83" w:rsidSect="00F24918">
          <w:footerReference w:type="default" r:id="rId17"/>
          <w:pgSz w:w="12240" w:h="15840"/>
          <w:pgMar w:top="1440" w:right="1800" w:bottom="1440" w:left="1800" w:header="720" w:footer="720" w:gutter="0"/>
          <w:pgNumType w:start="1"/>
          <w:cols w:space="720"/>
          <w:docGrid w:linePitch="360"/>
        </w:sectPr>
      </w:pPr>
    </w:p>
    <w:p w14:paraId="01663A27" w14:textId="77777777" w:rsidR="003E2B31" w:rsidRPr="003E2B31" w:rsidRDefault="003E2B31" w:rsidP="004C2FB4">
      <w:pPr>
        <w:rPr>
          <w:rFonts w:cs="Arial"/>
          <w:b/>
          <w:color w:val="007CBB"/>
        </w:rPr>
      </w:pPr>
    </w:p>
    <w:p w14:paraId="6E2BC6BD" w14:textId="78982F94" w:rsidR="0049316D" w:rsidRPr="00E81154" w:rsidRDefault="0049316D" w:rsidP="00511F96">
      <w:pPr>
        <w:pStyle w:val="Heading2"/>
        <w:rPr>
          <w:rFonts w:ascii="Arial" w:hAnsi="Arial" w:cs="Arial"/>
          <w:color w:val="007CBB"/>
          <w:sz w:val="28"/>
          <w:szCs w:val="28"/>
        </w:rPr>
      </w:pPr>
      <w:bookmarkStart w:id="0" w:name="_Toc222994875"/>
      <w:r w:rsidRPr="00E81154">
        <w:rPr>
          <w:rFonts w:ascii="Arial" w:hAnsi="Arial" w:cs="Arial"/>
          <w:color w:val="007CBB"/>
          <w:sz w:val="28"/>
          <w:szCs w:val="28"/>
        </w:rPr>
        <w:t>About the Borough of Sefton</w:t>
      </w:r>
      <w:bookmarkEnd w:id="0"/>
    </w:p>
    <w:p w14:paraId="57D73D5F" w14:textId="77777777" w:rsidR="00511F96" w:rsidRPr="00E81154" w:rsidRDefault="00511F96" w:rsidP="00511F96">
      <w:pPr>
        <w:spacing w:after="0" w:line="240" w:lineRule="auto"/>
      </w:pPr>
    </w:p>
    <w:p w14:paraId="60A6277C" w14:textId="10CD6D5B" w:rsidR="00745BBD" w:rsidRPr="00E81154" w:rsidRDefault="00745BBD" w:rsidP="00745BBD">
      <w:r w:rsidRPr="00E81154">
        <w:t>Sefton is a confident and well</w:t>
      </w:r>
      <w:r w:rsidRPr="00E81154">
        <w:noBreakHyphen/>
        <w:t xml:space="preserve">connected </w:t>
      </w:r>
      <w:r w:rsidR="00FB2749" w:rsidRPr="00E81154">
        <w:t>Borough</w:t>
      </w:r>
      <w:r w:rsidRPr="00E81154">
        <w:t>, stretching from Bootle in the south to the coastal resort of Southport in the north. Home to more than 275,000 residents, Sefton encompasses a range of vibrant towns and communities, including Bootle, Litherland, Seaforth, Crosby, Formby, Maghull and Southport.</w:t>
      </w:r>
    </w:p>
    <w:p w14:paraId="61459BAF" w14:textId="276A74CE" w:rsidR="00745BBD" w:rsidRPr="00E81154" w:rsidRDefault="00745BBD" w:rsidP="00745BBD">
      <w:r w:rsidRPr="00E81154">
        <w:t xml:space="preserve">It is a fantastic place to live and work. </w:t>
      </w:r>
      <w:r w:rsidR="007679B6" w:rsidRPr="00E81154">
        <w:t xml:space="preserve"> </w:t>
      </w:r>
      <w:r w:rsidRPr="00E81154">
        <w:t>As the northern</w:t>
      </w:r>
      <w:r w:rsidRPr="00E81154">
        <w:noBreakHyphen/>
        <w:t xml:space="preserve">most </w:t>
      </w:r>
      <w:r w:rsidR="00FB2749" w:rsidRPr="00E81154">
        <w:t>Borough</w:t>
      </w:r>
      <w:r w:rsidRPr="00E81154">
        <w:t xml:space="preserve"> within the Liverpool City Region, Sefton offers a unique blend of beautiful coastline, countryside, attractive villages, thriving industrial areas and the busy Port of Liverpool.</w:t>
      </w:r>
    </w:p>
    <w:p w14:paraId="46726808" w14:textId="77777777" w:rsidR="00745BBD" w:rsidRPr="00E81154" w:rsidRDefault="00745BBD" w:rsidP="00745BBD">
      <w:r w:rsidRPr="00E81154">
        <w:t xml:space="preserve">With 22 miles of stunning coastline, Sefton is a leading coastal destination with a growing visitor economy. It is home to the iconic Antony Gormley </w:t>
      </w:r>
      <w:r w:rsidRPr="00E81154">
        <w:rPr>
          <w:i/>
          <w:iCs/>
        </w:rPr>
        <w:t>Another Place</w:t>
      </w:r>
      <w:r w:rsidRPr="00E81154">
        <w:t xml:space="preserve"> installation, expansive beaches and protected sand dunes that support several rare species.</w:t>
      </w:r>
    </w:p>
    <w:p w14:paraId="2E0DE47B" w14:textId="370B91D2" w:rsidR="00745BBD" w:rsidRPr="00E81154" w:rsidRDefault="00745BBD" w:rsidP="00745BBD">
      <w:r w:rsidRPr="00E81154">
        <w:t xml:space="preserve">While each town and village has its own distinctive character, it is the people of Sefton who make the </w:t>
      </w:r>
      <w:r w:rsidR="00FB2749" w:rsidRPr="00E81154">
        <w:t>Borough</w:t>
      </w:r>
      <w:r w:rsidRPr="00E81154">
        <w:t xml:space="preserve"> truly special, creating diverse, welcoming and energetic communities in which to live, work, invest and visit.</w:t>
      </w:r>
    </w:p>
    <w:p w14:paraId="660319E6" w14:textId="7C63E923" w:rsidR="00745BBD" w:rsidRPr="00E81154" w:rsidRDefault="00745BBD" w:rsidP="00745BBD">
      <w:r w:rsidRPr="00E81154">
        <w:t>Alongside its miles of golden sands, Sefton offers those who work here access to a world</w:t>
      </w:r>
      <w:r w:rsidRPr="00E81154">
        <w:noBreakHyphen/>
        <w:t>renowned racecourse, prestigious golf courses, and National Trust nature reserves, ideal places to unwind, explore and enjoy leisure time.</w:t>
      </w:r>
    </w:p>
    <w:p w14:paraId="200576E1" w14:textId="004E1D18" w:rsidR="00745BBD" w:rsidRPr="00E81154" w:rsidRDefault="00745BBD" w:rsidP="00745BBD">
      <w:r w:rsidRPr="00E81154">
        <w:t xml:space="preserve">The </w:t>
      </w:r>
      <w:r w:rsidR="00FB2749" w:rsidRPr="00E81154">
        <w:t>Borough</w:t>
      </w:r>
      <w:r w:rsidRPr="00E81154">
        <w:t xml:space="preserve"> benefits from excellent transport links, providing easy access to major </w:t>
      </w:r>
      <w:proofErr w:type="gramStart"/>
      <w:r w:rsidRPr="00E81154">
        <w:t>North West</w:t>
      </w:r>
      <w:proofErr w:type="gramEnd"/>
      <w:r w:rsidRPr="00E81154">
        <w:t xml:space="preserve"> cities including Liverpool and Manchester, and placing the Lake District and North Wales within reach for weekend breaks.</w:t>
      </w:r>
    </w:p>
    <w:p w14:paraId="0CAE65EA" w14:textId="77777777" w:rsidR="00745BBD" w:rsidRPr="00E81154" w:rsidRDefault="00745BBD" w:rsidP="00745BBD">
      <w:r w:rsidRPr="00E81154">
        <w:t>Whether you prefer vibrant town centres, friendly commuter towns, picturesque villages or stunning rural and coastal locations, Sefton offers a place to suit everyone. With house prices and rents typically lower than in neighbouring Liverpool and Manchester, you can enjoy coastal living while still being close to the buzz of city life.</w:t>
      </w:r>
    </w:p>
    <w:p w14:paraId="56800234" w14:textId="77777777" w:rsidR="008A2AD1" w:rsidRPr="00E81154" w:rsidRDefault="008A2AD1" w:rsidP="00D019F3">
      <w:pPr>
        <w:pStyle w:val="Heading2"/>
        <w:rPr>
          <w:rFonts w:ascii="Arial" w:hAnsi="Arial" w:cs="Arial"/>
          <w:color w:val="007CBB"/>
          <w:sz w:val="24"/>
          <w:szCs w:val="24"/>
        </w:rPr>
      </w:pPr>
    </w:p>
    <w:p w14:paraId="0F4ECB12" w14:textId="77777777" w:rsidR="001743EB" w:rsidRPr="00E81154" w:rsidRDefault="001743EB">
      <w:pPr>
        <w:rPr>
          <w:rFonts w:eastAsiaTheme="majorEastAsia" w:cs="Arial"/>
          <w:b/>
          <w:bCs/>
          <w:color w:val="007CBB"/>
          <w:sz w:val="28"/>
          <w:szCs w:val="28"/>
        </w:rPr>
      </w:pPr>
      <w:r w:rsidRPr="00E81154">
        <w:rPr>
          <w:rFonts w:cs="Arial"/>
          <w:color w:val="007CBB"/>
          <w:sz w:val="28"/>
          <w:szCs w:val="28"/>
        </w:rPr>
        <w:br w:type="page"/>
      </w:r>
    </w:p>
    <w:p w14:paraId="250B0304" w14:textId="4F184AC3" w:rsidR="00511F96" w:rsidRPr="00E81154" w:rsidRDefault="00511F96" w:rsidP="00511F96">
      <w:pPr>
        <w:pStyle w:val="Heading2"/>
        <w:rPr>
          <w:rFonts w:ascii="Arial" w:hAnsi="Arial" w:cs="Arial"/>
          <w:color w:val="007CBB"/>
          <w:sz w:val="28"/>
          <w:szCs w:val="28"/>
        </w:rPr>
      </w:pPr>
      <w:bookmarkStart w:id="1" w:name="_Toc222994876"/>
      <w:r w:rsidRPr="00E81154">
        <w:rPr>
          <w:rFonts w:ascii="Arial" w:hAnsi="Arial" w:cs="Arial"/>
          <w:color w:val="007CBB"/>
          <w:sz w:val="28"/>
          <w:szCs w:val="28"/>
        </w:rPr>
        <w:lastRenderedPageBreak/>
        <w:t>Our Vision and Values</w:t>
      </w:r>
      <w:bookmarkEnd w:id="1"/>
    </w:p>
    <w:p w14:paraId="7684CC3E" w14:textId="77777777" w:rsidR="00511F96" w:rsidRPr="00E81154" w:rsidRDefault="00511F96" w:rsidP="00511F96">
      <w:pPr>
        <w:spacing w:after="0" w:line="240" w:lineRule="auto"/>
      </w:pPr>
    </w:p>
    <w:p w14:paraId="6CF07501" w14:textId="5700025F" w:rsidR="007679B6" w:rsidRPr="00E81154" w:rsidRDefault="006444E0" w:rsidP="007679B6">
      <w:r w:rsidRPr="00E81154">
        <w:rPr>
          <w:rFonts w:ascii="Trebuchet MS"/>
          <w:noProof/>
          <w:sz w:val="20"/>
        </w:rPr>
        <mc:AlternateContent>
          <mc:Choice Requires="wpg">
            <w:drawing>
              <wp:anchor distT="0" distB="0" distL="114300" distR="114300" simplePos="0" relativeHeight="251673088" behindDoc="0" locked="0" layoutInCell="1" allowOverlap="1" wp14:anchorId="582C1344" wp14:editId="3667CFAD">
                <wp:simplePos x="0" y="0"/>
                <wp:positionH relativeFrom="margin">
                  <wp:align>center</wp:align>
                </wp:positionH>
                <wp:positionV relativeFrom="paragraph">
                  <wp:posOffset>719455</wp:posOffset>
                </wp:positionV>
                <wp:extent cx="5210175" cy="2238375"/>
                <wp:effectExtent l="0" t="0" r="9525" b="9525"/>
                <wp:wrapThrough wrapText="bothSides">
                  <wp:wrapPolygon edited="0">
                    <wp:start x="79" y="184"/>
                    <wp:lineTo x="79" y="18751"/>
                    <wp:lineTo x="395" y="20773"/>
                    <wp:lineTo x="1027" y="21508"/>
                    <wp:lineTo x="1106" y="21508"/>
                    <wp:lineTo x="21561" y="21508"/>
                    <wp:lineTo x="21561" y="1654"/>
                    <wp:lineTo x="20455" y="184"/>
                    <wp:lineTo x="79" y="184"/>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2238375"/>
                          <a:chOff x="0" y="0"/>
                          <a:chExt cx="5760085" cy="2343785"/>
                        </a:xfrm>
                      </wpg:grpSpPr>
                      <pic:pic xmlns:pic="http://schemas.openxmlformats.org/drawingml/2006/picture">
                        <pic:nvPicPr>
                          <pic:cNvPr id="59" name="Image 59"/>
                          <pic:cNvPicPr/>
                        </pic:nvPicPr>
                        <pic:blipFill>
                          <a:blip r:embed="rId18" cstate="print"/>
                          <a:stretch>
                            <a:fillRect/>
                          </a:stretch>
                        </pic:blipFill>
                        <pic:spPr>
                          <a:xfrm>
                            <a:off x="31748" y="31737"/>
                            <a:ext cx="5696497" cy="2280107"/>
                          </a:xfrm>
                          <a:prstGeom prst="rect">
                            <a:avLst/>
                          </a:prstGeom>
                        </pic:spPr>
                      </pic:pic>
                      <wps:wsp>
                        <wps:cNvPr id="60" name="Graphic 60"/>
                        <wps:cNvSpPr/>
                        <wps:spPr>
                          <a:xfrm>
                            <a:off x="31750" y="31750"/>
                            <a:ext cx="5696585" cy="2280285"/>
                          </a:xfrm>
                          <a:custGeom>
                            <a:avLst/>
                            <a:gdLst/>
                            <a:ahLst/>
                            <a:cxnLst/>
                            <a:rect l="l" t="t" r="r" b="b"/>
                            <a:pathLst>
                              <a:path w="5696585" h="2280285">
                                <a:moveTo>
                                  <a:pt x="0" y="0"/>
                                </a:moveTo>
                                <a:lnTo>
                                  <a:pt x="0" y="1848104"/>
                                </a:lnTo>
                                <a:lnTo>
                                  <a:pt x="2534" y="1895174"/>
                                </a:lnTo>
                                <a:lnTo>
                                  <a:pt x="9963" y="1940776"/>
                                </a:lnTo>
                                <a:lnTo>
                                  <a:pt x="22023" y="1984646"/>
                                </a:lnTo>
                                <a:lnTo>
                                  <a:pt x="38449" y="2026521"/>
                                </a:lnTo>
                                <a:lnTo>
                                  <a:pt x="58979" y="2066138"/>
                                </a:lnTo>
                                <a:lnTo>
                                  <a:pt x="83349" y="2103232"/>
                                </a:lnTo>
                                <a:lnTo>
                                  <a:pt x="111296" y="2137540"/>
                                </a:lnTo>
                                <a:lnTo>
                                  <a:pt x="142555" y="2168799"/>
                                </a:lnTo>
                                <a:lnTo>
                                  <a:pt x="176865" y="2196745"/>
                                </a:lnTo>
                                <a:lnTo>
                                  <a:pt x="213960" y="2221115"/>
                                </a:lnTo>
                                <a:lnTo>
                                  <a:pt x="253577" y="2241645"/>
                                </a:lnTo>
                                <a:lnTo>
                                  <a:pt x="295454" y="2258071"/>
                                </a:lnTo>
                                <a:lnTo>
                                  <a:pt x="339326" y="2270130"/>
                                </a:lnTo>
                                <a:lnTo>
                                  <a:pt x="384930" y="2277559"/>
                                </a:lnTo>
                                <a:lnTo>
                                  <a:pt x="432003" y="2280094"/>
                                </a:lnTo>
                                <a:lnTo>
                                  <a:pt x="5696496" y="2280094"/>
                                </a:lnTo>
                                <a:lnTo>
                                  <a:pt x="5696496" y="432003"/>
                                </a:lnTo>
                                <a:lnTo>
                                  <a:pt x="5693961" y="384930"/>
                                </a:lnTo>
                                <a:lnTo>
                                  <a:pt x="5686532" y="339326"/>
                                </a:lnTo>
                                <a:lnTo>
                                  <a:pt x="5674472" y="295454"/>
                                </a:lnTo>
                                <a:lnTo>
                                  <a:pt x="5658046" y="253577"/>
                                </a:lnTo>
                                <a:lnTo>
                                  <a:pt x="5637516" y="213960"/>
                                </a:lnTo>
                                <a:lnTo>
                                  <a:pt x="5613147" y="176865"/>
                                </a:lnTo>
                                <a:lnTo>
                                  <a:pt x="5585201" y="142555"/>
                                </a:lnTo>
                                <a:lnTo>
                                  <a:pt x="5553942" y="111296"/>
                                </a:lnTo>
                                <a:lnTo>
                                  <a:pt x="5519633" y="83349"/>
                                </a:lnTo>
                                <a:lnTo>
                                  <a:pt x="5482539" y="58979"/>
                                </a:lnTo>
                                <a:lnTo>
                                  <a:pt x="5442923" y="38449"/>
                                </a:lnTo>
                                <a:lnTo>
                                  <a:pt x="5401048" y="22023"/>
                                </a:lnTo>
                                <a:lnTo>
                                  <a:pt x="5357177" y="9963"/>
                                </a:lnTo>
                                <a:lnTo>
                                  <a:pt x="5311575" y="2534"/>
                                </a:lnTo>
                                <a:lnTo>
                                  <a:pt x="5264505" y="0"/>
                                </a:lnTo>
                                <a:lnTo>
                                  <a:pt x="0" y="0"/>
                                </a:lnTo>
                                <a:close/>
                              </a:path>
                            </a:pathLst>
                          </a:custGeom>
                          <a:ln w="63500">
                            <a:solidFill>
                              <a:srgbClr val="D6E2F3"/>
                            </a:solidFill>
                            <a:prstDash val="solid"/>
                          </a:ln>
                        </wps:spPr>
                        <wps:bodyPr wrap="square" lIns="0" tIns="0" rIns="0" bIns="0" rtlCol="0">
                          <a:prstTxWarp prst="textNoShape">
                            <a:avLst/>
                          </a:prstTxWarp>
                          <a:noAutofit/>
                        </wps:bodyPr>
                      </wps:wsp>
                    </wpg:wgp>
                  </a:graphicData>
                </a:graphic>
              </wp:anchor>
            </w:drawing>
          </mc:Choice>
          <mc:Fallback>
            <w:pict>
              <v:group w14:anchorId="13AE1756" id="Group 58" o:spid="_x0000_s1026" style="position:absolute;margin-left:0;margin-top:56.65pt;width:410.25pt;height:176.25pt;z-index:251673088;mso-position-horizontal:center;mso-position-horizontal-relative:margin" coordsize="57600,2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7" type="#_x0000_t75" style="position:absolute;left:317;top:317;width:56965;height:2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">
                  <v:imagedata r:id="rId19" o:title=""/>
                </v:shape>
                <v:shape id="Graphic 60" o:spid="_x0000_s1028" style="position:absolute;left:317;top:317;width:56966;height:22803;visibility:visible;mso-wrap-style:square;v-text-anchor:top" coordsize="5696585,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" path="m,l,1848104r2534,47070l9963,1940776r12060,43870l38449,2026521r20530,39617l83349,2103232r27947,34308l142555,2168799r34310,27946l213960,2221115r39617,20530l295454,2258071r43872,12059l384930,2277559r47073,2535l5696496,2280094r,-1848091l5693961,384930r-7429,-45604l5674472,295454r-16426,-41877l5637516,213960r-24369,-37095l5585201,142555r-31259,-31259l5519633,83349,5482539,58979,5442923,38449,5401048,22023,5357177,9963,5311575,2534,5264505,,,xe" filled="f" strokecolor="#d6e2f3" strokeweight="5pt">
                  <v:path arrowok="t"/>
                </v:shape>
                <w10:wrap type="through" anchorx="margin"/>
              </v:group>
            </w:pict>
          </mc:Fallback>
        </mc:AlternateContent>
      </w:r>
      <w:r w:rsidR="005116C5" w:rsidRPr="00E81154">
        <w:t>At Sefton Council, our vision is to deliver high-quality services that make a real difference to the lives of our residents, visitors, and communities.</w:t>
      </w:r>
      <w:r w:rsidR="00FB2749" w:rsidRPr="00E81154">
        <w:t xml:space="preserve"> </w:t>
      </w:r>
      <w:r w:rsidR="005116C5" w:rsidRPr="00E81154">
        <w:t xml:space="preserve"> Everything we do is guided by a strong set of values that shape how we work and interact:</w:t>
      </w:r>
    </w:p>
    <w:p w14:paraId="1407193F" w14:textId="3D9D4F82" w:rsidR="007679B6" w:rsidRPr="00E81154" w:rsidRDefault="007679B6" w:rsidP="006444E0"/>
    <w:p w14:paraId="2A8A78D4" w14:textId="60901F21" w:rsidR="005116C5" w:rsidRPr="00E81154" w:rsidRDefault="005116C5" w:rsidP="00BE466B">
      <w:pPr>
        <w:numPr>
          <w:ilvl w:val="0"/>
          <w:numId w:val="16"/>
        </w:numPr>
      </w:pPr>
      <w:r w:rsidRPr="00E81154">
        <w:rPr>
          <w:b/>
          <w:bCs/>
        </w:rPr>
        <w:t>We put people at the heart of what we do</w:t>
      </w:r>
      <w:r w:rsidRPr="00E81154">
        <w:t xml:space="preserve"> </w:t>
      </w:r>
      <w:r w:rsidR="00FB2749" w:rsidRPr="00E81154">
        <w:t>–</w:t>
      </w:r>
      <w:r w:rsidRPr="00E81154">
        <w:t xml:space="preserve"> ensuring our services are responsive, inclusive, and focused on improving lives.</w:t>
      </w:r>
    </w:p>
    <w:p w14:paraId="1D4A15E3" w14:textId="2EE40FE7" w:rsidR="005116C5" w:rsidRPr="00E81154" w:rsidRDefault="005116C5" w:rsidP="00BE466B">
      <w:pPr>
        <w:numPr>
          <w:ilvl w:val="0"/>
          <w:numId w:val="16"/>
        </w:numPr>
      </w:pPr>
      <w:r w:rsidRPr="00E81154">
        <w:rPr>
          <w:b/>
          <w:bCs/>
        </w:rPr>
        <w:t>We listen, value, and respect each other’s views</w:t>
      </w:r>
      <w:r w:rsidRPr="00E81154">
        <w:t xml:space="preserve"> </w:t>
      </w:r>
      <w:r w:rsidR="00FB2749" w:rsidRPr="00E81154">
        <w:t>–</w:t>
      </w:r>
      <w:r w:rsidRPr="00E81154">
        <w:t xml:space="preserve"> fostering a culture of collaboration and mutual respect.</w:t>
      </w:r>
    </w:p>
    <w:p w14:paraId="3E367A22" w14:textId="0CD688BA" w:rsidR="005116C5" w:rsidRPr="00E81154" w:rsidRDefault="005116C5" w:rsidP="00BE466B">
      <w:pPr>
        <w:numPr>
          <w:ilvl w:val="0"/>
          <w:numId w:val="16"/>
        </w:numPr>
      </w:pPr>
      <w:r w:rsidRPr="00E81154">
        <w:rPr>
          <w:b/>
          <w:bCs/>
        </w:rPr>
        <w:t>We develop a culture of challenge, ownership, innovation, and improvement</w:t>
      </w:r>
      <w:r w:rsidRPr="00E81154">
        <w:t xml:space="preserve"> </w:t>
      </w:r>
      <w:r w:rsidR="00FB2749" w:rsidRPr="00E81154">
        <w:t>–</w:t>
      </w:r>
      <w:r w:rsidRPr="00E81154">
        <w:t xml:space="preserve"> encouraging creativity and continuous development.</w:t>
      </w:r>
    </w:p>
    <w:p w14:paraId="4AF84DEE" w14:textId="2831CEFE" w:rsidR="005116C5" w:rsidRPr="00E81154" w:rsidRDefault="005116C5" w:rsidP="00BE466B">
      <w:pPr>
        <w:numPr>
          <w:ilvl w:val="0"/>
          <w:numId w:val="16"/>
        </w:numPr>
      </w:pPr>
      <w:r w:rsidRPr="00E81154">
        <w:rPr>
          <w:b/>
          <w:bCs/>
        </w:rPr>
        <w:t>We are ambassadors for Sefton</w:t>
      </w:r>
      <w:r w:rsidRPr="00E81154">
        <w:t xml:space="preserve"> </w:t>
      </w:r>
      <w:r w:rsidR="00FB2749" w:rsidRPr="00E81154">
        <w:t>–</w:t>
      </w:r>
      <w:r w:rsidRPr="00E81154">
        <w:t xml:space="preserve"> promoting the </w:t>
      </w:r>
      <w:r w:rsidR="00FB2749" w:rsidRPr="00E81154">
        <w:t>Borough</w:t>
      </w:r>
      <w:r w:rsidRPr="00E81154">
        <w:t xml:space="preserve"> positively and proudly representing our communities.</w:t>
      </w:r>
    </w:p>
    <w:p w14:paraId="32D28CA9" w14:textId="04099CC7" w:rsidR="005116C5" w:rsidRPr="00E81154" w:rsidRDefault="005116C5" w:rsidP="00BE466B">
      <w:pPr>
        <w:numPr>
          <w:ilvl w:val="0"/>
          <w:numId w:val="16"/>
        </w:numPr>
      </w:pPr>
      <w:r w:rsidRPr="00E81154">
        <w:rPr>
          <w:b/>
          <w:bCs/>
        </w:rPr>
        <w:t>We are responsive and efficient</w:t>
      </w:r>
      <w:r w:rsidRPr="00E81154">
        <w:t xml:space="preserve"> </w:t>
      </w:r>
      <w:r w:rsidR="00FB2749" w:rsidRPr="00E81154">
        <w:t>–</w:t>
      </w:r>
      <w:r w:rsidRPr="00E81154">
        <w:t xml:space="preserve"> delivering services that are timely, effective, and customer-focused.</w:t>
      </w:r>
    </w:p>
    <w:p w14:paraId="526B0A22" w14:textId="0A9DA0E0" w:rsidR="005116C5" w:rsidRPr="00E81154" w:rsidRDefault="005116C5" w:rsidP="00BE466B">
      <w:pPr>
        <w:numPr>
          <w:ilvl w:val="0"/>
          <w:numId w:val="16"/>
        </w:numPr>
      </w:pPr>
      <w:r w:rsidRPr="00E81154">
        <w:rPr>
          <w:b/>
          <w:bCs/>
        </w:rPr>
        <w:t>We are clear about what we can and cannot do</w:t>
      </w:r>
      <w:r w:rsidRPr="00E81154">
        <w:t xml:space="preserve"> </w:t>
      </w:r>
      <w:r w:rsidR="00FB2749" w:rsidRPr="00E81154">
        <w:t>–</w:t>
      </w:r>
      <w:r w:rsidRPr="00E81154">
        <w:t xml:space="preserve"> being transparent and honest in all our communications and actions.</w:t>
      </w:r>
    </w:p>
    <w:p w14:paraId="4A119E78" w14:textId="7EFD1B52" w:rsidR="00511F96" w:rsidRPr="00E81154" w:rsidRDefault="005116C5" w:rsidP="00511F96">
      <w:r w:rsidRPr="00E81154">
        <w:t>These values underpin our commitment to excellence, inclusivity, and innovation, ensuring that Sefton remains a great place to live, work, and visit.</w:t>
      </w:r>
    </w:p>
    <w:p w14:paraId="0D58AC3A" w14:textId="4E77BF60" w:rsidR="00367D28" w:rsidRPr="00E81154" w:rsidRDefault="00367D28" w:rsidP="00D019F3">
      <w:pPr>
        <w:pStyle w:val="Heading2"/>
        <w:rPr>
          <w:rFonts w:ascii="Arial" w:hAnsi="Arial" w:cs="Arial"/>
          <w:color w:val="007CBB"/>
          <w:sz w:val="28"/>
          <w:szCs w:val="28"/>
        </w:rPr>
      </w:pPr>
      <w:bookmarkStart w:id="2" w:name="_Toc222994877"/>
      <w:r w:rsidRPr="00E81154">
        <w:rPr>
          <w:rFonts w:ascii="Arial" w:hAnsi="Arial" w:cs="Arial"/>
          <w:color w:val="007CBB"/>
          <w:sz w:val="28"/>
          <w:szCs w:val="28"/>
        </w:rPr>
        <w:t>Our Successes and Key Projects</w:t>
      </w:r>
      <w:bookmarkEnd w:id="2"/>
    </w:p>
    <w:p w14:paraId="2090DA4D" w14:textId="77777777" w:rsidR="00511F96" w:rsidRPr="00E81154" w:rsidRDefault="00511F96" w:rsidP="00511F96">
      <w:pPr>
        <w:spacing w:after="0" w:line="240" w:lineRule="auto"/>
      </w:pPr>
    </w:p>
    <w:p w14:paraId="1DD3EF76" w14:textId="7077D406" w:rsidR="00367D28" w:rsidRPr="00E81154" w:rsidRDefault="00367D28" w:rsidP="00683667">
      <w:pPr>
        <w:spacing w:after="0"/>
      </w:pPr>
      <w:r w:rsidRPr="00E81154">
        <w:t xml:space="preserve">Sefton Council is proud of its recent achievements and ongoing commitment to delivering high-quality services. </w:t>
      </w:r>
      <w:r w:rsidR="00FB2749" w:rsidRPr="00E81154">
        <w:t xml:space="preserve"> </w:t>
      </w:r>
      <w:r w:rsidRPr="00E81154">
        <w:t xml:space="preserve">Our Adult Social Care services were recently graded </w:t>
      </w:r>
      <w:r w:rsidRPr="00E81154">
        <w:lastRenderedPageBreak/>
        <w:t xml:space="preserve">Good by the Care Quality Commission (CQC), and our Children’s Services also achieved a </w:t>
      </w:r>
      <w:proofErr w:type="gramStart"/>
      <w:r w:rsidRPr="00E81154">
        <w:t>Good</w:t>
      </w:r>
      <w:proofErr w:type="gramEnd"/>
      <w:r w:rsidRPr="00E81154">
        <w:t xml:space="preserve"> rating from Ofsted. </w:t>
      </w:r>
      <w:r w:rsidR="00FB2749" w:rsidRPr="00E81154">
        <w:t xml:space="preserve"> </w:t>
      </w:r>
      <w:r w:rsidRPr="00E81154">
        <w:t>These successes reflect the dedication and professionalism of our teams and our focus on continuous improvement.</w:t>
      </w:r>
    </w:p>
    <w:p w14:paraId="1AB77641" w14:textId="77777777" w:rsidR="00FB67D6" w:rsidRPr="00E81154" w:rsidRDefault="00FB67D6" w:rsidP="00683667">
      <w:pPr>
        <w:spacing w:after="0"/>
      </w:pPr>
    </w:p>
    <w:p w14:paraId="71166112" w14:textId="5C138548" w:rsidR="00FB2749" w:rsidRPr="00E81154" w:rsidRDefault="00FB67D6" w:rsidP="00402A02">
      <w:r w:rsidRPr="00E81154">
        <w:t>More recently, we are exceptionally proud to have been nominated and subsequently shortlisted by the Local Government Chronicle for the Most Improved Council 2026.  These successes reflect the dedication and professionalism of our teams and our focus on continuous improvement and our desire to make a difference across the communities within the Borough of Sefton.</w:t>
      </w:r>
    </w:p>
    <w:p w14:paraId="669632CB" w14:textId="7466B31C" w:rsidR="00367D28" w:rsidRPr="00E81154" w:rsidRDefault="00367D28" w:rsidP="00683667">
      <w:pPr>
        <w:spacing w:after="0"/>
      </w:pPr>
      <w:r w:rsidRPr="00E81154">
        <w:t xml:space="preserve">Alongside these achievements, Sefton Council is actively delivering a range of major capital projects that will transform the </w:t>
      </w:r>
      <w:r w:rsidR="00FB2749" w:rsidRPr="00E81154">
        <w:t>Borough</w:t>
      </w:r>
      <w:r w:rsidRPr="00E81154">
        <w:t xml:space="preserve"> and stimulate economic growth.</w:t>
      </w:r>
      <w:r w:rsidR="00FB2749" w:rsidRPr="00E81154">
        <w:t xml:space="preserve"> </w:t>
      </w:r>
      <w:r w:rsidRPr="00E81154">
        <w:t xml:space="preserve"> These include the Marine Lake Events Centre in Southport, the Strand Shopping Centre redevelopment in Bootle, and exciting developments such as the Cove Resort and Enterprise Arcade in Southport. </w:t>
      </w:r>
      <w:r w:rsidR="00FB2749" w:rsidRPr="00E81154">
        <w:t xml:space="preserve"> </w:t>
      </w:r>
      <w:r w:rsidRPr="00E81154">
        <w:t>We are also proud to support cultural and community initiatives like Salt and Tar, Bootle’s vibrant events space, which hosts live music, comedy, and family-friendly activities, bringing people together and boosting the local economy.</w:t>
      </w:r>
    </w:p>
    <w:p w14:paraId="2D97998A" w14:textId="77777777" w:rsidR="00683667" w:rsidRPr="00E81154" w:rsidRDefault="00683667" w:rsidP="00683667">
      <w:pPr>
        <w:spacing w:after="0"/>
      </w:pPr>
    </w:p>
    <w:p w14:paraId="2B27870A" w14:textId="22F223B9" w:rsidR="00367D28" w:rsidRPr="00E81154" w:rsidRDefault="00367D28" w:rsidP="00367D28">
      <w:r w:rsidRPr="00E81154">
        <w:t xml:space="preserve">These projects form part of our strategic investment programme to attract private sector-led development and create vibrant spaces for residents and visitors. </w:t>
      </w:r>
      <w:r w:rsidR="00FB2749" w:rsidRPr="00E81154">
        <w:t xml:space="preserve"> </w:t>
      </w:r>
      <w:r w:rsidRPr="00E81154">
        <w:t>We work closely with local communities to ensure these projects reflect their needs and foster a sense of ownership and pride.</w:t>
      </w:r>
    </w:p>
    <w:p w14:paraId="267456B0" w14:textId="77777777" w:rsidR="00367D28" w:rsidRPr="00E81154" w:rsidRDefault="00367D28" w:rsidP="00367D28">
      <w:r w:rsidRPr="00E81154">
        <w:t xml:space="preserve">For more information on these projects and to stay updated on progress, visit the Sefton Council website at </w:t>
      </w:r>
      <w:hyperlink r:id="rId20" w:history="1">
        <w:r w:rsidRPr="00E81154">
          <w:rPr>
            <w:rStyle w:val="Hyperlink"/>
          </w:rPr>
          <w:t>www.sefton.gov.uk</w:t>
        </w:r>
      </w:hyperlink>
      <w:r w:rsidRPr="00E81154">
        <w:t xml:space="preserve"> </w:t>
      </w:r>
    </w:p>
    <w:p w14:paraId="366F8038" w14:textId="3B38F9E5" w:rsidR="00454E02" w:rsidRPr="00E81154" w:rsidRDefault="00565B5D" w:rsidP="00511F96">
      <w:pPr>
        <w:pStyle w:val="Heading2"/>
        <w:rPr>
          <w:rFonts w:ascii="Arial" w:hAnsi="Arial" w:cs="Arial"/>
          <w:color w:val="007CBB"/>
          <w:sz w:val="28"/>
          <w:szCs w:val="28"/>
        </w:rPr>
      </w:pPr>
      <w:bookmarkStart w:id="3" w:name="_Toc222994878"/>
      <w:r w:rsidRPr="00E81154">
        <w:rPr>
          <w:rFonts w:ascii="Arial" w:hAnsi="Arial" w:cs="Arial"/>
          <w:color w:val="007CBB"/>
          <w:sz w:val="28"/>
          <w:szCs w:val="28"/>
        </w:rPr>
        <w:t>An Inclusive Workplace</w:t>
      </w:r>
      <w:bookmarkEnd w:id="3"/>
    </w:p>
    <w:p w14:paraId="3332C0B7" w14:textId="77777777" w:rsidR="00511F96" w:rsidRPr="00E81154" w:rsidRDefault="00511F96" w:rsidP="00511F96">
      <w:pPr>
        <w:spacing w:after="0" w:line="240" w:lineRule="auto"/>
      </w:pPr>
    </w:p>
    <w:p w14:paraId="09BFB993" w14:textId="38DDF792" w:rsidR="009F37BF" w:rsidRPr="00E81154" w:rsidRDefault="009F37BF" w:rsidP="00683667">
      <w:pPr>
        <w:spacing w:after="0"/>
        <w:rPr>
          <w:rFonts w:eastAsia="Times New Roman" w:cs="Arial"/>
          <w:lang w:eastAsia="en-GB"/>
        </w:rPr>
      </w:pPr>
      <w:r w:rsidRPr="00E81154">
        <w:rPr>
          <w:rFonts w:eastAsia="Times New Roman" w:cs="Arial"/>
          <w:lang w:eastAsia="en-GB"/>
        </w:rPr>
        <w:t xml:space="preserve">We are committed to fostering an inclusive Council that reflects the diverse communities we serve. </w:t>
      </w:r>
      <w:r w:rsidR="00FB2749" w:rsidRPr="00E81154">
        <w:rPr>
          <w:rFonts w:eastAsia="Times New Roman" w:cs="Arial"/>
          <w:lang w:eastAsia="en-GB"/>
        </w:rPr>
        <w:t xml:space="preserve"> </w:t>
      </w:r>
      <w:r w:rsidRPr="00E81154">
        <w:rPr>
          <w:rFonts w:eastAsia="Times New Roman" w:cs="Arial"/>
          <w:lang w:eastAsia="en-GB"/>
        </w:rPr>
        <w:t>Our workforce brings a wide range of experiences and perspectives, and we value an environment where everyone feels respected, supported, and able to reach their full potential.</w:t>
      </w:r>
    </w:p>
    <w:p w14:paraId="42793982" w14:textId="77777777" w:rsidR="00683667" w:rsidRPr="00E81154" w:rsidRDefault="00683667" w:rsidP="00683667">
      <w:pPr>
        <w:spacing w:after="0"/>
        <w:rPr>
          <w:rFonts w:eastAsia="Times New Roman" w:cs="Arial"/>
          <w:lang w:eastAsia="en-GB"/>
        </w:rPr>
      </w:pPr>
    </w:p>
    <w:p w14:paraId="090B95BC" w14:textId="73494AA3" w:rsidR="00CB1FFD" w:rsidRPr="00E81154" w:rsidRDefault="009F37BF" w:rsidP="009F37BF">
      <w:pPr>
        <w:rPr>
          <w:rFonts w:eastAsia="Times New Roman" w:cs="Arial"/>
          <w:lang w:eastAsia="en-GB"/>
        </w:rPr>
      </w:pPr>
      <w:r w:rsidRPr="00E81154">
        <w:rPr>
          <w:rFonts w:eastAsia="Times New Roman" w:cs="Arial"/>
          <w:lang w:eastAsia="en-GB"/>
        </w:rPr>
        <w:t xml:space="preserve">Sefton is proud to be the first local authority in the Liverpool City Region to achieve </w:t>
      </w:r>
      <w:r w:rsidRPr="00E81154">
        <w:rPr>
          <w:rFonts w:eastAsia="Times New Roman" w:cs="Arial"/>
          <w:b/>
          <w:bCs/>
          <w:lang w:eastAsia="en-GB"/>
        </w:rPr>
        <w:t>Navajo</w:t>
      </w:r>
      <w:r w:rsidRPr="00E81154">
        <w:rPr>
          <w:rFonts w:eastAsia="Times New Roman" w:cs="Arial"/>
          <w:lang w:eastAsia="en-GB"/>
        </w:rPr>
        <w:t xml:space="preserve"> accreditation, recognising our commitment to LGBTQ+ inclusion. </w:t>
      </w:r>
      <w:r w:rsidR="00FB2749" w:rsidRPr="00E81154">
        <w:rPr>
          <w:rFonts w:eastAsia="Times New Roman" w:cs="Arial"/>
          <w:lang w:eastAsia="en-GB"/>
        </w:rPr>
        <w:t xml:space="preserve"> </w:t>
      </w:r>
      <w:r w:rsidRPr="00E81154">
        <w:rPr>
          <w:rFonts w:eastAsia="Times New Roman" w:cs="Arial"/>
          <w:lang w:eastAsia="en-GB"/>
        </w:rPr>
        <w:t>We are also a Disability Confident employer and continue to build a workforce that represents our communities.</w:t>
      </w:r>
    </w:p>
    <w:p w14:paraId="4FA20170" w14:textId="39071CCA" w:rsidR="00A91189" w:rsidRPr="00E81154" w:rsidRDefault="009F37BF" w:rsidP="009725F0">
      <w:pPr>
        <w:spacing w:after="0"/>
        <w:rPr>
          <w:rFonts w:eastAsia="Times New Roman" w:cs="Arial"/>
          <w:lang w:eastAsia="en-GB"/>
        </w:rPr>
      </w:pPr>
      <w:r w:rsidRPr="00E81154">
        <w:rPr>
          <w:rFonts w:eastAsia="Times New Roman" w:cs="Arial"/>
          <w:lang w:eastAsia="en-GB"/>
        </w:rPr>
        <w:t>We support several staff networks, including groups for Black and Ethnically Diverse colleagues, LGBTQ+ staff, women, disabled employees, and a Christian Workplace Group.</w:t>
      </w:r>
    </w:p>
    <w:p w14:paraId="32F8FF95" w14:textId="77777777" w:rsidR="009725F0" w:rsidRPr="00E81154" w:rsidRDefault="009725F0" w:rsidP="009725F0">
      <w:pPr>
        <w:spacing w:after="0"/>
        <w:rPr>
          <w:rFonts w:eastAsia="Times New Roman" w:cs="Arial"/>
          <w:lang w:eastAsia="en-GB"/>
        </w:rPr>
      </w:pPr>
    </w:p>
    <w:p w14:paraId="6866F173" w14:textId="5AF8CBF5" w:rsidR="00496E8A" w:rsidRPr="006444E0" w:rsidRDefault="009F37BF" w:rsidP="006444E0">
      <w:pPr>
        <w:spacing w:after="0"/>
        <w:rPr>
          <w:rFonts w:eastAsia="Times New Roman" w:cs="Arial"/>
          <w:lang w:eastAsia="en-GB"/>
        </w:rPr>
      </w:pPr>
      <w:r w:rsidRPr="00E81154">
        <w:rPr>
          <w:rFonts w:eastAsia="Times New Roman" w:cs="Arial"/>
          <w:lang w:eastAsia="en-GB"/>
        </w:rPr>
        <w:lastRenderedPageBreak/>
        <w:t xml:space="preserve">As an Equal Opportunities Employer, we base recruitment solely on skills, experience, and suitability for the role. </w:t>
      </w:r>
      <w:r w:rsidR="00C7120F" w:rsidRPr="00E81154">
        <w:rPr>
          <w:rFonts w:eastAsia="Times New Roman" w:cs="Arial"/>
          <w:lang w:eastAsia="en-GB"/>
        </w:rPr>
        <w:t xml:space="preserve"> </w:t>
      </w:r>
      <w:r w:rsidRPr="00E81154">
        <w:rPr>
          <w:rFonts w:eastAsia="Times New Roman" w:cs="Arial"/>
          <w:lang w:eastAsia="en-GB"/>
        </w:rPr>
        <w:t>All applicants are treated fairly, and we have also recognised ‘care experienced’ as a protected characteristic within Sefton.</w:t>
      </w:r>
      <w:r w:rsidR="006444E0" w:rsidRPr="00E81154">
        <w:rPr>
          <w:noProof/>
          <w:sz w:val="20"/>
        </w:rPr>
        <mc:AlternateContent>
          <mc:Choice Requires="wpg">
            <w:drawing>
              <wp:anchor distT="0" distB="0" distL="114300" distR="114300" simplePos="0" relativeHeight="251670016" behindDoc="0" locked="0" layoutInCell="1" allowOverlap="1" wp14:anchorId="79439861" wp14:editId="0B8277B9">
                <wp:simplePos x="0" y="0"/>
                <wp:positionH relativeFrom="margin">
                  <wp:align>center</wp:align>
                </wp:positionH>
                <wp:positionV relativeFrom="margin">
                  <wp:posOffset>731520</wp:posOffset>
                </wp:positionV>
                <wp:extent cx="4794250" cy="2200275"/>
                <wp:effectExtent l="19050" t="19050" r="44450" b="47625"/>
                <wp:wrapSquare wrapText="bothSides"/>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0" cy="2200275"/>
                          <a:chOff x="31747" y="18880"/>
                          <a:chExt cx="5696588" cy="2973875"/>
                        </a:xfrm>
                      </wpg:grpSpPr>
                      <pic:pic xmlns:pic="http://schemas.openxmlformats.org/drawingml/2006/picture">
                        <pic:nvPicPr>
                          <pic:cNvPr id="70" name="Image 70"/>
                          <pic:cNvPicPr/>
                        </pic:nvPicPr>
                        <pic:blipFill>
                          <a:blip r:embed="rId21" cstate="print"/>
                          <a:stretch>
                            <a:fillRect/>
                          </a:stretch>
                        </pic:blipFill>
                        <pic:spPr>
                          <a:xfrm>
                            <a:off x="31747" y="18880"/>
                            <a:ext cx="5696498" cy="2960497"/>
                          </a:xfrm>
                          <a:prstGeom prst="rect">
                            <a:avLst/>
                          </a:prstGeom>
                        </pic:spPr>
                      </pic:pic>
                      <wps:wsp>
                        <wps:cNvPr id="71" name="Graphic 71"/>
                        <wps:cNvSpPr/>
                        <wps:spPr>
                          <a:xfrm>
                            <a:off x="31750" y="31750"/>
                            <a:ext cx="5696585" cy="2961005"/>
                          </a:xfrm>
                          <a:custGeom>
                            <a:avLst/>
                            <a:gdLst/>
                            <a:ahLst/>
                            <a:cxnLst/>
                            <a:rect l="l" t="t" r="r" b="b"/>
                            <a:pathLst>
                              <a:path w="5696585" h="2961005">
                                <a:moveTo>
                                  <a:pt x="0" y="0"/>
                                </a:moveTo>
                                <a:lnTo>
                                  <a:pt x="0" y="2528493"/>
                                </a:lnTo>
                                <a:lnTo>
                                  <a:pt x="2534" y="2575566"/>
                                </a:lnTo>
                                <a:lnTo>
                                  <a:pt x="9963" y="2621170"/>
                                </a:lnTo>
                                <a:lnTo>
                                  <a:pt x="22023" y="2665042"/>
                                </a:lnTo>
                                <a:lnTo>
                                  <a:pt x="38449" y="2706919"/>
                                </a:lnTo>
                                <a:lnTo>
                                  <a:pt x="58979" y="2746536"/>
                                </a:lnTo>
                                <a:lnTo>
                                  <a:pt x="83349" y="2783631"/>
                                </a:lnTo>
                                <a:lnTo>
                                  <a:pt x="111296" y="2817941"/>
                                </a:lnTo>
                                <a:lnTo>
                                  <a:pt x="142555" y="2849200"/>
                                </a:lnTo>
                                <a:lnTo>
                                  <a:pt x="176865" y="2877147"/>
                                </a:lnTo>
                                <a:lnTo>
                                  <a:pt x="213960" y="2901517"/>
                                </a:lnTo>
                                <a:lnTo>
                                  <a:pt x="253577" y="2922047"/>
                                </a:lnTo>
                                <a:lnTo>
                                  <a:pt x="295454" y="2938473"/>
                                </a:lnTo>
                                <a:lnTo>
                                  <a:pt x="339326" y="2950533"/>
                                </a:lnTo>
                                <a:lnTo>
                                  <a:pt x="384930" y="2957962"/>
                                </a:lnTo>
                                <a:lnTo>
                                  <a:pt x="432003" y="2960497"/>
                                </a:lnTo>
                                <a:lnTo>
                                  <a:pt x="5696496" y="2960497"/>
                                </a:lnTo>
                                <a:lnTo>
                                  <a:pt x="5696496" y="432003"/>
                                </a:lnTo>
                                <a:lnTo>
                                  <a:pt x="5693961" y="384930"/>
                                </a:lnTo>
                                <a:lnTo>
                                  <a:pt x="5686532" y="339326"/>
                                </a:lnTo>
                                <a:lnTo>
                                  <a:pt x="5674472" y="295454"/>
                                </a:lnTo>
                                <a:lnTo>
                                  <a:pt x="5658046" y="253577"/>
                                </a:lnTo>
                                <a:lnTo>
                                  <a:pt x="5637516" y="213960"/>
                                </a:lnTo>
                                <a:lnTo>
                                  <a:pt x="5613147" y="176865"/>
                                </a:lnTo>
                                <a:lnTo>
                                  <a:pt x="5585201" y="142555"/>
                                </a:lnTo>
                                <a:lnTo>
                                  <a:pt x="5553942" y="111296"/>
                                </a:lnTo>
                                <a:lnTo>
                                  <a:pt x="5519633" y="83349"/>
                                </a:lnTo>
                                <a:lnTo>
                                  <a:pt x="5482539" y="58979"/>
                                </a:lnTo>
                                <a:lnTo>
                                  <a:pt x="5442923" y="38449"/>
                                </a:lnTo>
                                <a:lnTo>
                                  <a:pt x="5401048" y="22023"/>
                                </a:lnTo>
                                <a:lnTo>
                                  <a:pt x="5357177" y="9963"/>
                                </a:lnTo>
                                <a:lnTo>
                                  <a:pt x="5311575" y="2534"/>
                                </a:lnTo>
                                <a:lnTo>
                                  <a:pt x="5264505" y="0"/>
                                </a:lnTo>
                                <a:lnTo>
                                  <a:pt x="0" y="0"/>
                                </a:lnTo>
                                <a:close/>
                              </a:path>
                            </a:pathLst>
                          </a:custGeom>
                          <a:ln w="63500">
                            <a:solidFill>
                              <a:srgbClr val="D6E2F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D0284" id="Group 69" o:spid="_x0000_s1026" style="position:absolute;margin-left:0;margin-top:57.6pt;width:377.5pt;height:173.25pt;z-index:251670016;mso-position-horizontal:center;mso-position-horizontal-relative:margin;mso-position-vertical-relative:margin;mso-width-relative:margin;mso-height-relative:margin" coordorigin="317,188" coordsize="56965,2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">
                <v:shape id="Image 70" o:spid="_x0000_s1027" type="#_x0000_t75" style="position:absolute;left:317;top:188;width:56965;height:29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">
                  <v:imagedata r:id="rId22" o:title=""/>
                </v:shape>
                <v:shape id="Graphic 71" o:spid="_x0000_s1028" style="position:absolute;left:317;top:317;width:56966;height:29610;visibility:visible;mso-wrap-style:square;v-text-anchor:top" coordsize="5696585,2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" path="m,l,2528493r2534,47073l9963,2621170r12060,43872l38449,2706919r20530,39617l83349,2783631r27947,34310l142555,2849200r34310,27947l213960,2901517r39617,20530l295454,2938473r43872,12060l384930,2957962r47073,2535l5696496,2960497r,-2528494l5693961,384930r-7429,-45604l5674472,295454r-16426,-41877l5637516,213960r-24369,-37095l5585201,142555r-31259,-31259l5519633,83349,5482539,58979,5442923,38449,5401048,22023,5357177,9963,5311575,2534,5264505,,,xe" filled="f" strokecolor="#d6e2f3" strokeweight="5pt">
                  <v:path arrowok="t"/>
                </v:shape>
                <w10:wrap type="square" anchorx="margin" anchory="margin"/>
              </v:group>
            </w:pict>
          </mc:Fallback>
        </mc:AlternateContent>
      </w:r>
    </w:p>
    <w:p w14:paraId="75F0FBED" w14:textId="77777777" w:rsidR="00E4473C" w:rsidRPr="00C41AA7" w:rsidRDefault="00E4473C" w:rsidP="009F37BF">
      <w:pPr>
        <w:rPr>
          <w:rFonts w:eastAsia="Times New Roman" w:cs="Arial"/>
          <w:highlight w:val="green"/>
          <w:lang w:eastAsia="en-GB"/>
        </w:rPr>
      </w:pPr>
    </w:p>
    <w:p w14:paraId="75C53BB4" w14:textId="3A457AEE" w:rsidR="009F37BF" w:rsidRPr="00E81154" w:rsidRDefault="00C7120F" w:rsidP="00496E8A">
      <w:pPr>
        <w:spacing w:after="0"/>
        <w:rPr>
          <w:rFonts w:eastAsia="Times New Roman" w:cs="Arial"/>
          <w:lang w:eastAsia="en-GB"/>
        </w:rPr>
      </w:pPr>
      <w:r w:rsidRPr="00E81154">
        <w:rPr>
          <w:rFonts w:eastAsia="Times New Roman" w:cs="Arial"/>
          <w:lang w:eastAsia="en-GB"/>
        </w:rPr>
        <w:t xml:space="preserve">For more information, please refer to our </w:t>
      </w:r>
      <w:hyperlink r:id="rId23" w:history="1">
        <w:r w:rsidRPr="00E81154">
          <w:rPr>
            <w:rStyle w:val="Hyperlink"/>
            <w:rFonts w:eastAsia="Times New Roman" w:cs="Arial"/>
            <w:lang w:eastAsia="en-GB"/>
          </w:rPr>
          <w:t>Equality, Diversity and Inclusion Strategy</w:t>
        </w:r>
      </w:hyperlink>
    </w:p>
    <w:p w14:paraId="4250A9BD" w14:textId="77777777" w:rsidR="00511F96" w:rsidRPr="00E81154" w:rsidRDefault="00511F96" w:rsidP="00511F96">
      <w:pPr>
        <w:spacing w:after="0" w:line="240" w:lineRule="auto"/>
        <w:rPr>
          <w:rFonts w:eastAsia="Times New Roman" w:cs="Arial"/>
          <w:lang w:eastAsia="en-GB"/>
        </w:rPr>
      </w:pPr>
    </w:p>
    <w:p w14:paraId="42A3CDA1" w14:textId="58A78FDC" w:rsidR="00511F96" w:rsidRPr="00E81154" w:rsidRDefault="00C16F45" w:rsidP="00511F96">
      <w:pPr>
        <w:pStyle w:val="Heading2"/>
        <w:rPr>
          <w:rFonts w:ascii="Arial" w:hAnsi="Arial" w:cs="Arial"/>
          <w:color w:val="007CBB"/>
          <w:sz w:val="28"/>
          <w:szCs w:val="28"/>
        </w:rPr>
      </w:pPr>
      <w:bookmarkStart w:id="4" w:name="_Toc222994879"/>
      <w:r w:rsidRPr="00E81154">
        <w:rPr>
          <w:rFonts w:ascii="Arial" w:hAnsi="Arial" w:cs="Arial"/>
          <w:color w:val="007CBB"/>
          <w:sz w:val="28"/>
          <w:szCs w:val="28"/>
        </w:rPr>
        <w:t>Liverpool City Region Fair Employment Charter</w:t>
      </w:r>
      <w:bookmarkEnd w:id="4"/>
    </w:p>
    <w:p w14:paraId="1657A6EA" w14:textId="77777777" w:rsidR="00511F96" w:rsidRPr="00E81154" w:rsidRDefault="00511F96" w:rsidP="00511F96">
      <w:pPr>
        <w:spacing w:after="0" w:line="240" w:lineRule="auto"/>
        <w:rPr>
          <w:bCs/>
        </w:rPr>
      </w:pPr>
    </w:p>
    <w:p w14:paraId="08E8C97B" w14:textId="092BC4B6" w:rsidR="004E55FD" w:rsidRPr="00E81154" w:rsidRDefault="00697B51" w:rsidP="00511F96">
      <w:pPr>
        <w:rPr>
          <w:bCs/>
        </w:rPr>
      </w:pPr>
      <w:r w:rsidRPr="00E81154">
        <w:rPr>
          <w:rFonts w:cs="Arial"/>
          <w:noProof/>
          <w:color w:val="007CBB"/>
          <w:sz w:val="32"/>
          <w:szCs w:val="32"/>
        </w:rPr>
        <w:drawing>
          <wp:anchor distT="0" distB="0" distL="114300" distR="114300" simplePos="0" relativeHeight="251658272" behindDoc="0" locked="0" layoutInCell="1" allowOverlap="1" wp14:anchorId="3A78E4F5" wp14:editId="27A3C85D">
            <wp:simplePos x="0" y="0"/>
            <wp:positionH relativeFrom="margin">
              <wp:posOffset>9525</wp:posOffset>
            </wp:positionH>
            <wp:positionV relativeFrom="paragraph">
              <wp:posOffset>127635</wp:posOffset>
            </wp:positionV>
            <wp:extent cx="1453515" cy="975995"/>
            <wp:effectExtent l="0" t="0" r="0" b="0"/>
            <wp:wrapSquare wrapText="bothSides"/>
            <wp:docPr id="484826292" name="Picture 1" descr="Liverpool Fair Employment Ch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rpool Fair Employment Chart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351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45" w:rsidRPr="00E81154">
        <w:rPr>
          <w:bCs/>
        </w:rPr>
        <w:t xml:space="preserve">Sefton Council is proud to support the Liverpool City Region Combined Authority Fair Employment Charter, an initiative that promotes fair, healthy, inclusive, and just workplaces across the region. </w:t>
      </w:r>
      <w:r w:rsidR="00C7120F" w:rsidRPr="00E81154">
        <w:rPr>
          <w:bCs/>
        </w:rPr>
        <w:t xml:space="preserve"> </w:t>
      </w:r>
      <w:r w:rsidR="00C16F45" w:rsidRPr="00E81154">
        <w:rPr>
          <w:bCs/>
        </w:rPr>
        <w:t xml:space="preserve">The Charter celebrates good employers and encourages the highest standards in employment practice, including fair pay, secure work, opportunities for progression, strong employee voice, and a commitment to staff wellbeing. </w:t>
      </w:r>
      <w:r w:rsidR="00C7120F" w:rsidRPr="00E81154">
        <w:rPr>
          <w:bCs/>
        </w:rPr>
        <w:t xml:space="preserve"> </w:t>
      </w:r>
      <w:r w:rsidR="00C16F45" w:rsidRPr="00E81154">
        <w:rPr>
          <w:bCs/>
        </w:rPr>
        <w:t>By aligning with the Charter, we demonstrate our dedication to providing a fair day’s pay for a fair day’s work and to fostering an equitable and supportive working environment for all colleagues.</w:t>
      </w:r>
    </w:p>
    <w:p w14:paraId="07B23CEF" w14:textId="4B47D7BD" w:rsidR="00187F29" w:rsidRPr="00E81154" w:rsidRDefault="00FA1CF6" w:rsidP="00511F96">
      <w:pPr>
        <w:pStyle w:val="Heading2"/>
        <w:spacing w:before="0" w:line="240" w:lineRule="auto"/>
        <w:rPr>
          <w:rFonts w:ascii="Arial" w:hAnsi="Arial" w:cs="Arial"/>
          <w:color w:val="007CBB"/>
          <w:sz w:val="28"/>
          <w:szCs w:val="28"/>
        </w:rPr>
      </w:pPr>
      <w:bookmarkStart w:id="5" w:name="_Toc222994880"/>
      <w:r w:rsidRPr="00E81154">
        <w:rPr>
          <w:rFonts w:ascii="Arial" w:hAnsi="Arial" w:cs="Arial"/>
          <w:color w:val="007CBB"/>
          <w:sz w:val="28"/>
          <w:szCs w:val="28"/>
        </w:rPr>
        <w:t>What We Can Offer You</w:t>
      </w:r>
      <w:bookmarkEnd w:id="5"/>
    </w:p>
    <w:p w14:paraId="293F5468" w14:textId="77777777" w:rsidR="00511F96" w:rsidRPr="00E81154" w:rsidRDefault="00511F96" w:rsidP="00511F96">
      <w:pPr>
        <w:spacing w:after="0" w:line="240" w:lineRule="auto"/>
      </w:pPr>
    </w:p>
    <w:p w14:paraId="514F9940" w14:textId="5632B9DD" w:rsidR="00547C3F" w:rsidRPr="00E81154" w:rsidRDefault="00547C3F" w:rsidP="00187F29">
      <w:pPr>
        <w:numPr>
          <w:ilvl w:val="0"/>
          <w:numId w:val="15"/>
        </w:numPr>
        <w:spacing w:after="0" w:line="240" w:lineRule="auto"/>
      </w:pPr>
      <w:r w:rsidRPr="00E81154">
        <w:t>A supportive and collaborative working environment</w:t>
      </w:r>
      <w:r w:rsidR="0035256F" w:rsidRPr="00E81154">
        <w:t>.</w:t>
      </w:r>
    </w:p>
    <w:p w14:paraId="71D56C25" w14:textId="571624B0" w:rsidR="00F97F83" w:rsidRPr="00E81154" w:rsidRDefault="00F97F83" w:rsidP="00BE466B">
      <w:pPr>
        <w:numPr>
          <w:ilvl w:val="0"/>
          <w:numId w:val="15"/>
        </w:numPr>
      </w:pPr>
      <w:r w:rsidRPr="00E81154">
        <w:t>An agile approach to working.</w:t>
      </w:r>
    </w:p>
    <w:p w14:paraId="3C859B9B" w14:textId="05F0FD36" w:rsidR="00AE37D0" w:rsidRPr="00E81154" w:rsidRDefault="00547C3F" w:rsidP="00C55123">
      <w:pPr>
        <w:numPr>
          <w:ilvl w:val="0"/>
          <w:numId w:val="15"/>
        </w:numPr>
      </w:pPr>
      <w:r w:rsidRPr="00E81154">
        <w:t>Opportunities for professional development and career progression</w:t>
      </w:r>
      <w:r w:rsidR="0035256F" w:rsidRPr="00E81154">
        <w:t>.</w:t>
      </w:r>
    </w:p>
    <w:p w14:paraId="0A1B0A67" w14:textId="552D0E2C" w:rsidR="00547C3F" w:rsidRPr="00E81154" w:rsidRDefault="00547C3F" w:rsidP="00BE466B">
      <w:pPr>
        <w:numPr>
          <w:ilvl w:val="0"/>
          <w:numId w:val="15"/>
        </w:numPr>
      </w:pPr>
      <w:r w:rsidRPr="00E81154">
        <w:t>A role where your work makes a real difference across the organisation</w:t>
      </w:r>
      <w:r w:rsidR="0035256F" w:rsidRPr="00E81154">
        <w:t>.</w:t>
      </w:r>
    </w:p>
    <w:p w14:paraId="4A6AB78E" w14:textId="62F96920" w:rsidR="00547C3F" w:rsidRPr="00E81154" w:rsidRDefault="00547C3F" w:rsidP="00BE466B">
      <w:pPr>
        <w:numPr>
          <w:ilvl w:val="0"/>
          <w:numId w:val="15"/>
        </w:numPr>
      </w:pPr>
      <w:r w:rsidRPr="00E81154">
        <w:t>Flexible working arrangements supporting work</w:t>
      </w:r>
      <w:r w:rsidR="00571B76" w:rsidRPr="00E81154">
        <w:t>-</w:t>
      </w:r>
      <w:r w:rsidRPr="00E81154">
        <w:t>life balance</w:t>
      </w:r>
      <w:r w:rsidR="0035256F" w:rsidRPr="00E81154">
        <w:t>.</w:t>
      </w:r>
    </w:p>
    <w:p w14:paraId="5FB8FFD2" w14:textId="3ABAA331" w:rsidR="00547C3F" w:rsidRPr="00E81154" w:rsidRDefault="00547C3F" w:rsidP="00BE466B">
      <w:pPr>
        <w:numPr>
          <w:ilvl w:val="0"/>
          <w:numId w:val="15"/>
        </w:numPr>
      </w:pPr>
      <w:r w:rsidRPr="00E81154">
        <w:t>A strong commitment to equality, diversity, and inclusion</w:t>
      </w:r>
      <w:r w:rsidR="0035256F" w:rsidRPr="00E81154">
        <w:t>.</w:t>
      </w:r>
    </w:p>
    <w:p w14:paraId="1C1AD13F" w14:textId="7060A410" w:rsidR="00FA1CF6" w:rsidRPr="00E81154" w:rsidRDefault="00547C3F" w:rsidP="00FA1CF6">
      <w:r w:rsidRPr="00E81154">
        <w:lastRenderedPageBreak/>
        <w:t>Y</w:t>
      </w:r>
      <w:r w:rsidR="00FA1CF6" w:rsidRPr="00E81154">
        <w:t>ou will benefit from a comprehensive local government employment package</w:t>
      </w:r>
      <w:r w:rsidRPr="00E81154">
        <w:t xml:space="preserve"> which includes the following:</w:t>
      </w:r>
    </w:p>
    <w:p w14:paraId="09237F97" w14:textId="3E5E2A6B" w:rsidR="00FA1CF6" w:rsidRPr="00E81154" w:rsidRDefault="00FA1CF6" w:rsidP="00BE466B">
      <w:pPr>
        <w:numPr>
          <w:ilvl w:val="0"/>
          <w:numId w:val="7"/>
        </w:numPr>
      </w:pPr>
      <w:r w:rsidRPr="00E81154">
        <w:t>Competitive salary in line with NJC Local Government Pay Scales.</w:t>
      </w:r>
    </w:p>
    <w:p w14:paraId="5D01D2A5" w14:textId="6DA5BDB7" w:rsidR="00524633" w:rsidRPr="00E81154" w:rsidRDefault="00FA1CF6" w:rsidP="00BE466B">
      <w:pPr>
        <w:numPr>
          <w:ilvl w:val="0"/>
          <w:numId w:val="7"/>
        </w:numPr>
      </w:pPr>
      <w:r w:rsidRPr="00E81154">
        <w:t>Membership of the Local Government Pension Scheme (LGPS), providing a secure, defined benefit pension with employer contributions.</w:t>
      </w:r>
    </w:p>
    <w:p w14:paraId="55EF41BC" w14:textId="36CC7719" w:rsidR="00FA1CF6" w:rsidRPr="00E81154" w:rsidRDefault="00FA1CF6" w:rsidP="00FA1CF6">
      <w:pPr>
        <w:rPr>
          <w:b/>
          <w:bCs/>
          <w:color w:val="007CBB"/>
          <w:sz w:val="24"/>
          <w:szCs w:val="24"/>
        </w:rPr>
      </w:pPr>
      <w:r w:rsidRPr="00E81154">
        <w:rPr>
          <w:b/>
          <w:color w:val="007CBB"/>
          <w:sz w:val="24"/>
          <w:szCs w:val="24"/>
        </w:rPr>
        <w:t>Annual Leave and Work-Life Balance</w:t>
      </w:r>
    </w:p>
    <w:p w14:paraId="25D2CF9D" w14:textId="77777777" w:rsidR="00D74D8D" w:rsidRPr="00E81154" w:rsidRDefault="00D74D8D" w:rsidP="00BE466B">
      <w:pPr>
        <w:numPr>
          <w:ilvl w:val="0"/>
          <w:numId w:val="8"/>
        </w:numPr>
        <w:rPr>
          <w:rFonts w:eastAsia="Arial" w:cs="Arial"/>
        </w:rPr>
      </w:pPr>
      <w:r w:rsidRPr="00E81154">
        <w:t xml:space="preserve">Generous annual leave entitlement, </w:t>
      </w:r>
      <w:r w:rsidRPr="00E81154">
        <w:rPr>
          <w:rFonts w:eastAsia="Arial" w:cs="Arial"/>
        </w:rPr>
        <w:t>28 days annual leave rising to 33 days with 5 years continuous service.</w:t>
      </w:r>
    </w:p>
    <w:p w14:paraId="2B246258" w14:textId="02DB7649" w:rsidR="00FA1CF6" w:rsidRPr="00E81154" w:rsidRDefault="00FA1CF6" w:rsidP="00BE466B">
      <w:pPr>
        <w:numPr>
          <w:ilvl w:val="0"/>
          <w:numId w:val="8"/>
        </w:numPr>
      </w:pPr>
      <w:r w:rsidRPr="00E81154">
        <w:t>Additional public (bank) holidays.</w:t>
      </w:r>
    </w:p>
    <w:p w14:paraId="2DDD9C17" w14:textId="31F21007" w:rsidR="00FA1CF6" w:rsidRPr="00E81154" w:rsidRDefault="00FA1CF6" w:rsidP="00BE466B">
      <w:pPr>
        <w:numPr>
          <w:ilvl w:val="0"/>
          <w:numId w:val="8"/>
        </w:numPr>
      </w:pPr>
      <w:r w:rsidRPr="00E81154">
        <w:t>Flexible working options to support a healthy work</w:t>
      </w:r>
      <w:r w:rsidR="00390169" w:rsidRPr="00E81154">
        <w:t>-</w:t>
      </w:r>
      <w:r w:rsidRPr="00E81154">
        <w:t>life balance, subject to service needs.</w:t>
      </w:r>
    </w:p>
    <w:p w14:paraId="7B7E2274" w14:textId="46D56827" w:rsidR="00866E1F" w:rsidRPr="00E81154" w:rsidRDefault="00866E1F" w:rsidP="00BE466B">
      <w:pPr>
        <w:numPr>
          <w:ilvl w:val="0"/>
          <w:numId w:val="8"/>
        </w:numPr>
      </w:pPr>
      <w:r w:rsidRPr="00E81154">
        <w:t>Option to purchase additional annual leave</w:t>
      </w:r>
      <w:r w:rsidR="004F4A4E" w:rsidRPr="00E81154">
        <w:t>.</w:t>
      </w:r>
    </w:p>
    <w:p w14:paraId="6E4DB64D" w14:textId="1CA7F4E2" w:rsidR="009C6212" w:rsidRPr="00E81154" w:rsidRDefault="009C6212" w:rsidP="00BE466B">
      <w:pPr>
        <w:numPr>
          <w:ilvl w:val="0"/>
          <w:numId w:val="8"/>
        </w:numPr>
      </w:pPr>
      <w:r w:rsidRPr="00E81154">
        <w:t>Sefton operate a ‘Shut Down’ period over the Christmas period which staff contribute four fifths of a week’s pay over a 12-month period.</w:t>
      </w:r>
    </w:p>
    <w:p w14:paraId="303CA973" w14:textId="77777777" w:rsidR="00FA1CF6" w:rsidRPr="00E81154" w:rsidRDefault="00FA1CF6" w:rsidP="00FA1CF6">
      <w:pPr>
        <w:rPr>
          <w:b/>
          <w:color w:val="007CBB"/>
          <w:sz w:val="24"/>
          <w:szCs w:val="24"/>
        </w:rPr>
      </w:pPr>
      <w:r w:rsidRPr="00E81154">
        <w:rPr>
          <w:b/>
          <w:color w:val="007CBB"/>
          <w:sz w:val="24"/>
          <w:szCs w:val="24"/>
        </w:rPr>
        <w:t>Learning, Development and Career Progression</w:t>
      </w:r>
    </w:p>
    <w:p w14:paraId="1548A4CE" w14:textId="00AE3BD8" w:rsidR="00FA1CF6" w:rsidRPr="00E81154" w:rsidRDefault="40497DD4" w:rsidP="00BE466B">
      <w:pPr>
        <w:numPr>
          <w:ilvl w:val="0"/>
          <w:numId w:val="9"/>
        </w:numPr>
        <w:rPr>
          <w:rFonts w:eastAsia="Arial" w:cs="Arial"/>
          <w:color w:val="333333"/>
        </w:rPr>
      </w:pPr>
      <w:r w:rsidRPr="00E81154">
        <w:rPr>
          <w:rFonts w:eastAsia="Arial" w:cs="Arial"/>
          <w:color w:val="333333"/>
        </w:rPr>
        <w:t>A comprehensive induction programme</w:t>
      </w:r>
      <w:r w:rsidR="00B60B4B" w:rsidRPr="00E81154">
        <w:rPr>
          <w:rFonts w:eastAsia="Arial" w:cs="Arial"/>
          <w:color w:val="333333"/>
        </w:rPr>
        <w:t>.</w:t>
      </w:r>
    </w:p>
    <w:p w14:paraId="5EE662A9" w14:textId="0FBD5EDC" w:rsidR="00FA1CF6" w:rsidRPr="00E81154" w:rsidRDefault="00FA1CF6" w:rsidP="00BE466B">
      <w:pPr>
        <w:numPr>
          <w:ilvl w:val="0"/>
          <w:numId w:val="9"/>
        </w:numPr>
      </w:pPr>
      <w:r w:rsidRPr="00E81154">
        <w:t>Access to a wide range of training,</w:t>
      </w:r>
      <w:r w:rsidR="004A77F9" w:rsidRPr="00E81154">
        <w:t xml:space="preserve"> apprenticeships,</w:t>
      </w:r>
      <w:r w:rsidRPr="00E81154">
        <w:t xml:space="preserve"> learning</w:t>
      </w:r>
      <w:r w:rsidR="00B60B4B" w:rsidRPr="00E81154">
        <w:t xml:space="preserve">, </w:t>
      </w:r>
      <w:r w:rsidRPr="00E81154">
        <w:t>and development opportunities.</w:t>
      </w:r>
    </w:p>
    <w:p w14:paraId="4763E1C2" w14:textId="0E576700" w:rsidR="00FA1CF6" w:rsidRPr="00E81154" w:rsidRDefault="00FA1CF6" w:rsidP="00BE466B">
      <w:pPr>
        <w:numPr>
          <w:ilvl w:val="0"/>
          <w:numId w:val="9"/>
        </w:numPr>
      </w:pPr>
      <w:r w:rsidRPr="00E81154">
        <w:t>Support for professional development and role</w:t>
      </w:r>
      <w:r w:rsidR="1553788F" w:rsidRPr="00E81154">
        <w:t xml:space="preserve"> </w:t>
      </w:r>
      <w:r w:rsidRPr="00E81154">
        <w:t>related qualifications.</w:t>
      </w:r>
    </w:p>
    <w:p w14:paraId="5DD8ACB0" w14:textId="74D47779" w:rsidR="00FA1CF6" w:rsidRPr="00E81154" w:rsidRDefault="00FA1CF6" w:rsidP="00BE466B">
      <w:pPr>
        <w:numPr>
          <w:ilvl w:val="0"/>
          <w:numId w:val="9"/>
        </w:numPr>
      </w:pPr>
      <w:r w:rsidRPr="00E81154">
        <w:t>Opportunities to develop your career within a large and diverse local authority.</w:t>
      </w:r>
    </w:p>
    <w:p w14:paraId="223D7766" w14:textId="255CA8CC" w:rsidR="00FA1CF6" w:rsidRPr="00E81154" w:rsidRDefault="00FA1CF6" w:rsidP="00FA1CF6">
      <w:pPr>
        <w:rPr>
          <w:b/>
          <w:bCs/>
          <w:color w:val="007CBB"/>
          <w:sz w:val="24"/>
          <w:szCs w:val="24"/>
        </w:rPr>
      </w:pPr>
      <w:r w:rsidRPr="00E81154">
        <w:rPr>
          <w:b/>
          <w:color w:val="007CBB"/>
          <w:sz w:val="24"/>
          <w:szCs w:val="24"/>
        </w:rPr>
        <w:t>Health, Wellbeing and Support</w:t>
      </w:r>
    </w:p>
    <w:p w14:paraId="2606030D" w14:textId="37FB6254" w:rsidR="77853C98" w:rsidRPr="00E81154" w:rsidRDefault="2CAB6C3C" w:rsidP="00BE466B">
      <w:pPr>
        <w:numPr>
          <w:ilvl w:val="0"/>
          <w:numId w:val="10"/>
        </w:numPr>
      </w:pPr>
      <w:r w:rsidRPr="00E81154">
        <w:t>Enhanced sick pay scheme</w:t>
      </w:r>
      <w:r w:rsidR="002F759F" w:rsidRPr="00E81154">
        <w:t>.</w:t>
      </w:r>
      <w:r w:rsidRPr="00E81154">
        <w:t xml:space="preserve"> </w:t>
      </w:r>
    </w:p>
    <w:p w14:paraId="44C1E78D" w14:textId="6D39F806" w:rsidR="00FA1CF6" w:rsidRPr="00E81154" w:rsidRDefault="00FA1CF6" w:rsidP="00BE466B">
      <w:pPr>
        <w:numPr>
          <w:ilvl w:val="0"/>
          <w:numId w:val="10"/>
        </w:numPr>
      </w:pPr>
      <w:r w:rsidRPr="00E81154">
        <w:t>Employee wellbeing initiatives and access to occupational health support</w:t>
      </w:r>
      <w:r w:rsidR="009A71D2" w:rsidRPr="00E81154">
        <w:t>.</w:t>
      </w:r>
    </w:p>
    <w:p w14:paraId="38621623" w14:textId="7DB7ACE7" w:rsidR="00F933C1" w:rsidRPr="00E81154" w:rsidRDefault="00FA1CF6" w:rsidP="00713D70">
      <w:pPr>
        <w:numPr>
          <w:ilvl w:val="0"/>
          <w:numId w:val="10"/>
        </w:numPr>
        <w:spacing w:after="0"/>
      </w:pPr>
      <w:r w:rsidRPr="00E81154">
        <w:t>Policies that promote physical and mental wellbeing in the workplace</w:t>
      </w:r>
      <w:r w:rsidR="009A71D2" w:rsidRPr="00E81154">
        <w:t>.</w:t>
      </w:r>
    </w:p>
    <w:p w14:paraId="7EDB2502" w14:textId="77777777" w:rsidR="00475088" w:rsidRPr="00E81154" w:rsidRDefault="00475088" w:rsidP="00713D70">
      <w:pPr>
        <w:spacing w:after="0"/>
      </w:pPr>
    </w:p>
    <w:p w14:paraId="388A34D5" w14:textId="56293BB4" w:rsidR="00AE37D0" w:rsidRPr="00E81154" w:rsidRDefault="00FA1CF6" w:rsidP="00463B70">
      <w:pPr>
        <w:rPr>
          <w:b/>
          <w:color w:val="007CBB"/>
          <w:sz w:val="24"/>
          <w:szCs w:val="24"/>
        </w:rPr>
      </w:pPr>
      <w:r w:rsidRPr="00E81154">
        <w:rPr>
          <w:b/>
          <w:color w:val="007CBB"/>
          <w:sz w:val="24"/>
          <w:szCs w:val="24"/>
        </w:rPr>
        <w:t>Family-Friendly and Inclusive Policies</w:t>
      </w:r>
    </w:p>
    <w:p w14:paraId="3885244E" w14:textId="4796FF88" w:rsidR="00496E8A" w:rsidRPr="006444E0" w:rsidRDefault="00496E8A" w:rsidP="00713D70">
      <w:pPr>
        <w:spacing w:after="0"/>
        <w:rPr>
          <w:rFonts w:eastAsia="Times New Roman" w:cs="Arial"/>
          <w:lang w:eastAsia="en-GB"/>
        </w:rPr>
      </w:pPr>
      <w:r w:rsidRPr="00E81154">
        <w:rPr>
          <w:rFonts w:eastAsia="Times New Roman" w:cs="Arial"/>
          <w:lang w:eastAsia="en-GB"/>
        </w:rPr>
        <w:t>Our family</w:t>
      </w:r>
      <w:r w:rsidRPr="00E81154">
        <w:rPr>
          <w:rFonts w:eastAsia="Times New Roman" w:cs="Arial"/>
          <w:lang w:eastAsia="en-GB"/>
        </w:rPr>
        <w:noBreakHyphen/>
        <w:t>friendly policies and flexible working arrangements help staff maintain a healthy work</w:t>
      </w:r>
      <w:r w:rsidRPr="00E81154">
        <w:rPr>
          <w:rFonts w:eastAsia="Times New Roman" w:cs="Arial"/>
          <w:lang w:eastAsia="en-GB"/>
        </w:rPr>
        <w:noBreakHyphen/>
        <w:t>life balance.</w:t>
      </w:r>
    </w:p>
    <w:p w14:paraId="0548282F" w14:textId="26B77CFF" w:rsidR="00FA1CF6" w:rsidRPr="00E81154" w:rsidRDefault="00FA1CF6" w:rsidP="00713D70">
      <w:pPr>
        <w:numPr>
          <w:ilvl w:val="0"/>
          <w:numId w:val="11"/>
        </w:numPr>
        <w:spacing w:after="0"/>
        <w:rPr>
          <w:rFonts w:eastAsia="Arial" w:cs="Arial"/>
        </w:rPr>
      </w:pPr>
      <w:r w:rsidRPr="00E81154">
        <w:lastRenderedPageBreak/>
        <w:t>Family</w:t>
      </w:r>
      <w:r w:rsidR="6D5F31B3" w:rsidRPr="00E81154">
        <w:t xml:space="preserve"> </w:t>
      </w:r>
      <w:r w:rsidRPr="00E81154">
        <w:t xml:space="preserve">friendly policies, including </w:t>
      </w:r>
      <w:r w:rsidR="2D5FFB87" w:rsidRPr="00E81154">
        <w:t xml:space="preserve">enhanced </w:t>
      </w:r>
      <w:r w:rsidRPr="00E81154">
        <w:t xml:space="preserve">maternity, paternity, adoption, </w:t>
      </w:r>
      <w:r w:rsidR="00382592" w:rsidRPr="00E81154">
        <w:t xml:space="preserve">neonatal care </w:t>
      </w:r>
      <w:r w:rsidRPr="00E81154">
        <w:t xml:space="preserve">and </w:t>
      </w:r>
      <w:r w:rsidR="5B2B7029" w:rsidRPr="00E81154">
        <w:rPr>
          <w:rFonts w:ascii="Helvetica" w:eastAsia="Helvetica" w:hAnsi="Helvetica" w:cs="Helvetica"/>
          <w:color w:val="333333"/>
          <w:sz w:val="21"/>
          <w:szCs w:val="21"/>
        </w:rPr>
        <w:t>special</w:t>
      </w:r>
      <w:r w:rsidRPr="00E81154">
        <w:rPr>
          <w:rFonts w:ascii="Helvetica" w:eastAsia="Helvetica" w:hAnsi="Helvetica" w:cs="Helvetica"/>
          <w:color w:val="333333"/>
          <w:sz w:val="21"/>
          <w:szCs w:val="21"/>
        </w:rPr>
        <w:t xml:space="preserve"> leave</w:t>
      </w:r>
      <w:r w:rsidR="5B2B7029" w:rsidRPr="00E81154">
        <w:rPr>
          <w:rFonts w:ascii="Helvetica" w:eastAsia="Helvetica" w:hAnsi="Helvetica" w:cs="Helvetica"/>
          <w:color w:val="333333"/>
          <w:sz w:val="21"/>
          <w:szCs w:val="21"/>
        </w:rPr>
        <w:t xml:space="preserve"> </w:t>
      </w:r>
      <w:r w:rsidR="5B2B7029" w:rsidRPr="00E81154">
        <w:rPr>
          <w:rFonts w:ascii="Helvetica" w:eastAsia="Helvetica" w:hAnsi="Helvetica" w:cs="Helvetica"/>
          <w:sz w:val="21"/>
          <w:szCs w:val="21"/>
        </w:rPr>
        <w:t xml:space="preserve">to support </w:t>
      </w:r>
      <w:r w:rsidR="00CE7343" w:rsidRPr="00E81154">
        <w:rPr>
          <w:rFonts w:ascii="Helvetica" w:eastAsia="Helvetica" w:hAnsi="Helvetica" w:cs="Helvetica"/>
          <w:sz w:val="21"/>
          <w:szCs w:val="21"/>
        </w:rPr>
        <w:t>with</w:t>
      </w:r>
      <w:r w:rsidR="5B2B7029" w:rsidRPr="00E81154">
        <w:rPr>
          <w:rFonts w:ascii="Helvetica" w:eastAsia="Helvetica" w:hAnsi="Helvetica" w:cs="Helvetica"/>
          <w:sz w:val="21"/>
          <w:szCs w:val="21"/>
        </w:rPr>
        <w:t xml:space="preserve"> </w:t>
      </w:r>
      <w:r w:rsidR="00FC4661" w:rsidRPr="00E81154">
        <w:rPr>
          <w:rFonts w:ascii="Helvetica" w:eastAsia="Helvetica" w:hAnsi="Helvetica" w:cs="Helvetica"/>
          <w:sz w:val="21"/>
          <w:szCs w:val="21"/>
        </w:rPr>
        <w:t>time</w:t>
      </w:r>
      <w:r w:rsidR="5B2B7029" w:rsidRPr="00E81154">
        <w:rPr>
          <w:rFonts w:ascii="Helvetica" w:eastAsia="Helvetica" w:hAnsi="Helvetica" w:cs="Helvetica"/>
          <w:sz w:val="21"/>
          <w:szCs w:val="21"/>
        </w:rPr>
        <w:t xml:space="preserve"> off work to deal with issues</w:t>
      </w:r>
      <w:r w:rsidR="00CE7343" w:rsidRPr="00E81154">
        <w:rPr>
          <w:rFonts w:ascii="Helvetica" w:eastAsia="Helvetica" w:hAnsi="Helvetica" w:cs="Helvetica"/>
          <w:sz w:val="21"/>
          <w:szCs w:val="21"/>
        </w:rPr>
        <w:t xml:space="preserve"> when</w:t>
      </w:r>
      <w:r w:rsidR="5B2B7029" w:rsidRPr="00E81154">
        <w:rPr>
          <w:rFonts w:ascii="Helvetica" w:eastAsia="Helvetica" w:hAnsi="Helvetica" w:cs="Helvetica"/>
          <w:sz w:val="21"/>
          <w:szCs w:val="21"/>
        </w:rPr>
        <w:t xml:space="preserve"> </w:t>
      </w:r>
      <w:r w:rsidR="00CE7343" w:rsidRPr="00E81154">
        <w:rPr>
          <w:rFonts w:ascii="Helvetica" w:eastAsia="Helvetica" w:hAnsi="Helvetica" w:cs="Helvetica"/>
          <w:sz w:val="21"/>
          <w:szCs w:val="21"/>
        </w:rPr>
        <w:t>life events happen</w:t>
      </w:r>
      <w:r w:rsidR="5B2B7029" w:rsidRPr="00E81154">
        <w:rPr>
          <w:rFonts w:ascii="Helvetica" w:eastAsia="Helvetica" w:hAnsi="Helvetica" w:cs="Helvetica"/>
          <w:sz w:val="21"/>
          <w:szCs w:val="21"/>
        </w:rPr>
        <w:t>.</w:t>
      </w:r>
    </w:p>
    <w:p w14:paraId="6D8C3553" w14:textId="77777777" w:rsidR="00CE7343" w:rsidRPr="00E81154" w:rsidRDefault="00CE7343" w:rsidP="00CE7343">
      <w:pPr>
        <w:spacing w:after="0"/>
        <w:ind w:left="720"/>
        <w:rPr>
          <w:rFonts w:eastAsia="Arial" w:cs="Arial"/>
        </w:rPr>
      </w:pPr>
    </w:p>
    <w:p w14:paraId="3C3A5576" w14:textId="039CFF47" w:rsidR="00FA1CF6" w:rsidRPr="00E81154" w:rsidRDefault="00FA1CF6" w:rsidP="00BE466B">
      <w:pPr>
        <w:numPr>
          <w:ilvl w:val="0"/>
          <w:numId w:val="11"/>
        </w:numPr>
      </w:pPr>
      <w:r w:rsidRPr="00E81154">
        <w:t>A strong organisational commitment to equality, diversity, and inclusion</w:t>
      </w:r>
      <w:r w:rsidR="009A71D2" w:rsidRPr="00E81154">
        <w:t>.</w:t>
      </w:r>
    </w:p>
    <w:p w14:paraId="24ED6729" w14:textId="1AFE8D00" w:rsidR="00FA1CF6" w:rsidRPr="00E81154" w:rsidRDefault="00FA1CF6" w:rsidP="00BE466B">
      <w:pPr>
        <w:numPr>
          <w:ilvl w:val="0"/>
          <w:numId w:val="11"/>
        </w:numPr>
      </w:pPr>
      <w:r w:rsidRPr="00E81154">
        <w:t>Reasonable adjustments and support to enable disabled employees to thrive</w:t>
      </w:r>
      <w:r w:rsidR="009A71D2" w:rsidRPr="00E81154">
        <w:t>.</w:t>
      </w:r>
    </w:p>
    <w:p w14:paraId="04B79371" w14:textId="77777777" w:rsidR="00680CB4" w:rsidRPr="00E81154" w:rsidRDefault="00680CB4" w:rsidP="00680CB4">
      <w:pPr>
        <w:rPr>
          <w:b/>
          <w:bCs/>
          <w:color w:val="007CBB"/>
          <w:sz w:val="24"/>
          <w:szCs w:val="24"/>
        </w:rPr>
      </w:pPr>
      <w:r w:rsidRPr="00E81154">
        <w:rPr>
          <w:b/>
          <w:color w:val="007CBB"/>
          <w:sz w:val="24"/>
          <w:szCs w:val="24"/>
        </w:rPr>
        <w:t>Foster Friendly Employer Commitment</w:t>
      </w:r>
    </w:p>
    <w:p w14:paraId="7C81B977" w14:textId="18C0893D" w:rsidR="00C47990" w:rsidRPr="00E81154" w:rsidRDefault="00680CB4" w:rsidP="00C47990">
      <w:pPr>
        <w:spacing w:after="0"/>
        <w:rPr>
          <w:rFonts w:eastAsia="Times New Roman" w:cs="Arial"/>
          <w:lang w:eastAsia="en-GB"/>
        </w:rPr>
      </w:pPr>
      <w:r w:rsidRPr="00E81154">
        <w:rPr>
          <w:rFonts w:eastAsia="Times New Roman" w:cs="Arial"/>
          <w:lang w:eastAsia="en-GB"/>
        </w:rPr>
        <w:t xml:space="preserve">Sefton Council is proud to be a </w:t>
      </w:r>
      <w:r w:rsidRPr="00E81154">
        <w:rPr>
          <w:rFonts w:eastAsia="Times New Roman" w:cs="Arial"/>
          <w:i/>
          <w:iCs/>
          <w:lang w:eastAsia="en-GB"/>
        </w:rPr>
        <w:t>Foster Friendly</w:t>
      </w:r>
      <w:r w:rsidRPr="00E81154">
        <w:rPr>
          <w:rFonts w:eastAsia="Times New Roman" w:cs="Arial"/>
          <w:lang w:eastAsia="en-GB"/>
        </w:rPr>
        <w:t xml:space="preserve"> organisation</w:t>
      </w:r>
      <w:r w:rsidR="00BC737D" w:rsidRPr="00E81154">
        <w:rPr>
          <w:rFonts w:eastAsia="Times New Roman" w:cs="Arial"/>
          <w:lang w:eastAsia="en-GB"/>
        </w:rPr>
        <w:t xml:space="preserve"> as recognised by The Fostering Network</w:t>
      </w:r>
      <w:r w:rsidRPr="00E81154">
        <w:rPr>
          <w:rFonts w:eastAsia="Times New Roman" w:cs="Arial"/>
          <w:lang w:eastAsia="en-GB"/>
        </w:rPr>
        <w:t xml:space="preserve">. </w:t>
      </w:r>
      <w:r w:rsidR="00442354" w:rsidRPr="00E81154">
        <w:rPr>
          <w:rFonts w:eastAsia="Times New Roman" w:cs="Arial"/>
          <w:lang w:eastAsia="en-GB"/>
        </w:rPr>
        <w:t xml:space="preserve"> </w:t>
      </w:r>
      <w:r w:rsidRPr="00E81154">
        <w:rPr>
          <w:rFonts w:eastAsia="Times New Roman" w:cs="Arial"/>
          <w:lang w:eastAsia="en-GB"/>
        </w:rPr>
        <w:t>We actively support employees who are foster carers or who are applying to foster by offering flexible working arrangements, paid time off for fostering</w:t>
      </w:r>
      <w:r w:rsidRPr="00E81154">
        <w:rPr>
          <w:rFonts w:eastAsia="Times New Roman" w:cs="Arial"/>
          <w:lang w:eastAsia="en-GB"/>
        </w:rPr>
        <w:noBreakHyphen/>
        <w:t>related meetings and training, and a workplace culture that recognises the vital role foster carers play in our communities.</w:t>
      </w:r>
    </w:p>
    <w:p w14:paraId="158F37B4" w14:textId="76BD62F2" w:rsidR="00C47990" w:rsidRPr="00E81154" w:rsidRDefault="00680CB4" w:rsidP="00C41AA7">
      <w:pPr>
        <w:spacing w:after="0"/>
        <w:rPr>
          <w:b/>
          <w:bCs/>
          <w:sz w:val="24"/>
          <w:szCs w:val="24"/>
        </w:rPr>
      </w:pPr>
      <w:r w:rsidRPr="00E81154">
        <w:rPr>
          <w:rFonts w:eastAsia="Times New Roman" w:cs="Arial"/>
          <w:lang w:eastAsia="en-GB"/>
        </w:rPr>
        <w:br/>
        <w:t>This commitment helps ensure carers can balance fostering responsibilities alongside career, and reflects our dedication to supporting children, families, and those who care for them.</w:t>
      </w:r>
    </w:p>
    <w:p w14:paraId="77A4C4D9" w14:textId="77777777" w:rsidR="00C41AA7" w:rsidRPr="00E81154" w:rsidRDefault="00C41AA7" w:rsidP="00C41AA7">
      <w:pPr>
        <w:spacing w:after="0"/>
        <w:rPr>
          <w:b/>
          <w:bCs/>
          <w:sz w:val="24"/>
          <w:szCs w:val="24"/>
        </w:rPr>
      </w:pPr>
    </w:p>
    <w:p w14:paraId="76F8D629" w14:textId="1A6E53BD" w:rsidR="00FA1CF6" w:rsidRPr="00E81154" w:rsidRDefault="00FA1CF6" w:rsidP="00FA1CF6">
      <w:pPr>
        <w:rPr>
          <w:b/>
          <w:bCs/>
          <w:color w:val="007CBB"/>
        </w:rPr>
      </w:pPr>
      <w:r w:rsidRPr="00E81154">
        <w:rPr>
          <w:b/>
          <w:color w:val="007CBB"/>
          <w:sz w:val="24"/>
          <w:szCs w:val="24"/>
        </w:rPr>
        <w:t xml:space="preserve">Additional Benefits </w:t>
      </w:r>
    </w:p>
    <w:p w14:paraId="5CF81CB4" w14:textId="32740C2C" w:rsidR="00FA1CF6" w:rsidRPr="00E81154" w:rsidRDefault="00FA1CF6" w:rsidP="00BE466B">
      <w:pPr>
        <w:numPr>
          <w:ilvl w:val="0"/>
          <w:numId w:val="12"/>
        </w:numPr>
      </w:pPr>
      <w:r w:rsidRPr="00E81154">
        <w:t>Access to salary sacrifice and employee benefit schemes (where applicable)</w:t>
      </w:r>
      <w:r w:rsidR="009A71D2" w:rsidRPr="00E81154">
        <w:t>.</w:t>
      </w:r>
    </w:p>
    <w:p w14:paraId="35720D3E" w14:textId="2903BF4A" w:rsidR="00FA1CF6" w:rsidRPr="00E81154" w:rsidRDefault="00FA1CF6" w:rsidP="00BE466B">
      <w:pPr>
        <w:numPr>
          <w:ilvl w:val="0"/>
          <w:numId w:val="12"/>
        </w:numPr>
      </w:pPr>
      <w:r w:rsidRPr="00E81154">
        <w:t>Opportunities to contribute to meaningful work that supports local communities</w:t>
      </w:r>
      <w:r w:rsidR="009A71D2" w:rsidRPr="00E81154">
        <w:t>.</w:t>
      </w:r>
    </w:p>
    <w:p w14:paraId="09F959D1" w14:textId="562C695E" w:rsidR="007B5705" w:rsidRPr="00E81154" w:rsidRDefault="00FA1CF6" w:rsidP="00BE466B">
      <w:pPr>
        <w:numPr>
          <w:ilvl w:val="0"/>
          <w:numId w:val="12"/>
        </w:numPr>
      </w:pPr>
      <w:r w:rsidRPr="00E81154">
        <w:t>A supportive, values</w:t>
      </w:r>
      <w:r w:rsidR="22D06755" w:rsidRPr="00E81154">
        <w:t xml:space="preserve"> </w:t>
      </w:r>
      <w:r w:rsidRPr="00E81154">
        <w:t>led organisational culture</w:t>
      </w:r>
      <w:r w:rsidR="009A71D2" w:rsidRPr="00E81154">
        <w:t>.</w:t>
      </w:r>
    </w:p>
    <w:p w14:paraId="273320BF" w14:textId="036F149C" w:rsidR="001115BF" w:rsidRPr="00E81154" w:rsidRDefault="6324EC2D" w:rsidP="001115BF">
      <w:pPr>
        <w:numPr>
          <w:ilvl w:val="0"/>
          <w:numId w:val="12"/>
        </w:numPr>
        <w:spacing w:line="240" w:lineRule="auto"/>
      </w:pPr>
      <w:r w:rsidRPr="00E81154">
        <w:t>Free parking at office bases (dependent</w:t>
      </w:r>
      <w:r w:rsidR="004B7AC3" w:rsidRPr="00E81154">
        <w:t xml:space="preserve"> upon the work location</w:t>
      </w:r>
      <w:r w:rsidRPr="00E81154">
        <w:t>)</w:t>
      </w:r>
      <w:r w:rsidR="002B35AD" w:rsidRPr="00E81154">
        <w:t>.</w:t>
      </w:r>
    </w:p>
    <w:p w14:paraId="4B4222BA" w14:textId="1651A9B5" w:rsidR="00E41A4B" w:rsidRPr="00E81154" w:rsidRDefault="00644E3D" w:rsidP="00511F96">
      <w:pPr>
        <w:pStyle w:val="Heading2"/>
        <w:spacing w:before="0"/>
        <w:rPr>
          <w:rFonts w:ascii="Arial" w:hAnsi="Arial" w:cs="Arial"/>
          <w:color w:val="007CBB"/>
          <w:sz w:val="28"/>
          <w:szCs w:val="28"/>
        </w:rPr>
      </w:pPr>
      <w:bookmarkStart w:id="6" w:name="_Toc222994881"/>
      <w:r w:rsidRPr="00E81154">
        <w:rPr>
          <w:rFonts w:ascii="Arial" w:hAnsi="Arial" w:cs="Arial"/>
          <w:color w:val="007CBB"/>
          <w:sz w:val="28"/>
          <w:szCs w:val="28"/>
        </w:rPr>
        <w:t>About the Role</w:t>
      </w:r>
      <w:bookmarkEnd w:id="6"/>
    </w:p>
    <w:p w14:paraId="1355EFB8" w14:textId="77777777" w:rsidR="0043734A" w:rsidRPr="00E81154" w:rsidRDefault="0043734A" w:rsidP="0043734A">
      <w:pPr>
        <w:spacing w:before="100" w:beforeAutospacing="1" w:after="100" w:afterAutospacing="1" w:line="300" w:lineRule="atLeast"/>
        <w:rPr>
          <w:rFonts w:eastAsia="Times New Roman" w:cs="Arial"/>
          <w:lang w:eastAsia="en-GB"/>
        </w:rPr>
      </w:pPr>
      <w:r w:rsidRPr="00E81154">
        <w:rPr>
          <w:rFonts w:eastAsia="Times New Roman" w:cs="Arial"/>
          <w:lang w:eastAsia="en-GB"/>
        </w:rPr>
        <w:t>Litherland Sports Park is seeking to appoint a motivated and customer-focused Operations Assistant to join our team on casual basis. This is a key front-facing role based within a busy reception area, supporting the day-to-day operation of our facility.</w:t>
      </w:r>
    </w:p>
    <w:p w14:paraId="62DA2C93" w14:textId="77777777" w:rsidR="0043734A" w:rsidRPr="00E81154" w:rsidRDefault="0043734A" w:rsidP="0043734A">
      <w:pPr>
        <w:spacing w:before="100" w:beforeAutospacing="1" w:after="100" w:afterAutospacing="1" w:line="300" w:lineRule="atLeast"/>
        <w:rPr>
          <w:rFonts w:eastAsia="Times New Roman" w:cs="Arial"/>
          <w:lang w:eastAsia="en-GB"/>
        </w:rPr>
      </w:pPr>
      <w:r w:rsidRPr="00E81154">
        <w:rPr>
          <w:rFonts w:eastAsia="Times New Roman" w:cs="Arial"/>
          <w:lang w:eastAsia="en-GB"/>
        </w:rPr>
        <w:t>You will play an important role in delivering high-quality services to the public, ensuring all visitors receive a welcoming, professional, and efficient service.</w:t>
      </w:r>
    </w:p>
    <w:p w14:paraId="66ECEF39" w14:textId="77777777" w:rsidR="0043734A" w:rsidRPr="00E81154" w:rsidRDefault="0043734A" w:rsidP="0043734A">
      <w:pPr>
        <w:spacing w:before="100" w:beforeAutospacing="1" w:after="100" w:afterAutospacing="1" w:line="300" w:lineRule="atLeast"/>
        <w:outlineLvl w:val="2"/>
        <w:rPr>
          <w:rFonts w:eastAsia="Times New Roman" w:cs="Arial"/>
          <w:b/>
          <w:bCs/>
          <w:lang w:eastAsia="en-GB"/>
        </w:rPr>
      </w:pPr>
      <w:r w:rsidRPr="00E81154">
        <w:rPr>
          <w:rFonts w:eastAsia="Times New Roman" w:cs="Arial"/>
          <w:b/>
          <w:bCs/>
          <w:lang w:eastAsia="en-GB"/>
        </w:rPr>
        <w:t>Key Responsibilities</w:t>
      </w:r>
    </w:p>
    <w:p w14:paraId="2AA24629" w14:textId="77777777" w:rsidR="0043734A" w:rsidRPr="00E81154" w:rsidRDefault="0043734A" w:rsidP="0043734A">
      <w:pPr>
        <w:numPr>
          <w:ilvl w:val="0"/>
          <w:numId w:val="43"/>
        </w:numPr>
        <w:spacing w:before="100" w:beforeAutospacing="1" w:after="100" w:afterAutospacing="1" w:line="300" w:lineRule="atLeast"/>
        <w:rPr>
          <w:rFonts w:eastAsia="Times New Roman" w:cs="Arial"/>
          <w:lang w:eastAsia="en-GB"/>
        </w:rPr>
      </w:pPr>
      <w:r w:rsidRPr="00E81154">
        <w:rPr>
          <w:rFonts w:eastAsia="Times New Roman" w:cs="Arial"/>
          <w:lang w:eastAsia="en-GB"/>
        </w:rPr>
        <w:t>Provide a high standard of front-of-house and reception service</w:t>
      </w:r>
    </w:p>
    <w:p w14:paraId="2E6A4E50" w14:textId="77777777" w:rsidR="0043734A" w:rsidRPr="00E81154" w:rsidRDefault="0043734A" w:rsidP="0043734A">
      <w:pPr>
        <w:numPr>
          <w:ilvl w:val="0"/>
          <w:numId w:val="43"/>
        </w:numPr>
        <w:spacing w:before="100" w:beforeAutospacing="1" w:after="100" w:afterAutospacing="1" w:line="300" w:lineRule="atLeast"/>
        <w:rPr>
          <w:rFonts w:eastAsia="Times New Roman" w:cs="Arial"/>
          <w:lang w:eastAsia="en-GB"/>
        </w:rPr>
      </w:pPr>
      <w:r w:rsidRPr="00E81154">
        <w:rPr>
          <w:rFonts w:eastAsia="Times New Roman" w:cs="Arial"/>
          <w:lang w:eastAsia="en-GB"/>
        </w:rPr>
        <w:t>Ensure the safety and wellbeing of all customers and visitors</w:t>
      </w:r>
    </w:p>
    <w:p w14:paraId="3F4B2E7A" w14:textId="77777777" w:rsidR="0043734A" w:rsidRPr="00E81154" w:rsidRDefault="0043734A" w:rsidP="0043734A">
      <w:pPr>
        <w:numPr>
          <w:ilvl w:val="0"/>
          <w:numId w:val="43"/>
        </w:numPr>
        <w:spacing w:before="100" w:beforeAutospacing="1" w:after="100" w:afterAutospacing="1" w:line="300" w:lineRule="atLeast"/>
        <w:rPr>
          <w:rFonts w:eastAsia="Times New Roman" w:cs="Arial"/>
          <w:lang w:eastAsia="en-GB"/>
        </w:rPr>
      </w:pPr>
      <w:r w:rsidRPr="00E81154">
        <w:rPr>
          <w:rFonts w:eastAsia="Times New Roman" w:cs="Arial"/>
          <w:lang w:eastAsia="en-GB"/>
        </w:rPr>
        <w:t>Handle cash and card payments, ensuring all transactions are processed accurately</w:t>
      </w:r>
    </w:p>
    <w:p w14:paraId="4242C8E0" w14:textId="77777777" w:rsidR="0043734A" w:rsidRPr="00E81154" w:rsidRDefault="0043734A" w:rsidP="0043734A">
      <w:pPr>
        <w:numPr>
          <w:ilvl w:val="0"/>
          <w:numId w:val="43"/>
        </w:numPr>
        <w:spacing w:before="100" w:beforeAutospacing="1" w:after="100" w:afterAutospacing="1" w:line="300" w:lineRule="atLeast"/>
        <w:rPr>
          <w:rFonts w:eastAsia="Times New Roman" w:cs="Arial"/>
          <w:lang w:eastAsia="en-GB"/>
        </w:rPr>
      </w:pPr>
      <w:r w:rsidRPr="00E81154">
        <w:rPr>
          <w:rFonts w:eastAsia="Times New Roman" w:cs="Arial"/>
          <w:lang w:eastAsia="en-GB"/>
        </w:rPr>
        <w:lastRenderedPageBreak/>
        <w:t>Respond to customer enquiries both in person and via telephone</w:t>
      </w:r>
    </w:p>
    <w:p w14:paraId="172108F4" w14:textId="77777777" w:rsidR="0043734A" w:rsidRPr="00E81154" w:rsidRDefault="0043734A" w:rsidP="0043734A">
      <w:pPr>
        <w:numPr>
          <w:ilvl w:val="0"/>
          <w:numId w:val="43"/>
        </w:numPr>
        <w:spacing w:before="100" w:beforeAutospacing="1" w:after="100" w:afterAutospacing="1" w:line="300" w:lineRule="atLeast"/>
        <w:rPr>
          <w:rFonts w:eastAsia="Times New Roman" w:cs="Arial"/>
          <w:lang w:eastAsia="en-GB"/>
        </w:rPr>
      </w:pPr>
      <w:r w:rsidRPr="00E81154">
        <w:rPr>
          <w:rFonts w:eastAsia="Times New Roman" w:cs="Arial"/>
          <w:lang w:eastAsia="en-GB"/>
        </w:rPr>
        <w:t>Operate a computerised till and booking systems</w:t>
      </w:r>
    </w:p>
    <w:p w14:paraId="6961285E" w14:textId="77777777" w:rsidR="0043734A" w:rsidRPr="00E81154" w:rsidRDefault="0043734A" w:rsidP="0043734A">
      <w:pPr>
        <w:numPr>
          <w:ilvl w:val="0"/>
          <w:numId w:val="43"/>
        </w:numPr>
        <w:spacing w:before="100" w:beforeAutospacing="1" w:after="100" w:afterAutospacing="1" w:line="300" w:lineRule="atLeast"/>
        <w:rPr>
          <w:rFonts w:eastAsia="Times New Roman" w:cs="Arial"/>
          <w:lang w:eastAsia="en-GB"/>
        </w:rPr>
      </w:pPr>
      <w:r w:rsidRPr="00E81154">
        <w:rPr>
          <w:rFonts w:eastAsia="Times New Roman" w:cs="Arial"/>
          <w:lang w:eastAsia="en-GB"/>
        </w:rPr>
        <w:t>Set up and take down equipment for activities and events</w:t>
      </w:r>
    </w:p>
    <w:p w14:paraId="51FDDD99" w14:textId="77777777" w:rsidR="00E81154" w:rsidRDefault="0043734A" w:rsidP="0043734A">
      <w:pPr>
        <w:numPr>
          <w:ilvl w:val="0"/>
          <w:numId w:val="43"/>
        </w:numPr>
        <w:spacing w:before="100" w:beforeAutospacing="1" w:after="100" w:afterAutospacing="1" w:line="300" w:lineRule="atLeast"/>
        <w:rPr>
          <w:rFonts w:eastAsia="Times New Roman" w:cs="Arial"/>
          <w:lang w:eastAsia="en-GB"/>
        </w:rPr>
      </w:pPr>
      <w:r w:rsidRPr="00E81154">
        <w:rPr>
          <w:rFonts w:eastAsia="Times New Roman" w:cs="Arial"/>
          <w:lang w:eastAsia="en-GB"/>
        </w:rPr>
        <w:t>Undertake ad hoc cleaning duties to maintain a clean, safe, and welcoming</w:t>
      </w:r>
    </w:p>
    <w:p w14:paraId="4F569309" w14:textId="7758B857" w:rsidR="0043734A" w:rsidRPr="00313B50" w:rsidRDefault="0043734A" w:rsidP="0043734A">
      <w:pPr>
        <w:numPr>
          <w:ilvl w:val="0"/>
          <w:numId w:val="43"/>
        </w:numPr>
        <w:spacing w:before="100" w:beforeAutospacing="1" w:after="100" w:afterAutospacing="1" w:line="300" w:lineRule="atLeast"/>
        <w:rPr>
          <w:rFonts w:eastAsia="Times New Roman" w:cs="Arial"/>
          <w:lang w:eastAsia="en-GB"/>
        </w:rPr>
      </w:pPr>
      <w:r w:rsidRPr="00313B50">
        <w:rPr>
          <w:rFonts w:eastAsia="Times New Roman" w:cs="Arial"/>
          <w:lang w:eastAsia="en-GB"/>
        </w:rPr>
        <w:t xml:space="preserve"> envir</w:t>
      </w:r>
      <w:r w:rsidR="006444E0">
        <w:rPr>
          <w:rFonts w:eastAsia="Times New Roman" w:cs="Arial"/>
          <w:lang w:eastAsia="en-GB"/>
        </w:rPr>
        <w:t>o</w:t>
      </w:r>
      <w:r w:rsidRPr="00313B50">
        <w:rPr>
          <w:rFonts w:eastAsia="Times New Roman" w:cs="Arial"/>
          <w:lang w:eastAsia="en-GB"/>
        </w:rPr>
        <w:t>nment</w:t>
      </w:r>
    </w:p>
    <w:p w14:paraId="4DC73A78" w14:textId="77777777" w:rsidR="0043734A" w:rsidRDefault="0043734A" w:rsidP="0043734A">
      <w:pPr>
        <w:spacing w:before="100" w:beforeAutospacing="1" w:after="0" w:line="300" w:lineRule="atLeast"/>
        <w:rPr>
          <w:rFonts w:eastAsia="Times New Roman" w:cs="Arial"/>
          <w:highlight w:val="red"/>
          <w:lang w:eastAsia="en-GB"/>
        </w:rPr>
      </w:pPr>
    </w:p>
    <w:p w14:paraId="41728CBE" w14:textId="778B133A" w:rsidR="00972DD3" w:rsidRPr="00BC7AD1" w:rsidRDefault="0031331E" w:rsidP="00BC7AD1">
      <w:pPr>
        <w:shd w:val="clear" w:color="auto" w:fill="0070C0"/>
        <w:spacing w:before="100" w:beforeAutospacing="1" w:after="0" w:line="300" w:lineRule="atLeast"/>
        <w:rPr>
          <w:rFonts w:cs="Arial"/>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bookmarkStart w:id="7" w:name="_Toc222994882"/>
      <w:r w:rsidRPr="00BC7AD1">
        <w:rPr>
          <w:rFonts w:eastAsia="Times New Roman" w:cs="Arial"/>
          <w:b/>
          <w:outline/>
          <w:color w:val="4BACC6" w:themeColor="accent5"/>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Ti</w:t>
      </w:r>
      <w:r w:rsidRPr="00BC7AD1">
        <w:rPr>
          <w:rFonts w:cs="Arial"/>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ps</w:t>
      </w:r>
      <w:r w:rsidR="0041539A" w:rsidRPr="00BC7AD1">
        <w:rPr>
          <w:rFonts w:cs="Arial"/>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on </w:t>
      </w:r>
      <w:r w:rsidR="00E16F88" w:rsidRPr="00BC7AD1">
        <w:rPr>
          <w:rFonts w:cs="Arial"/>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How to Apply</w:t>
      </w:r>
      <w:bookmarkEnd w:id="7"/>
    </w:p>
    <w:p w14:paraId="54751EE5" w14:textId="77777777" w:rsidR="00972DD3" w:rsidRPr="0066369C" w:rsidRDefault="00972DD3" w:rsidP="00972DD3">
      <w:pPr>
        <w:spacing w:after="0" w:line="240" w:lineRule="auto"/>
      </w:pPr>
    </w:p>
    <w:p w14:paraId="3D8C56CF" w14:textId="5D665721" w:rsidR="005F3F2A" w:rsidRPr="0066369C" w:rsidRDefault="005F3F2A" w:rsidP="00972DD3">
      <w:pPr>
        <w:spacing w:after="0" w:line="240" w:lineRule="auto"/>
      </w:pPr>
      <w:r w:rsidRPr="0066369C">
        <w:t xml:space="preserve">Submitting a strong application gives you the best chance of progressing to the next stage of the recruitment process. </w:t>
      </w:r>
      <w:r w:rsidR="00C56AA1" w:rsidRPr="0066369C">
        <w:t xml:space="preserve"> </w:t>
      </w:r>
      <w:r w:rsidRPr="0066369C">
        <w:t>The following guidance applies to all roles and will help you prepare a clear, compelling application:</w:t>
      </w:r>
    </w:p>
    <w:p w14:paraId="71F1570A" w14:textId="77777777" w:rsidR="00972DD3" w:rsidRPr="0066369C" w:rsidRDefault="00972DD3" w:rsidP="00972DD3">
      <w:pPr>
        <w:spacing w:after="0" w:line="240" w:lineRule="auto"/>
      </w:pPr>
    </w:p>
    <w:p w14:paraId="4BEB2042" w14:textId="77777777" w:rsidR="005F3F2A" w:rsidRPr="0066369C" w:rsidRDefault="005F3F2A" w:rsidP="005F3F2A">
      <w:pPr>
        <w:rPr>
          <w:b/>
          <w:bCs/>
        </w:rPr>
      </w:pPr>
      <w:r w:rsidRPr="0066369C">
        <w:rPr>
          <w:b/>
          <w:bCs/>
        </w:rPr>
        <w:t>1. Read the Job Description and Person Specification Thoroughly</w:t>
      </w:r>
    </w:p>
    <w:p w14:paraId="164174BF" w14:textId="77777777" w:rsidR="005F3F2A" w:rsidRPr="0066369C" w:rsidRDefault="005F3F2A" w:rsidP="00BE466B">
      <w:pPr>
        <w:numPr>
          <w:ilvl w:val="0"/>
          <w:numId w:val="31"/>
        </w:numPr>
      </w:pPr>
      <w:r w:rsidRPr="0066369C">
        <w:t>Make sure you understand the key duties, expectations, and essential criteria.</w:t>
      </w:r>
    </w:p>
    <w:p w14:paraId="28648381" w14:textId="0FCC716F" w:rsidR="00C56AA1" w:rsidRPr="0066369C" w:rsidRDefault="005F3F2A" w:rsidP="00C41AA7">
      <w:pPr>
        <w:numPr>
          <w:ilvl w:val="0"/>
          <w:numId w:val="31"/>
        </w:numPr>
      </w:pPr>
      <w:r w:rsidRPr="0066369C">
        <w:t>Use the person specification as your guide when writing your application.</w:t>
      </w:r>
    </w:p>
    <w:p w14:paraId="75841583" w14:textId="77777777" w:rsidR="005F3F2A" w:rsidRPr="0066369C" w:rsidRDefault="005F3F2A" w:rsidP="005F3F2A">
      <w:pPr>
        <w:rPr>
          <w:b/>
          <w:bCs/>
        </w:rPr>
      </w:pPr>
      <w:r w:rsidRPr="0066369C">
        <w:rPr>
          <w:b/>
          <w:bCs/>
        </w:rPr>
        <w:t>2. Provide Clear Evidence of Your Skills and Experience</w:t>
      </w:r>
    </w:p>
    <w:p w14:paraId="673A36BA" w14:textId="77777777" w:rsidR="005F3F2A" w:rsidRPr="0066369C" w:rsidRDefault="005F3F2A" w:rsidP="00BE466B">
      <w:pPr>
        <w:numPr>
          <w:ilvl w:val="0"/>
          <w:numId w:val="32"/>
        </w:numPr>
      </w:pPr>
      <w:r w:rsidRPr="0066369C">
        <w:t xml:space="preserve">Show </w:t>
      </w:r>
      <w:r w:rsidRPr="0066369C">
        <w:rPr>
          <w:i/>
          <w:iCs/>
        </w:rPr>
        <w:t>how</w:t>
      </w:r>
      <w:r w:rsidRPr="0066369C">
        <w:t xml:space="preserve"> you meet the criteria using specific, real examples.</w:t>
      </w:r>
    </w:p>
    <w:p w14:paraId="3F526C64" w14:textId="77777777" w:rsidR="005F3F2A" w:rsidRPr="0066369C" w:rsidRDefault="005F3F2A" w:rsidP="00BE466B">
      <w:pPr>
        <w:numPr>
          <w:ilvl w:val="0"/>
          <w:numId w:val="32"/>
        </w:numPr>
      </w:pPr>
      <w:r w:rsidRPr="0066369C">
        <w:t xml:space="preserve">Consider using the </w:t>
      </w:r>
      <w:r w:rsidRPr="0066369C">
        <w:rPr>
          <w:b/>
          <w:bCs/>
        </w:rPr>
        <w:t>STAR method</w:t>
      </w:r>
      <w:r w:rsidRPr="0066369C">
        <w:t xml:space="preserve"> (Situation, Task, Action, Result) to structure your responses.</w:t>
      </w:r>
    </w:p>
    <w:p w14:paraId="5815049B" w14:textId="77777777" w:rsidR="005F3F2A" w:rsidRPr="0066369C" w:rsidRDefault="005F3F2A" w:rsidP="005F3F2A">
      <w:pPr>
        <w:rPr>
          <w:b/>
          <w:bCs/>
        </w:rPr>
      </w:pPr>
      <w:r w:rsidRPr="0066369C">
        <w:rPr>
          <w:b/>
          <w:bCs/>
        </w:rPr>
        <w:t>3. Tailor Your Application</w:t>
      </w:r>
    </w:p>
    <w:p w14:paraId="395E84B4" w14:textId="4DDC7475" w:rsidR="005F3F2A" w:rsidRPr="0066369C" w:rsidRDefault="005F3F2A" w:rsidP="00BE466B">
      <w:pPr>
        <w:numPr>
          <w:ilvl w:val="0"/>
          <w:numId w:val="33"/>
        </w:numPr>
      </w:pPr>
      <w:r w:rsidRPr="0066369C">
        <w:t xml:space="preserve">Avoid generic statements. </w:t>
      </w:r>
      <w:r w:rsidR="003E54C5" w:rsidRPr="0066369C">
        <w:t xml:space="preserve"> </w:t>
      </w:r>
      <w:r w:rsidRPr="0066369C">
        <w:t>Focus on experience that directly relates to the role you are applying for.</w:t>
      </w:r>
    </w:p>
    <w:p w14:paraId="7A15B16C" w14:textId="77777777" w:rsidR="005F3F2A" w:rsidRPr="0066369C" w:rsidRDefault="005F3F2A" w:rsidP="00BE466B">
      <w:pPr>
        <w:numPr>
          <w:ilvl w:val="0"/>
          <w:numId w:val="33"/>
        </w:numPr>
      </w:pPr>
      <w:r w:rsidRPr="0066369C">
        <w:t>Demonstrate how your strengths align with the organisation’s values and priorities.</w:t>
      </w:r>
    </w:p>
    <w:p w14:paraId="2D4479BE" w14:textId="77777777" w:rsidR="005F3F2A" w:rsidRPr="0066369C" w:rsidRDefault="005F3F2A" w:rsidP="005F3F2A">
      <w:pPr>
        <w:rPr>
          <w:b/>
          <w:bCs/>
        </w:rPr>
      </w:pPr>
      <w:r w:rsidRPr="0066369C">
        <w:rPr>
          <w:b/>
          <w:bCs/>
        </w:rPr>
        <w:t>4. Highlight Your Achievements</w:t>
      </w:r>
    </w:p>
    <w:p w14:paraId="36FF2B17" w14:textId="77777777" w:rsidR="005F3F2A" w:rsidRPr="0066369C" w:rsidRDefault="005F3F2A" w:rsidP="00BE466B">
      <w:pPr>
        <w:numPr>
          <w:ilvl w:val="0"/>
          <w:numId w:val="34"/>
        </w:numPr>
      </w:pPr>
      <w:r w:rsidRPr="0066369C">
        <w:t>Include examples of work you are proud of or significant contributions you have made in previous roles.</w:t>
      </w:r>
    </w:p>
    <w:p w14:paraId="528CE417" w14:textId="4E1EA777" w:rsidR="00115BE7" w:rsidRPr="0066369C" w:rsidRDefault="005F3F2A" w:rsidP="00115BE7">
      <w:pPr>
        <w:numPr>
          <w:ilvl w:val="0"/>
          <w:numId w:val="34"/>
        </w:numPr>
      </w:pPr>
      <w:r w:rsidRPr="0066369C">
        <w:t xml:space="preserve">Emphasise impact </w:t>
      </w:r>
      <w:r w:rsidR="003E54C5" w:rsidRPr="0066369C">
        <w:t>–</w:t>
      </w:r>
      <w:r w:rsidRPr="0066369C">
        <w:t xml:space="preserve"> improvements, efficiencies, positive outcomes, or innovations.</w:t>
      </w:r>
    </w:p>
    <w:p w14:paraId="01964C62" w14:textId="77777777" w:rsidR="005F3F2A" w:rsidRPr="0066369C" w:rsidRDefault="005F3F2A" w:rsidP="005F3F2A">
      <w:pPr>
        <w:rPr>
          <w:b/>
          <w:bCs/>
        </w:rPr>
      </w:pPr>
      <w:r w:rsidRPr="0066369C">
        <w:rPr>
          <w:b/>
          <w:bCs/>
        </w:rPr>
        <w:t>5. Be Clear About Qualifications and Training</w:t>
      </w:r>
    </w:p>
    <w:p w14:paraId="7DFCFD20" w14:textId="77777777" w:rsidR="005F3F2A" w:rsidRPr="0066369C" w:rsidRDefault="005F3F2A" w:rsidP="00BE466B">
      <w:pPr>
        <w:numPr>
          <w:ilvl w:val="0"/>
          <w:numId w:val="35"/>
        </w:numPr>
      </w:pPr>
      <w:r w:rsidRPr="0066369C">
        <w:t>List all relevant qualifications and professional training, including dates and awarding bodies.</w:t>
      </w:r>
    </w:p>
    <w:p w14:paraId="6D87B74C" w14:textId="77777777" w:rsidR="005F3F2A" w:rsidRPr="0066369C" w:rsidRDefault="005F3F2A" w:rsidP="00BE466B">
      <w:pPr>
        <w:numPr>
          <w:ilvl w:val="0"/>
          <w:numId w:val="35"/>
        </w:numPr>
      </w:pPr>
      <w:r w:rsidRPr="0066369C">
        <w:lastRenderedPageBreak/>
        <w:t>If you are working towards a qualification, include expected completion dates.</w:t>
      </w:r>
    </w:p>
    <w:p w14:paraId="0A8FE1F6" w14:textId="77777777" w:rsidR="005F3F2A" w:rsidRPr="0066369C" w:rsidRDefault="005F3F2A" w:rsidP="005F3F2A">
      <w:pPr>
        <w:rPr>
          <w:b/>
          <w:bCs/>
        </w:rPr>
      </w:pPr>
      <w:r w:rsidRPr="0066369C">
        <w:rPr>
          <w:b/>
          <w:bCs/>
        </w:rPr>
        <w:t>6. Showcase Transferable Skills</w:t>
      </w:r>
    </w:p>
    <w:p w14:paraId="51B7113A" w14:textId="0B81BD6A" w:rsidR="00C41AA7" w:rsidRPr="0066369C" w:rsidRDefault="005F3F2A" w:rsidP="001115BF">
      <w:pPr>
        <w:numPr>
          <w:ilvl w:val="0"/>
          <w:numId w:val="36"/>
        </w:numPr>
      </w:pPr>
      <w:r w:rsidRPr="0066369C">
        <w:t>Skills such as communication, teamwork, problem-solving, digital literacy, and organisation are valuable across all roles.</w:t>
      </w:r>
    </w:p>
    <w:p w14:paraId="3D0A4D77" w14:textId="31286EDD" w:rsidR="005F3F2A" w:rsidRPr="0066369C" w:rsidRDefault="005F3F2A" w:rsidP="00BE466B">
      <w:pPr>
        <w:numPr>
          <w:ilvl w:val="0"/>
          <w:numId w:val="36"/>
        </w:numPr>
      </w:pPr>
      <w:r w:rsidRPr="0066369C">
        <w:t>Provide examples that demonstrate these effectively.</w:t>
      </w:r>
    </w:p>
    <w:p w14:paraId="4F4AA812" w14:textId="77777777" w:rsidR="005F3F2A" w:rsidRPr="0066369C" w:rsidRDefault="005F3F2A" w:rsidP="005F3F2A">
      <w:pPr>
        <w:rPr>
          <w:b/>
          <w:bCs/>
        </w:rPr>
      </w:pPr>
      <w:r w:rsidRPr="0066369C">
        <w:rPr>
          <w:b/>
          <w:bCs/>
        </w:rPr>
        <w:t>7. Check Your Application Carefully</w:t>
      </w:r>
    </w:p>
    <w:p w14:paraId="7E1E8C35" w14:textId="77777777" w:rsidR="005F3F2A" w:rsidRPr="0066369C" w:rsidRDefault="005F3F2A" w:rsidP="00BE466B">
      <w:pPr>
        <w:numPr>
          <w:ilvl w:val="0"/>
          <w:numId w:val="37"/>
        </w:numPr>
      </w:pPr>
      <w:r w:rsidRPr="0066369C">
        <w:t>Review your responses for clarity, spelling, and completeness.</w:t>
      </w:r>
    </w:p>
    <w:p w14:paraId="74F5CD01" w14:textId="77777777" w:rsidR="005F3F2A" w:rsidRPr="0066369C" w:rsidRDefault="005F3F2A" w:rsidP="00BE466B">
      <w:pPr>
        <w:numPr>
          <w:ilvl w:val="0"/>
          <w:numId w:val="37"/>
        </w:numPr>
      </w:pPr>
      <w:r w:rsidRPr="0066369C">
        <w:t>Ensure all sections of the application form have been filled in fully.</w:t>
      </w:r>
    </w:p>
    <w:p w14:paraId="14C69408" w14:textId="77777777" w:rsidR="005F3F2A" w:rsidRPr="0066369C" w:rsidRDefault="005F3F2A" w:rsidP="005F3F2A">
      <w:pPr>
        <w:rPr>
          <w:b/>
          <w:bCs/>
        </w:rPr>
      </w:pPr>
      <w:r w:rsidRPr="0066369C">
        <w:rPr>
          <w:b/>
          <w:bCs/>
        </w:rPr>
        <w:t>8. Submit Your Application Before the Deadline</w:t>
      </w:r>
    </w:p>
    <w:p w14:paraId="2129A357" w14:textId="77777777" w:rsidR="005F3F2A" w:rsidRPr="0066369C" w:rsidRDefault="005F3F2A" w:rsidP="00BE466B">
      <w:pPr>
        <w:numPr>
          <w:ilvl w:val="0"/>
          <w:numId w:val="38"/>
        </w:numPr>
      </w:pPr>
      <w:r w:rsidRPr="0066369C">
        <w:t>Note the closing date and allow plenty of time to prepare your application.</w:t>
      </w:r>
    </w:p>
    <w:p w14:paraId="364D3CA1" w14:textId="76FE5D31" w:rsidR="00B37171" w:rsidRPr="0066369C" w:rsidRDefault="005F3F2A" w:rsidP="00BE0E7F">
      <w:pPr>
        <w:numPr>
          <w:ilvl w:val="0"/>
          <w:numId w:val="38"/>
        </w:numPr>
      </w:pPr>
      <w:r w:rsidRPr="0066369C">
        <w:t>Late submissions usually cannot be considered.</w:t>
      </w:r>
    </w:p>
    <w:p w14:paraId="2D98CC19" w14:textId="77777777" w:rsidR="005F3F2A" w:rsidRPr="0066369C" w:rsidRDefault="005F3F2A" w:rsidP="005F3F2A">
      <w:pPr>
        <w:rPr>
          <w:b/>
          <w:bCs/>
        </w:rPr>
      </w:pPr>
      <w:r w:rsidRPr="0066369C">
        <w:rPr>
          <w:b/>
          <w:bCs/>
        </w:rPr>
        <w:t>9. Prepare for Potential Next Steps</w:t>
      </w:r>
    </w:p>
    <w:p w14:paraId="59DAAC74" w14:textId="77777777" w:rsidR="005F3F2A" w:rsidRPr="0066369C" w:rsidRDefault="005F3F2A" w:rsidP="00BE466B">
      <w:pPr>
        <w:numPr>
          <w:ilvl w:val="0"/>
          <w:numId w:val="39"/>
        </w:numPr>
      </w:pPr>
      <w:r w:rsidRPr="0066369C">
        <w:t>If shortlisted, you may be invited to an interview, assessment task, or presentation.</w:t>
      </w:r>
    </w:p>
    <w:p w14:paraId="581B9F28" w14:textId="77777777" w:rsidR="00651D5D" w:rsidRPr="0066369C" w:rsidRDefault="005F3F2A" w:rsidP="00BE466B">
      <w:pPr>
        <w:numPr>
          <w:ilvl w:val="0"/>
          <w:numId w:val="39"/>
        </w:numPr>
      </w:pPr>
      <w:r w:rsidRPr="0066369C">
        <w:t>Be ready to discuss your experience, approach to work, and examples of how you meet the role’s requirements.</w:t>
      </w:r>
    </w:p>
    <w:p w14:paraId="31B61E72" w14:textId="3FA92C77" w:rsidR="00E4716C" w:rsidRPr="0066369C" w:rsidRDefault="00E4716C" w:rsidP="00317E97">
      <w:pPr>
        <w:pStyle w:val="Heading2"/>
        <w:rPr>
          <w:rFonts w:ascii="Arial" w:hAnsi="Arial" w:cs="Arial"/>
          <w:sz w:val="32"/>
          <w:szCs w:val="32"/>
        </w:rPr>
      </w:pPr>
      <w:bookmarkStart w:id="8" w:name="_Toc222994883"/>
      <w:r w:rsidRPr="0066369C">
        <w:rPr>
          <w:rFonts w:ascii="Arial" w:hAnsi="Arial" w:cs="Arial"/>
          <w:sz w:val="32"/>
          <w:szCs w:val="32"/>
        </w:rPr>
        <w:t>Application and Selection Information</w:t>
      </w:r>
      <w:bookmarkEnd w:id="8"/>
    </w:p>
    <w:p w14:paraId="0F95C9CD" w14:textId="77777777" w:rsidR="00651D5D" w:rsidRPr="0066369C" w:rsidRDefault="00651D5D" w:rsidP="00651D5D">
      <w:pPr>
        <w:spacing w:after="0" w:line="240" w:lineRule="auto"/>
      </w:pPr>
    </w:p>
    <w:p w14:paraId="61F5E647" w14:textId="7318BA91" w:rsidR="00B37171" w:rsidRPr="0066369C" w:rsidRDefault="00E4716C" w:rsidP="00651D5D">
      <w:pPr>
        <w:spacing w:after="0" w:line="240" w:lineRule="auto"/>
      </w:pPr>
      <w:r w:rsidRPr="0066369C">
        <w:t xml:space="preserve">The closing date for this vacancy is </w:t>
      </w:r>
      <w:r w:rsidR="00C231FD" w:rsidRPr="0066369C">
        <w:rPr>
          <w:b/>
          <w:bCs/>
          <w:shd w:val="clear" w:color="auto" w:fill="FFFFFF" w:themeFill="background1"/>
        </w:rPr>
        <w:t>Sunday 2</w:t>
      </w:r>
      <w:r w:rsidR="00C231FD" w:rsidRPr="0066369C">
        <w:rPr>
          <w:b/>
          <w:bCs/>
          <w:shd w:val="clear" w:color="auto" w:fill="FFFFFF" w:themeFill="background1"/>
          <w:vertAlign w:val="superscript"/>
        </w:rPr>
        <w:t>nd</w:t>
      </w:r>
      <w:r w:rsidR="00C231FD" w:rsidRPr="0066369C">
        <w:rPr>
          <w:b/>
          <w:bCs/>
          <w:shd w:val="clear" w:color="auto" w:fill="FFFFFF" w:themeFill="background1"/>
        </w:rPr>
        <w:t xml:space="preserve"> Aug</w:t>
      </w:r>
      <w:r w:rsidR="00E30337" w:rsidRPr="0066369C">
        <w:rPr>
          <w:b/>
          <w:bCs/>
          <w:shd w:val="clear" w:color="auto" w:fill="FFFFFF" w:themeFill="background1"/>
        </w:rPr>
        <w:t>ust</w:t>
      </w:r>
      <w:r w:rsidR="003823FA" w:rsidRPr="0066369C">
        <w:rPr>
          <w:b/>
          <w:bCs/>
          <w:shd w:val="clear" w:color="auto" w:fill="FFFFFF" w:themeFill="background1"/>
        </w:rPr>
        <w:t xml:space="preserve"> 20</w:t>
      </w:r>
      <w:r w:rsidR="00300AAC" w:rsidRPr="0066369C">
        <w:rPr>
          <w:b/>
          <w:bCs/>
          <w:shd w:val="clear" w:color="auto" w:fill="FFFFFF" w:themeFill="background1"/>
        </w:rPr>
        <w:t xml:space="preserve">26 </w:t>
      </w:r>
      <w:r w:rsidR="00300AAC" w:rsidRPr="0066369C">
        <w:rPr>
          <w:shd w:val="clear" w:color="auto" w:fill="FFFFFF" w:themeFill="background1"/>
        </w:rPr>
        <w:t>(or earlier</w:t>
      </w:r>
      <w:r w:rsidR="00300AAC" w:rsidRPr="0066369C">
        <w:t xml:space="preserve"> in the event of high volume of applications being </w:t>
      </w:r>
      <w:r w:rsidR="00300AAC" w:rsidRPr="0066369C">
        <w:rPr>
          <w:color w:val="000000" w:themeColor="text1"/>
        </w:rPr>
        <w:t>received</w:t>
      </w:r>
      <w:r w:rsidR="00300AAC" w:rsidRPr="0066369C">
        <w:t>)</w:t>
      </w:r>
      <w:r w:rsidRPr="0066369C">
        <w:t>.</w:t>
      </w:r>
      <w:r w:rsidRPr="0066369C">
        <w:br/>
      </w:r>
    </w:p>
    <w:p w14:paraId="32BAC8F7" w14:textId="165B1DA7" w:rsidR="00E4716C" w:rsidRPr="006444E0" w:rsidRDefault="00E4716C" w:rsidP="00651D5D">
      <w:pPr>
        <w:spacing w:after="0" w:line="240" w:lineRule="auto"/>
        <w:rPr>
          <w:b/>
          <w:bCs/>
        </w:rPr>
      </w:pPr>
      <w:r w:rsidRPr="0066369C">
        <w:t xml:space="preserve">Provisional interview dates are </w:t>
      </w:r>
      <w:r w:rsidR="00437B38" w:rsidRPr="006444E0">
        <w:rPr>
          <w:b/>
          <w:bCs/>
        </w:rPr>
        <w:t>Monday 10</w:t>
      </w:r>
      <w:r w:rsidR="00437B38" w:rsidRPr="006444E0">
        <w:rPr>
          <w:b/>
          <w:bCs/>
          <w:vertAlign w:val="superscript"/>
        </w:rPr>
        <w:t>th</w:t>
      </w:r>
      <w:r w:rsidR="00437B38" w:rsidRPr="006444E0">
        <w:rPr>
          <w:b/>
          <w:bCs/>
        </w:rPr>
        <w:t xml:space="preserve"> August 2026</w:t>
      </w:r>
    </w:p>
    <w:p w14:paraId="7375E0A7" w14:textId="77777777" w:rsidR="00651D5D" w:rsidRPr="0066369C" w:rsidRDefault="00651D5D" w:rsidP="00651D5D">
      <w:pPr>
        <w:spacing w:after="0" w:line="240" w:lineRule="auto"/>
      </w:pPr>
    </w:p>
    <w:p w14:paraId="5758C120" w14:textId="0BDA16DD" w:rsidR="006A52BC" w:rsidRPr="0066369C" w:rsidRDefault="7872E659" w:rsidP="006A52BC">
      <w:pPr>
        <w:rPr>
          <w:rFonts w:eastAsia="Arial" w:cs="Arial"/>
        </w:rPr>
      </w:pPr>
      <w:r w:rsidRPr="0066369C">
        <w:rPr>
          <w:rFonts w:eastAsia="Montserrat" w:cs="Arial"/>
          <w:color w:val="2A2A2A"/>
        </w:rPr>
        <w:t xml:space="preserve">We are an Equal Opportunities Employer; all candidates will receive equal treatment. </w:t>
      </w:r>
      <w:r w:rsidR="76C8ABAD" w:rsidRPr="0066369C">
        <w:rPr>
          <w:rFonts w:eastAsia="Montserrat" w:cs="Arial"/>
          <w:color w:val="2A2A2A"/>
        </w:rPr>
        <w:t xml:space="preserve"> </w:t>
      </w:r>
      <w:r w:rsidRPr="0066369C">
        <w:rPr>
          <w:rFonts w:eastAsia="Montserrat" w:cs="Arial"/>
          <w:color w:val="2A2A2A"/>
        </w:rPr>
        <w:t>Our decision to appoint will be based upon whether an individual’s skills, experience, qualifications, and abilities make them the most suitable candidate for the role.</w:t>
      </w:r>
    </w:p>
    <w:p w14:paraId="7EED794C" w14:textId="03EA43EC" w:rsidR="00BE466B" w:rsidRPr="0066369C" w:rsidRDefault="500CC985" w:rsidP="006A52BC">
      <w:pPr>
        <w:rPr>
          <w:rFonts w:eastAsia="Montserrat" w:cs="Arial"/>
        </w:rPr>
      </w:pPr>
      <w:r w:rsidRPr="0066369C">
        <w:rPr>
          <w:rFonts w:eastAsia="Montserrat" w:cs="Arial"/>
          <w:color w:val="2A2A2A"/>
        </w:rPr>
        <w:t>All disabled and care experienced applicants will be offered an interview where they meet all essential criteria on the person specification.</w:t>
      </w:r>
    </w:p>
    <w:p w14:paraId="7076EC4D" w14:textId="4854565A" w:rsidR="001115BF" w:rsidRPr="006444E0" w:rsidRDefault="006A52BC" w:rsidP="001115BF">
      <w:pPr>
        <w:rPr>
          <w:b/>
          <w:bCs/>
        </w:rPr>
      </w:pPr>
      <w:r w:rsidRPr="0066369C">
        <w:rPr>
          <w:b/>
          <w:bCs/>
        </w:rPr>
        <w:t xml:space="preserve">Please ensure that you meet </w:t>
      </w:r>
      <w:r w:rsidR="006F7222" w:rsidRPr="0066369C">
        <w:rPr>
          <w:b/>
          <w:bCs/>
        </w:rPr>
        <w:t>all</w:t>
      </w:r>
      <w:r w:rsidRPr="0066369C">
        <w:rPr>
          <w:b/>
          <w:bCs/>
        </w:rPr>
        <w:t xml:space="preserve"> the essential criteria outlined in the person specification before submitting your application. </w:t>
      </w:r>
      <w:r w:rsidR="00B37171" w:rsidRPr="0066369C">
        <w:rPr>
          <w:b/>
          <w:bCs/>
        </w:rPr>
        <w:t xml:space="preserve"> </w:t>
      </w:r>
      <w:r w:rsidRPr="0066369C">
        <w:rPr>
          <w:b/>
          <w:bCs/>
        </w:rPr>
        <w:t>Only applicants who demonstrate that they meet all essential criteria will be considered and invited to interview</w:t>
      </w:r>
      <w:r w:rsidR="001115BF" w:rsidRPr="0066369C">
        <w:rPr>
          <w:b/>
          <w:bCs/>
        </w:rPr>
        <w:t>.</w:t>
      </w:r>
    </w:p>
    <w:p w14:paraId="7E6E0147" w14:textId="793780FD" w:rsidR="00511F96" w:rsidRPr="0066369C" w:rsidRDefault="00E16F88" w:rsidP="00FC5D9A">
      <w:pPr>
        <w:pStyle w:val="Heading2"/>
        <w:rPr>
          <w:rFonts w:ascii="Arial" w:hAnsi="Arial" w:cs="Arial"/>
          <w:color w:val="007CBB"/>
          <w:sz w:val="32"/>
          <w:szCs w:val="32"/>
        </w:rPr>
      </w:pPr>
      <w:bookmarkStart w:id="9" w:name="_Toc222994884"/>
      <w:r w:rsidRPr="0066369C">
        <w:rPr>
          <w:rFonts w:ascii="Arial" w:hAnsi="Arial" w:cs="Arial"/>
          <w:color w:val="007CBB"/>
          <w:sz w:val="32"/>
          <w:szCs w:val="32"/>
        </w:rPr>
        <w:lastRenderedPageBreak/>
        <w:t xml:space="preserve">Appendix A – </w:t>
      </w:r>
      <w:r w:rsidR="00B7578E" w:rsidRPr="0066369C">
        <w:rPr>
          <w:rFonts w:ascii="Arial" w:hAnsi="Arial" w:cs="Arial"/>
          <w:color w:val="007CBB"/>
          <w:sz w:val="32"/>
          <w:szCs w:val="32"/>
        </w:rPr>
        <w:t>Job Description and Person Specification</w:t>
      </w:r>
      <w:bookmarkStart w:id="10" w:name="_Toc221808701"/>
      <w:bookmarkEnd w:id="9"/>
    </w:p>
    <w:p w14:paraId="6A191F27" w14:textId="77777777" w:rsidR="00FC5D9A" w:rsidRPr="0066369C" w:rsidRDefault="00FC5D9A" w:rsidP="00FC5D9A"/>
    <w:bookmarkEnd w:id="10"/>
    <w:p w14:paraId="59A0D8F9" w14:textId="746BC9CD" w:rsidR="00B7578E" w:rsidRPr="0066369C" w:rsidRDefault="00FC5D9A" w:rsidP="00B7578E">
      <w:pPr>
        <w:rPr>
          <w:b/>
          <w:bCs/>
        </w:rPr>
      </w:pPr>
      <w:r w:rsidRPr="0066369C">
        <w:rPr>
          <w:b/>
          <w:bCs/>
        </w:rPr>
        <w:t xml:space="preserve">Post: </w:t>
      </w:r>
      <w:r w:rsidR="006F3178">
        <w:rPr>
          <w:b/>
          <w:bCs/>
        </w:rPr>
        <w:t xml:space="preserve">       </w:t>
      </w:r>
      <w:r w:rsidR="006F3178">
        <w:rPr>
          <w:b/>
          <w:bCs/>
        </w:rPr>
        <w:tab/>
      </w:r>
      <w:r w:rsidR="006F3178">
        <w:rPr>
          <w:b/>
          <w:bCs/>
        </w:rPr>
        <w:tab/>
        <w:t xml:space="preserve">Casual Operations </w:t>
      </w:r>
      <w:r w:rsidR="00EB1C21">
        <w:rPr>
          <w:b/>
          <w:bCs/>
        </w:rPr>
        <w:t>Assistant</w:t>
      </w:r>
    </w:p>
    <w:p w14:paraId="49D56F0C" w14:textId="00D81065" w:rsidR="00547C3F" w:rsidRPr="0066369C" w:rsidRDefault="00E16F88">
      <w:r w:rsidRPr="0066369C">
        <w:rPr>
          <w:b/>
          <w:bCs/>
        </w:rPr>
        <w:t>Directorate:</w:t>
      </w:r>
      <w:r w:rsidRPr="0066369C">
        <w:t xml:space="preserve"> </w:t>
      </w:r>
      <w:r w:rsidR="00B7578E" w:rsidRPr="0066369C">
        <w:tab/>
      </w:r>
      <w:r w:rsidR="00B7578E" w:rsidRPr="0066369C">
        <w:tab/>
      </w:r>
      <w:r w:rsidR="00547C3F" w:rsidRPr="0066369C">
        <w:t xml:space="preserve"> </w:t>
      </w:r>
      <w:r w:rsidR="0015495B">
        <w:t>Communities</w:t>
      </w:r>
      <w:r w:rsidR="00F1522F" w:rsidRPr="0066369C">
        <w:tab/>
      </w:r>
    </w:p>
    <w:p w14:paraId="5A12CCFB" w14:textId="4F86D78F" w:rsidR="002E7AA9" w:rsidRPr="0066369C" w:rsidRDefault="00E16F88">
      <w:r w:rsidRPr="0066369C">
        <w:rPr>
          <w:b/>
          <w:bCs/>
        </w:rPr>
        <w:t>Post:</w:t>
      </w:r>
      <w:r w:rsidRPr="0066369C">
        <w:t xml:space="preserve"> </w:t>
      </w:r>
      <w:r w:rsidR="00A07798" w:rsidRPr="0066369C">
        <w:tab/>
      </w:r>
      <w:r w:rsidR="00A07798" w:rsidRPr="0066369C">
        <w:tab/>
      </w:r>
      <w:r w:rsidR="00A07798" w:rsidRPr="0066369C">
        <w:tab/>
      </w:r>
      <w:r w:rsidR="00FB0843" w:rsidRPr="0066369C">
        <w:t>Casual Operations Assist</w:t>
      </w:r>
      <w:r w:rsidR="00723C76" w:rsidRPr="0066369C">
        <w:t>ant</w:t>
      </w:r>
    </w:p>
    <w:p w14:paraId="7C755BFA" w14:textId="3022851C" w:rsidR="00DC74D7" w:rsidRPr="0066369C" w:rsidRDefault="00E16F88">
      <w:pPr>
        <w:rPr>
          <w:color w:val="333333"/>
        </w:rPr>
      </w:pPr>
      <w:r w:rsidRPr="0066369C">
        <w:rPr>
          <w:b/>
          <w:bCs/>
        </w:rPr>
        <w:t>Grade:</w:t>
      </w:r>
      <w:r w:rsidRPr="0066369C">
        <w:t xml:space="preserve"> </w:t>
      </w:r>
      <w:r w:rsidR="00CF74B7" w:rsidRPr="0066369C">
        <w:tab/>
      </w:r>
      <w:r w:rsidR="00CF74B7" w:rsidRPr="0066369C">
        <w:tab/>
      </w:r>
      <w:r w:rsidR="000B4A37" w:rsidRPr="0066369C">
        <w:t>SCP 3 Band B</w:t>
      </w:r>
      <w:r w:rsidR="00ED2422" w:rsidRPr="0066369C">
        <w:t xml:space="preserve">    £ 24,796.00   £13.20 </w:t>
      </w:r>
      <w:r w:rsidR="00B86FD8" w:rsidRPr="0066369C">
        <w:t>ph.</w:t>
      </w:r>
    </w:p>
    <w:tbl>
      <w:tblPr>
        <w:tblW w:w="20448" w:type="dxa"/>
        <w:tblInd w:w="108" w:type="dxa"/>
        <w:tblLook w:val="04A0" w:firstRow="1" w:lastRow="0" w:firstColumn="1" w:lastColumn="0" w:noHBand="0" w:noVBand="1"/>
      </w:tblPr>
      <w:tblGrid>
        <w:gridCol w:w="10224"/>
        <w:gridCol w:w="10224"/>
      </w:tblGrid>
      <w:tr w:rsidR="000F3249" w:rsidRPr="0066369C" w14:paraId="581B36F4" w14:textId="77777777" w:rsidTr="00E0523E">
        <w:trPr>
          <w:trHeight w:val="295"/>
        </w:trPr>
        <w:tc>
          <w:tcPr>
            <w:tcW w:w="10224" w:type="dxa"/>
            <w:vAlign w:val="center"/>
          </w:tcPr>
          <w:p w14:paraId="3DFECEF6" w14:textId="21A4D945" w:rsidR="003A7F84" w:rsidRPr="006444E0" w:rsidRDefault="00E16F88">
            <w:r w:rsidRPr="0066369C">
              <w:rPr>
                <w:b/>
                <w:bCs/>
              </w:rPr>
              <w:t>Reporting to:</w:t>
            </w:r>
            <w:r w:rsidRPr="0066369C">
              <w:t xml:space="preserve"> </w:t>
            </w:r>
            <w:r w:rsidR="003A7F84">
              <w:t xml:space="preserve">        </w:t>
            </w:r>
            <w:r w:rsidR="009A761A" w:rsidRPr="0066369C">
              <w:t>Senior Operations Manager</w:t>
            </w:r>
            <w:r w:rsidR="00683BEA" w:rsidRPr="0066369C">
              <w:t>, Operations Manager</w:t>
            </w:r>
          </w:p>
        </w:tc>
        <w:tc>
          <w:tcPr>
            <w:tcW w:w="10224" w:type="dxa"/>
            <w:vAlign w:val="center"/>
          </w:tcPr>
          <w:p w14:paraId="73567D8B" w14:textId="36D3FCD0" w:rsidR="000F3249" w:rsidRPr="0066369C" w:rsidRDefault="000F3249">
            <w:pPr>
              <w:pStyle w:val="Heading2"/>
              <w:rPr>
                <w:rFonts w:ascii="Century Gothic" w:hAnsi="Century Gothic" w:cs="Arial"/>
                <w:color w:val="003366"/>
                <w:sz w:val="20"/>
              </w:rPr>
            </w:pPr>
          </w:p>
        </w:tc>
      </w:tr>
      <w:tr w:rsidR="00E0523E" w:rsidRPr="0066369C" w14:paraId="0CDEC773" w14:textId="77777777" w:rsidTr="00E0523E">
        <w:tc>
          <w:tcPr>
            <w:tcW w:w="10224" w:type="dxa"/>
          </w:tcPr>
          <w:p w14:paraId="44E0E7A7" w14:textId="77777777" w:rsidR="00E0523E" w:rsidRPr="0066369C" w:rsidRDefault="00E0523E" w:rsidP="00E0523E">
            <w:pPr>
              <w:rPr>
                <w:rFonts w:cs="Arial"/>
                <w:b/>
                <w:bCs/>
                <w:color w:val="003366"/>
              </w:rPr>
            </w:pPr>
          </w:p>
        </w:tc>
        <w:tc>
          <w:tcPr>
            <w:tcW w:w="10224" w:type="dxa"/>
          </w:tcPr>
          <w:p w14:paraId="0323BB8D" w14:textId="4F90A169" w:rsidR="00E0523E" w:rsidRPr="0066369C" w:rsidRDefault="00E0523E" w:rsidP="00E0523E">
            <w:pPr>
              <w:rPr>
                <w:rFonts w:cs="Arial"/>
                <w:color w:val="003366"/>
              </w:rPr>
            </w:pPr>
          </w:p>
        </w:tc>
      </w:tr>
    </w:tbl>
    <w:p w14:paraId="784DAC84" w14:textId="77777777" w:rsidR="000F3249" w:rsidRPr="0066369C" w:rsidRDefault="000F3249" w:rsidP="000F3249">
      <w:pPr>
        <w:shd w:val="clear" w:color="auto" w:fill="E6E6E6"/>
        <w:tabs>
          <w:tab w:val="left" w:pos="2160"/>
          <w:tab w:val="left" w:pos="4680"/>
          <w:tab w:val="left" w:pos="6120"/>
        </w:tabs>
        <w:ind w:left="2160" w:hanging="2160"/>
        <w:jc w:val="both"/>
        <w:rPr>
          <w:rFonts w:cs="Arial"/>
          <w:b/>
          <w:color w:val="003366"/>
        </w:rPr>
      </w:pPr>
      <w:r w:rsidRPr="0066369C">
        <w:rPr>
          <w:rFonts w:cs="Arial"/>
          <w:b/>
          <w:color w:val="003366"/>
        </w:rPr>
        <w:t>Job Purpose:</w:t>
      </w:r>
    </w:p>
    <w:p w14:paraId="56E0449B" w14:textId="77777777" w:rsidR="000F3249" w:rsidRPr="0066369C" w:rsidRDefault="000F3249" w:rsidP="000F3249">
      <w:pPr>
        <w:shd w:val="clear" w:color="auto" w:fill="FFFFFF"/>
        <w:tabs>
          <w:tab w:val="left" w:pos="2160"/>
          <w:tab w:val="left" w:pos="4680"/>
          <w:tab w:val="left" w:pos="6120"/>
        </w:tabs>
        <w:ind w:left="2160" w:hanging="2160"/>
        <w:jc w:val="both"/>
        <w:rPr>
          <w:rFonts w:cs="Arial"/>
          <w:b/>
          <w:color w:val="003366"/>
        </w:rPr>
      </w:pPr>
    </w:p>
    <w:tbl>
      <w:tblPr>
        <w:tblW w:w="9720" w:type="dxa"/>
        <w:tblInd w:w="108" w:type="dxa"/>
        <w:tblLook w:val="01E0" w:firstRow="1" w:lastRow="1" w:firstColumn="1" w:lastColumn="1" w:noHBand="0" w:noVBand="0"/>
      </w:tblPr>
      <w:tblGrid>
        <w:gridCol w:w="9720"/>
      </w:tblGrid>
      <w:tr w:rsidR="000F3249" w:rsidRPr="0066369C" w14:paraId="4CE967C5" w14:textId="77777777">
        <w:tc>
          <w:tcPr>
            <w:tcW w:w="9720" w:type="dxa"/>
          </w:tcPr>
          <w:p w14:paraId="74B4C380" w14:textId="77777777" w:rsidR="000F3249" w:rsidRPr="0066369C" w:rsidRDefault="000F3249">
            <w:pPr>
              <w:tabs>
                <w:tab w:val="left" w:pos="2160"/>
                <w:tab w:val="left" w:pos="4680"/>
                <w:tab w:val="left" w:pos="6120"/>
              </w:tabs>
              <w:jc w:val="both"/>
              <w:rPr>
                <w:rFonts w:cs="Arial"/>
                <w:color w:val="003366"/>
              </w:rPr>
            </w:pPr>
            <w:r w:rsidRPr="0066369C">
              <w:rPr>
                <w:rFonts w:cs="Arial"/>
                <w:color w:val="003366"/>
              </w:rPr>
              <w:t>Responsible for: To assist the Operations Manager in the day to day running of the Centre, and in the provision of a service to meet the needs of the local community.</w:t>
            </w:r>
          </w:p>
          <w:p w14:paraId="55BCF37E" w14:textId="77777777" w:rsidR="000F3249" w:rsidRPr="0066369C" w:rsidRDefault="000F3249">
            <w:pPr>
              <w:tabs>
                <w:tab w:val="left" w:pos="2160"/>
                <w:tab w:val="left" w:pos="4680"/>
                <w:tab w:val="left" w:pos="6120"/>
              </w:tabs>
              <w:jc w:val="both"/>
              <w:rPr>
                <w:rFonts w:cs="Arial"/>
                <w:color w:val="003366"/>
              </w:rPr>
            </w:pPr>
          </w:p>
          <w:p w14:paraId="4CD61B7D" w14:textId="768C3936" w:rsidR="000F3249" w:rsidRPr="0066369C" w:rsidRDefault="000F3249">
            <w:pPr>
              <w:tabs>
                <w:tab w:val="left" w:pos="2160"/>
                <w:tab w:val="left" w:pos="4680"/>
                <w:tab w:val="left" w:pos="6120"/>
              </w:tabs>
              <w:jc w:val="both"/>
              <w:rPr>
                <w:rFonts w:cs="Arial"/>
                <w:color w:val="003366"/>
              </w:rPr>
            </w:pPr>
            <w:r w:rsidRPr="0066369C">
              <w:rPr>
                <w:rFonts w:cs="Arial"/>
                <w:color w:val="003366"/>
              </w:rPr>
              <w:t xml:space="preserve">Duties to Include:  Health, Safety and </w:t>
            </w:r>
            <w:r w:rsidR="00B86FD8" w:rsidRPr="0066369C">
              <w:rPr>
                <w:rFonts w:cs="Arial"/>
                <w:color w:val="003366"/>
              </w:rPr>
              <w:t>wellbeing</w:t>
            </w:r>
            <w:r w:rsidRPr="0066369C">
              <w:rPr>
                <w:rFonts w:cs="Arial"/>
                <w:color w:val="003366"/>
              </w:rPr>
              <w:t xml:space="preserve"> of customers, customer supervisions, operation and cleanliness of the facility </w:t>
            </w:r>
            <w:proofErr w:type="gramStart"/>
            <w:r w:rsidRPr="0066369C">
              <w:rPr>
                <w:rFonts w:cs="Arial"/>
                <w:color w:val="003366"/>
              </w:rPr>
              <w:t>in order to</w:t>
            </w:r>
            <w:proofErr w:type="gramEnd"/>
            <w:r w:rsidRPr="0066369C">
              <w:rPr>
                <w:rFonts w:cs="Arial"/>
                <w:color w:val="003366"/>
              </w:rPr>
              <w:t xml:space="preserve"> provide a service which meets the needs of the local community.</w:t>
            </w:r>
          </w:p>
        </w:tc>
      </w:tr>
    </w:tbl>
    <w:p w14:paraId="313ED6D8" w14:textId="77777777" w:rsidR="000F3249" w:rsidRPr="0066369C" w:rsidRDefault="000F3249" w:rsidP="000F3249">
      <w:pPr>
        <w:pBdr>
          <w:bottom w:val="single" w:sz="4" w:space="1" w:color="006699"/>
        </w:pBdr>
        <w:rPr>
          <w:rFonts w:cs="Arial"/>
          <w:color w:val="003366"/>
          <w:sz w:val="20"/>
        </w:rPr>
      </w:pPr>
    </w:p>
    <w:p w14:paraId="52C4F3FC" w14:textId="77777777" w:rsidR="000F3249" w:rsidRPr="0066369C" w:rsidRDefault="000F3249" w:rsidP="000F3249">
      <w:pPr>
        <w:ind w:hanging="1080"/>
        <w:rPr>
          <w:rFonts w:cs="Arial"/>
          <w:color w:val="003366"/>
        </w:rPr>
      </w:pPr>
    </w:p>
    <w:p w14:paraId="68D0EA61" w14:textId="77777777" w:rsidR="000F3249" w:rsidRPr="0066369C" w:rsidRDefault="000F3249" w:rsidP="000F3249">
      <w:pPr>
        <w:shd w:val="clear" w:color="auto" w:fill="E6E6E6"/>
        <w:rPr>
          <w:rFonts w:ascii="Century Gothic" w:hAnsi="Century Gothic" w:cs="Arial"/>
          <w:b/>
          <w:color w:val="003366"/>
        </w:rPr>
      </w:pPr>
      <w:r w:rsidRPr="0066369C">
        <w:rPr>
          <w:rFonts w:cs="Arial"/>
          <w:b/>
          <w:color w:val="003366"/>
        </w:rPr>
        <w:t>Main Responsibilities:</w:t>
      </w:r>
    </w:p>
    <w:p w14:paraId="31BC714B" w14:textId="77777777" w:rsidR="000F3249" w:rsidRPr="0066369C" w:rsidRDefault="000F3249" w:rsidP="000F3249">
      <w:pPr>
        <w:rPr>
          <w:rFonts w:cs="Arial"/>
          <w:b/>
          <w:color w:val="003366"/>
        </w:rPr>
      </w:pPr>
    </w:p>
    <w:tbl>
      <w:tblPr>
        <w:tblW w:w="10008" w:type="dxa"/>
        <w:jc w:val="center"/>
        <w:tblLayout w:type="fixed"/>
        <w:tblLook w:val="04A0" w:firstRow="1" w:lastRow="0" w:firstColumn="1" w:lastColumn="0" w:noHBand="0" w:noVBand="1"/>
      </w:tblPr>
      <w:tblGrid>
        <w:gridCol w:w="108"/>
        <w:gridCol w:w="540"/>
        <w:gridCol w:w="108"/>
        <w:gridCol w:w="9072"/>
        <w:gridCol w:w="72"/>
        <w:gridCol w:w="108"/>
      </w:tblGrid>
      <w:tr w:rsidR="000F3249" w:rsidRPr="0066369C" w14:paraId="23B7B225" w14:textId="77777777" w:rsidTr="006444E0">
        <w:trPr>
          <w:gridAfter w:val="1"/>
          <w:wAfter w:w="108" w:type="dxa"/>
          <w:jc w:val="center"/>
        </w:trPr>
        <w:tc>
          <w:tcPr>
            <w:tcW w:w="648" w:type="dxa"/>
            <w:gridSpan w:val="2"/>
            <w:hideMark/>
          </w:tcPr>
          <w:p w14:paraId="25530CDC" w14:textId="77777777" w:rsidR="000F3249" w:rsidRPr="0066369C" w:rsidRDefault="000F3249" w:rsidP="006444E0">
            <w:pPr>
              <w:rPr>
                <w:rFonts w:cs="Times New Roman"/>
                <w:color w:val="003366"/>
              </w:rPr>
            </w:pPr>
            <w:r w:rsidRPr="0066369C">
              <w:rPr>
                <w:color w:val="003366"/>
              </w:rPr>
              <w:t>1.</w:t>
            </w:r>
          </w:p>
        </w:tc>
        <w:tc>
          <w:tcPr>
            <w:tcW w:w="9252" w:type="dxa"/>
            <w:gridSpan w:val="3"/>
          </w:tcPr>
          <w:p w14:paraId="7E2119C0" w14:textId="02DE3955" w:rsidR="000F3249" w:rsidRPr="0066369C" w:rsidRDefault="000F3249" w:rsidP="006444E0">
            <w:pPr>
              <w:ind w:left="709" w:hanging="709"/>
              <w:rPr>
                <w:color w:val="003366"/>
              </w:rPr>
            </w:pPr>
            <w:r w:rsidRPr="0066369C">
              <w:rPr>
                <w:color w:val="003366"/>
              </w:rPr>
              <w:t xml:space="preserve">To ensure the </w:t>
            </w:r>
            <w:r w:rsidR="009260C5" w:rsidRPr="0066369C">
              <w:rPr>
                <w:color w:val="003366"/>
              </w:rPr>
              <w:t>wellbeing</w:t>
            </w:r>
            <w:r w:rsidRPr="0066369C">
              <w:rPr>
                <w:color w:val="003366"/>
              </w:rPr>
              <w:t xml:space="preserve"> of customers, making sure that all activities are adequately </w:t>
            </w:r>
          </w:p>
          <w:p w14:paraId="56E5E60A" w14:textId="4C84097C" w:rsidR="000F3249" w:rsidRPr="0066369C" w:rsidRDefault="006444E0" w:rsidP="006444E0">
            <w:pPr>
              <w:ind w:left="709" w:hanging="709"/>
              <w:rPr>
                <w:color w:val="003366"/>
              </w:rPr>
            </w:pPr>
            <w:r>
              <w:rPr>
                <w:color w:val="003366"/>
              </w:rPr>
              <w:t>s</w:t>
            </w:r>
            <w:r w:rsidR="000F3249" w:rsidRPr="0066369C">
              <w:rPr>
                <w:color w:val="003366"/>
              </w:rPr>
              <w:t>upervised and to ensure the health &amp; safety of customers and staff.</w:t>
            </w:r>
          </w:p>
          <w:p w14:paraId="4CB7013F" w14:textId="77777777" w:rsidR="000F3249" w:rsidRPr="0066369C" w:rsidRDefault="000F3249" w:rsidP="006444E0">
            <w:pPr>
              <w:ind w:firstLine="720"/>
              <w:rPr>
                <w:color w:val="003366"/>
              </w:rPr>
            </w:pPr>
          </w:p>
        </w:tc>
      </w:tr>
      <w:tr w:rsidR="000F3249" w:rsidRPr="0066369C" w14:paraId="0B5503D8" w14:textId="77777777" w:rsidTr="006444E0">
        <w:trPr>
          <w:gridAfter w:val="1"/>
          <w:wAfter w:w="108" w:type="dxa"/>
          <w:jc w:val="center"/>
        </w:trPr>
        <w:tc>
          <w:tcPr>
            <w:tcW w:w="648" w:type="dxa"/>
            <w:gridSpan w:val="2"/>
            <w:hideMark/>
          </w:tcPr>
          <w:p w14:paraId="5939EA44" w14:textId="77777777" w:rsidR="000F3249" w:rsidRPr="0066369C" w:rsidRDefault="000F3249" w:rsidP="006444E0">
            <w:pPr>
              <w:rPr>
                <w:color w:val="003366"/>
              </w:rPr>
            </w:pPr>
            <w:r w:rsidRPr="0066369C">
              <w:rPr>
                <w:color w:val="003366"/>
              </w:rPr>
              <w:t>2.</w:t>
            </w:r>
          </w:p>
        </w:tc>
        <w:tc>
          <w:tcPr>
            <w:tcW w:w="9252" w:type="dxa"/>
            <w:gridSpan w:val="3"/>
          </w:tcPr>
          <w:p w14:paraId="1DDD0EB8" w14:textId="77777777" w:rsidR="000F3249" w:rsidRPr="0066369C" w:rsidRDefault="000F3249" w:rsidP="006444E0">
            <w:pPr>
              <w:tabs>
                <w:tab w:val="left" w:pos="938"/>
              </w:tabs>
              <w:rPr>
                <w:color w:val="003366"/>
              </w:rPr>
            </w:pPr>
            <w:r w:rsidRPr="0066369C">
              <w:rPr>
                <w:color w:val="003366"/>
              </w:rPr>
              <w:t>The provision of reception and cashier duties, including ensuring that all monies received are correctly dealt with in accordance with the Councils Financial Regulations, dealing with public enquiries for information and requests to book Centre facilities and receiving deliveries of supplies and equipment and ensuring their safe storage.</w:t>
            </w:r>
          </w:p>
          <w:p w14:paraId="448A5E6B" w14:textId="77777777" w:rsidR="000F3249" w:rsidRPr="0066369C" w:rsidRDefault="000F3249" w:rsidP="006444E0">
            <w:pPr>
              <w:tabs>
                <w:tab w:val="left" w:pos="938"/>
              </w:tabs>
              <w:rPr>
                <w:color w:val="003366"/>
              </w:rPr>
            </w:pPr>
          </w:p>
        </w:tc>
      </w:tr>
      <w:tr w:rsidR="000F3249" w14:paraId="779F2655" w14:textId="77777777" w:rsidTr="006444E0">
        <w:trPr>
          <w:gridAfter w:val="2"/>
          <w:wAfter w:w="180" w:type="dxa"/>
          <w:jc w:val="center"/>
        </w:trPr>
        <w:tc>
          <w:tcPr>
            <w:tcW w:w="648" w:type="dxa"/>
            <w:gridSpan w:val="2"/>
            <w:hideMark/>
          </w:tcPr>
          <w:p w14:paraId="57812832" w14:textId="77777777" w:rsidR="000F3249" w:rsidRPr="0066369C" w:rsidRDefault="000F3249" w:rsidP="006444E0">
            <w:pPr>
              <w:rPr>
                <w:color w:val="003366"/>
              </w:rPr>
            </w:pPr>
            <w:r w:rsidRPr="0066369C">
              <w:rPr>
                <w:color w:val="003366"/>
              </w:rPr>
              <w:lastRenderedPageBreak/>
              <w:t>3.</w:t>
            </w:r>
          </w:p>
        </w:tc>
        <w:tc>
          <w:tcPr>
            <w:tcW w:w="9180" w:type="dxa"/>
            <w:gridSpan w:val="2"/>
          </w:tcPr>
          <w:p w14:paraId="10EFDEE2" w14:textId="77777777" w:rsidR="000F3249" w:rsidRPr="0066369C" w:rsidRDefault="000F3249" w:rsidP="006444E0">
            <w:pPr>
              <w:ind w:left="709" w:hanging="709"/>
              <w:jc w:val="both"/>
              <w:rPr>
                <w:color w:val="003366"/>
              </w:rPr>
            </w:pPr>
            <w:r w:rsidRPr="0066369C">
              <w:rPr>
                <w:color w:val="003366"/>
              </w:rPr>
              <w:t xml:space="preserve">Set up / Take down equipment for events / activities that all equipment is in safe working </w:t>
            </w:r>
          </w:p>
          <w:p w14:paraId="5D4639F9" w14:textId="13623066" w:rsidR="000F3249" w:rsidRPr="0066369C" w:rsidRDefault="000F3249" w:rsidP="006444E0">
            <w:pPr>
              <w:ind w:left="709" w:hanging="709"/>
              <w:jc w:val="both"/>
              <w:rPr>
                <w:color w:val="003366"/>
              </w:rPr>
            </w:pPr>
            <w:r w:rsidRPr="0066369C">
              <w:rPr>
                <w:color w:val="003366"/>
              </w:rPr>
              <w:t xml:space="preserve">Order and that health and safety procedures are </w:t>
            </w:r>
            <w:r w:rsidR="009260C5" w:rsidRPr="0066369C">
              <w:rPr>
                <w:color w:val="003366"/>
              </w:rPr>
              <w:t>always adhered to</w:t>
            </w:r>
            <w:r w:rsidRPr="0066369C">
              <w:rPr>
                <w:color w:val="003366"/>
              </w:rPr>
              <w:t xml:space="preserve"> having due regard </w:t>
            </w:r>
          </w:p>
          <w:p w14:paraId="6A2AF64C" w14:textId="77777777" w:rsidR="000F3249" w:rsidRPr="0066369C" w:rsidRDefault="000F3249" w:rsidP="006444E0">
            <w:pPr>
              <w:ind w:left="709" w:hanging="709"/>
              <w:jc w:val="both"/>
              <w:rPr>
                <w:color w:val="003366"/>
              </w:rPr>
            </w:pPr>
            <w:r w:rsidRPr="0066369C">
              <w:rPr>
                <w:color w:val="003366"/>
              </w:rPr>
              <w:t xml:space="preserve">To the safety of the public including checking and updating inventories and reporting all </w:t>
            </w:r>
          </w:p>
          <w:p w14:paraId="0D37B095" w14:textId="77777777" w:rsidR="000F3249" w:rsidRDefault="000F3249" w:rsidP="006444E0">
            <w:pPr>
              <w:ind w:left="709" w:hanging="709"/>
              <w:jc w:val="both"/>
              <w:rPr>
                <w:color w:val="003366"/>
              </w:rPr>
            </w:pPr>
            <w:r w:rsidRPr="0066369C">
              <w:rPr>
                <w:color w:val="003366"/>
              </w:rPr>
              <w:t>Damages and losses.</w:t>
            </w:r>
          </w:p>
          <w:p w14:paraId="2C7DF7FB" w14:textId="77777777" w:rsidR="000F3249" w:rsidRDefault="000F3249" w:rsidP="006444E0">
            <w:pPr>
              <w:ind w:left="709" w:hanging="709"/>
              <w:jc w:val="both"/>
              <w:rPr>
                <w:color w:val="003366"/>
              </w:rPr>
            </w:pPr>
          </w:p>
        </w:tc>
      </w:tr>
      <w:tr w:rsidR="000F3249" w14:paraId="72D5878F" w14:textId="77777777" w:rsidTr="006444E0">
        <w:trPr>
          <w:gridAfter w:val="2"/>
          <w:wAfter w:w="180" w:type="dxa"/>
          <w:jc w:val="center"/>
        </w:trPr>
        <w:tc>
          <w:tcPr>
            <w:tcW w:w="648" w:type="dxa"/>
            <w:gridSpan w:val="2"/>
            <w:hideMark/>
          </w:tcPr>
          <w:p w14:paraId="2F8E7607" w14:textId="77777777" w:rsidR="000F3249" w:rsidRDefault="000F3249" w:rsidP="006444E0">
            <w:pPr>
              <w:rPr>
                <w:color w:val="003366"/>
              </w:rPr>
            </w:pPr>
            <w:r>
              <w:rPr>
                <w:color w:val="003366"/>
              </w:rPr>
              <w:t>4.</w:t>
            </w:r>
          </w:p>
        </w:tc>
        <w:tc>
          <w:tcPr>
            <w:tcW w:w="9180" w:type="dxa"/>
            <w:gridSpan w:val="2"/>
          </w:tcPr>
          <w:p w14:paraId="0752BACC" w14:textId="77777777" w:rsidR="000F3249" w:rsidRDefault="000F3249" w:rsidP="006444E0">
            <w:pPr>
              <w:ind w:left="709" w:hanging="709"/>
              <w:jc w:val="both"/>
              <w:rPr>
                <w:color w:val="003366"/>
                <w:szCs w:val="20"/>
              </w:rPr>
            </w:pPr>
            <w:r>
              <w:rPr>
                <w:color w:val="003366"/>
                <w:szCs w:val="20"/>
              </w:rPr>
              <w:t>Maintain a professional and courteous approach to all users, ensuring that the uniform</w:t>
            </w:r>
          </w:p>
          <w:p w14:paraId="0BD4C5D5" w14:textId="20723822" w:rsidR="000F3249" w:rsidRDefault="000F3249" w:rsidP="006444E0">
            <w:pPr>
              <w:ind w:left="709" w:hanging="709"/>
              <w:jc w:val="both"/>
              <w:rPr>
                <w:color w:val="003366"/>
                <w:szCs w:val="20"/>
              </w:rPr>
            </w:pPr>
            <w:r>
              <w:rPr>
                <w:color w:val="003366"/>
                <w:szCs w:val="20"/>
              </w:rPr>
              <w:t xml:space="preserve">Provided is worn and is clean and tidy, </w:t>
            </w:r>
            <w:r w:rsidR="009260C5">
              <w:rPr>
                <w:color w:val="003366"/>
                <w:szCs w:val="20"/>
              </w:rPr>
              <w:t>always</w:t>
            </w:r>
            <w:r>
              <w:rPr>
                <w:color w:val="003366"/>
                <w:szCs w:val="20"/>
              </w:rPr>
              <w:t>.</w:t>
            </w:r>
          </w:p>
          <w:p w14:paraId="7CB625D0" w14:textId="77777777" w:rsidR="000F3249" w:rsidRDefault="000F3249" w:rsidP="006444E0">
            <w:pPr>
              <w:ind w:left="709" w:hanging="709"/>
              <w:jc w:val="both"/>
              <w:rPr>
                <w:color w:val="003366"/>
                <w:szCs w:val="20"/>
              </w:rPr>
            </w:pPr>
          </w:p>
        </w:tc>
      </w:tr>
      <w:tr w:rsidR="000F3249" w14:paraId="57B66023" w14:textId="77777777" w:rsidTr="006444E0">
        <w:trPr>
          <w:gridAfter w:val="2"/>
          <w:wAfter w:w="180" w:type="dxa"/>
          <w:jc w:val="center"/>
        </w:trPr>
        <w:tc>
          <w:tcPr>
            <w:tcW w:w="648" w:type="dxa"/>
            <w:gridSpan w:val="2"/>
            <w:hideMark/>
          </w:tcPr>
          <w:p w14:paraId="04BE617A" w14:textId="77777777" w:rsidR="000F3249" w:rsidRDefault="000F3249" w:rsidP="006444E0">
            <w:pPr>
              <w:rPr>
                <w:color w:val="003366"/>
              </w:rPr>
            </w:pPr>
            <w:r>
              <w:rPr>
                <w:color w:val="003366"/>
              </w:rPr>
              <w:t>5.</w:t>
            </w:r>
          </w:p>
        </w:tc>
        <w:tc>
          <w:tcPr>
            <w:tcW w:w="9180" w:type="dxa"/>
            <w:gridSpan w:val="2"/>
          </w:tcPr>
          <w:p w14:paraId="16AE47C9" w14:textId="77777777" w:rsidR="000F3249" w:rsidRDefault="000F3249" w:rsidP="006444E0">
            <w:pPr>
              <w:ind w:left="709" w:hanging="709"/>
              <w:jc w:val="both"/>
              <w:rPr>
                <w:color w:val="003366"/>
              </w:rPr>
            </w:pPr>
            <w:r>
              <w:rPr>
                <w:color w:val="003366"/>
              </w:rPr>
              <w:t>To ensure the premises are controlled and monitored to the required standard</w:t>
            </w:r>
          </w:p>
          <w:p w14:paraId="3704A1EB" w14:textId="77777777" w:rsidR="000F3249" w:rsidRDefault="000F3249" w:rsidP="006444E0">
            <w:pPr>
              <w:ind w:left="709" w:hanging="709"/>
              <w:jc w:val="both"/>
              <w:rPr>
                <w:color w:val="003366"/>
              </w:rPr>
            </w:pPr>
            <w:r>
              <w:rPr>
                <w:color w:val="003366"/>
              </w:rPr>
              <w:t>And ensuring compliance with Health &amp; Safety at work Regulations.</w:t>
            </w:r>
          </w:p>
          <w:p w14:paraId="47C47B2E" w14:textId="77777777" w:rsidR="000F3249" w:rsidRDefault="000F3249" w:rsidP="006444E0">
            <w:pPr>
              <w:rPr>
                <w:color w:val="003366"/>
              </w:rPr>
            </w:pPr>
          </w:p>
        </w:tc>
      </w:tr>
      <w:tr w:rsidR="000F3249" w14:paraId="2D08244A" w14:textId="77777777" w:rsidTr="006444E0">
        <w:trPr>
          <w:gridAfter w:val="1"/>
          <w:wAfter w:w="108" w:type="dxa"/>
          <w:jc w:val="center"/>
        </w:trPr>
        <w:tc>
          <w:tcPr>
            <w:tcW w:w="648" w:type="dxa"/>
            <w:gridSpan w:val="2"/>
            <w:hideMark/>
          </w:tcPr>
          <w:p w14:paraId="0A93030C" w14:textId="77777777" w:rsidR="000F3249" w:rsidRDefault="000F3249" w:rsidP="006444E0">
            <w:pPr>
              <w:rPr>
                <w:color w:val="003366"/>
              </w:rPr>
            </w:pPr>
            <w:r>
              <w:rPr>
                <w:color w:val="003366"/>
              </w:rPr>
              <w:t>6.</w:t>
            </w:r>
          </w:p>
        </w:tc>
        <w:tc>
          <w:tcPr>
            <w:tcW w:w="9252" w:type="dxa"/>
            <w:gridSpan w:val="3"/>
          </w:tcPr>
          <w:p w14:paraId="44E89F27" w14:textId="77777777" w:rsidR="000F3249" w:rsidRDefault="000F3249" w:rsidP="006444E0">
            <w:pPr>
              <w:ind w:left="709" w:hanging="709"/>
              <w:jc w:val="both"/>
              <w:rPr>
                <w:color w:val="003366"/>
              </w:rPr>
            </w:pPr>
            <w:r>
              <w:rPr>
                <w:color w:val="003366"/>
              </w:rPr>
              <w:t xml:space="preserve">To achievement and maintenance of the required standard of first aid proficiency </w:t>
            </w:r>
          </w:p>
          <w:p w14:paraId="136B861C" w14:textId="77777777" w:rsidR="000F3249" w:rsidRDefault="000F3249" w:rsidP="006444E0">
            <w:pPr>
              <w:ind w:left="709" w:hanging="709"/>
              <w:jc w:val="both"/>
              <w:rPr>
                <w:color w:val="003366"/>
              </w:rPr>
            </w:pPr>
            <w:r>
              <w:rPr>
                <w:color w:val="003366"/>
              </w:rPr>
              <w:t>And to attend such courses and meeting as deemed necessary.</w:t>
            </w:r>
          </w:p>
          <w:p w14:paraId="3000E2C3" w14:textId="3F8852CC" w:rsidR="006444E0" w:rsidRDefault="006444E0" w:rsidP="006444E0">
            <w:pPr>
              <w:ind w:left="709" w:hanging="709"/>
              <w:jc w:val="both"/>
              <w:rPr>
                <w:color w:val="003366"/>
              </w:rPr>
            </w:pPr>
          </w:p>
        </w:tc>
      </w:tr>
      <w:tr w:rsidR="000F3249" w14:paraId="6E43D491" w14:textId="77777777" w:rsidTr="006444E0">
        <w:trPr>
          <w:gridAfter w:val="1"/>
          <w:wAfter w:w="108" w:type="dxa"/>
          <w:jc w:val="center"/>
        </w:trPr>
        <w:tc>
          <w:tcPr>
            <w:tcW w:w="648" w:type="dxa"/>
            <w:gridSpan w:val="2"/>
            <w:hideMark/>
          </w:tcPr>
          <w:p w14:paraId="2C64EF5E" w14:textId="77777777" w:rsidR="000F3249" w:rsidRDefault="000F3249" w:rsidP="006444E0">
            <w:pPr>
              <w:rPr>
                <w:color w:val="003366"/>
              </w:rPr>
            </w:pPr>
            <w:r>
              <w:rPr>
                <w:color w:val="003366"/>
              </w:rPr>
              <w:t>7.</w:t>
            </w:r>
          </w:p>
        </w:tc>
        <w:tc>
          <w:tcPr>
            <w:tcW w:w="9252" w:type="dxa"/>
            <w:gridSpan w:val="3"/>
          </w:tcPr>
          <w:p w14:paraId="373FC3BD" w14:textId="77777777" w:rsidR="000F3249" w:rsidRDefault="000F3249" w:rsidP="006444E0">
            <w:pPr>
              <w:jc w:val="both"/>
              <w:rPr>
                <w:color w:val="003366"/>
              </w:rPr>
            </w:pPr>
            <w:r>
              <w:rPr>
                <w:color w:val="003366"/>
              </w:rPr>
              <w:t>The provision of ad hoc cleaning within the Centre and its surrounds as and</w:t>
            </w:r>
          </w:p>
          <w:p w14:paraId="6437DDE5" w14:textId="77777777" w:rsidR="000F3249" w:rsidRDefault="000F3249" w:rsidP="006444E0">
            <w:pPr>
              <w:jc w:val="both"/>
              <w:rPr>
                <w:color w:val="003366"/>
              </w:rPr>
            </w:pPr>
            <w:r>
              <w:rPr>
                <w:color w:val="003366"/>
              </w:rPr>
              <w:t>When required to ensure the building is and attractive to users</w:t>
            </w:r>
            <w:r w:rsidR="00EA3D81">
              <w:rPr>
                <w:color w:val="003366"/>
              </w:rPr>
              <w:t>.</w:t>
            </w:r>
          </w:p>
          <w:p w14:paraId="045C916E" w14:textId="4D6256EE" w:rsidR="006444E0" w:rsidRDefault="006444E0" w:rsidP="006444E0">
            <w:pPr>
              <w:jc w:val="both"/>
              <w:rPr>
                <w:color w:val="003366"/>
              </w:rPr>
            </w:pPr>
          </w:p>
        </w:tc>
      </w:tr>
      <w:tr w:rsidR="000F3249" w14:paraId="04C8F78A" w14:textId="77777777" w:rsidTr="006444E0">
        <w:trPr>
          <w:gridAfter w:val="1"/>
          <w:wAfter w:w="108" w:type="dxa"/>
          <w:jc w:val="center"/>
        </w:trPr>
        <w:tc>
          <w:tcPr>
            <w:tcW w:w="648" w:type="dxa"/>
            <w:gridSpan w:val="2"/>
            <w:shd w:val="clear" w:color="auto" w:fill="FFFFFF" w:themeFill="background1"/>
            <w:hideMark/>
          </w:tcPr>
          <w:p w14:paraId="3B3EB3F0" w14:textId="77777777" w:rsidR="000F3249" w:rsidRDefault="000F3249" w:rsidP="006444E0">
            <w:pPr>
              <w:rPr>
                <w:color w:val="003366"/>
              </w:rPr>
            </w:pPr>
            <w:r>
              <w:rPr>
                <w:color w:val="003366"/>
              </w:rPr>
              <w:t>8.</w:t>
            </w:r>
          </w:p>
        </w:tc>
        <w:tc>
          <w:tcPr>
            <w:tcW w:w="9252" w:type="dxa"/>
            <w:gridSpan w:val="3"/>
            <w:shd w:val="clear" w:color="auto" w:fill="FFFFFF" w:themeFill="background1"/>
          </w:tcPr>
          <w:p w14:paraId="6F89E25D" w14:textId="77777777" w:rsidR="000F3249" w:rsidRDefault="000F3249" w:rsidP="006444E0">
            <w:pPr>
              <w:rPr>
                <w:color w:val="003366"/>
              </w:rPr>
            </w:pPr>
            <w:r>
              <w:rPr>
                <w:color w:val="003366"/>
              </w:rPr>
              <w:t xml:space="preserve">To assist in the development/ promotion/ organisation of events/activities of the Centre to </w:t>
            </w:r>
          </w:p>
          <w:p w14:paraId="152E3A07" w14:textId="28F65312" w:rsidR="000F3249" w:rsidRDefault="000F3249" w:rsidP="006444E0">
            <w:pPr>
              <w:rPr>
                <w:color w:val="003366"/>
              </w:rPr>
            </w:pPr>
            <w:r>
              <w:rPr>
                <w:color w:val="003366"/>
              </w:rPr>
              <w:t xml:space="preserve">The local community.                                                           </w:t>
            </w:r>
          </w:p>
          <w:p w14:paraId="2974E6DA" w14:textId="77777777" w:rsidR="000F3249" w:rsidRDefault="000F3249" w:rsidP="006444E0">
            <w:pPr>
              <w:rPr>
                <w:color w:val="003366"/>
              </w:rPr>
            </w:pPr>
          </w:p>
        </w:tc>
      </w:tr>
      <w:tr w:rsidR="000F3249" w14:paraId="66FDA85C" w14:textId="77777777" w:rsidTr="006444E0">
        <w:trPr>
          <w:gridAfter w:val="1"/>
          <w:wAfter w:w="108" w:type="dxa"/>
          <w:jc w:val="center"/>
        </w:trPr>
        <w:tc>
          <w:tcPr>
            <w:tcW w:w="648" w:type="dxa"/>
            <w:gridSpan w:val="2"/>
            <w:hideMark/>
          </w:tcPr>
          <w:p w14:paraId="2CCD2168" w14:textId="77777777" w:rsidR="000F3249" w:rsidRDefault="000F3249" w:rsidP="006444E0">
            <w:pPr>
              <w:rPr>
                <w:color w:val="003366"/>
              </w:rPr>
            </w:pPr>
            <w:r>
              <w:rPr>
                <w:color w:val="003366"/>
              </w:rPr>
              <w:t>9.</w:t>
            </w:r>
          </w:p>
        </w:tc>
        <w:tc>
          <w:tcPr>
            <w:tcW w:w="9252" w:type="dxa"/>
            <w:gridSpan w:val="3"/>
            <w:hideMark/>
          </w:tcPr>
          <w:p w14:paraId="163D1FEF" w14:textId="77777777" w:rsidR="000F3249" w:rsidRDefault="000F3249" w:rsidP="006444E0">
            <w:pPr>
              <w:rPr>
                <w:color w:val="003366"/>
              </w:rPr>
            </w:pPr>
            <w:r>
              <w:rPr>
                <w:color w:val="003366"/>
              </w:rPr>
              <w:t>To undertake other duties not specified above which are appropriate to the level and general responsibilities of the post.</w:t>
            </w:r>
          </w:p>
          <w:p w14:paraId="54875611" w14:textId="77777777" w:rsidR="006444E0" w:rsidRDefault="006444E0" w:rsidP="006444E0">
            <w:pPr>
              <w:rPr>
                <w:color w:val="003366"/>
              </w:rPr>
            </w:pPr>
          </w:p>
        </w:tc>
      </w:tr>
      <w:tr w:rsidR="000F3249" w14:paraId="24521E34" w14:textId="77777777" w:rsidTr="006444E0">
        <w:tblPrEx>
          <w:jc w:val="left"/>
        </w:tblPrEx>
        <w:trPr>
          <w:gridBefore w:val="1"/>
          <w:wBefore w:w="108" w:type="dxa"/>
        </w:trPr>
        <w:tc>
          <w:tcPr>
            <w:tcW w:w="648" w:type="dxa"/>
            <w:gridSpan w:val="2"/>
            <w:hideMark/>
          </w:tcPr>
          <w:p w14:paraId="18A2D599" w14:textId="68538CCE" w:rsidR="000F3249" w:rsidRDefault="000F3249">
            <w:pPr>
              <w:rPr>
                <w:rFonts w:cs="Times New Roman"/>
                <w:color w:val="003366"/>
              </w:rPr>
            </w:pPr>
            <w:r>
              <w:rPr>
                <w:color w:val="003366"/>
              </w:rPr>
              <w:t>10.</w:t>
            </w:r>
          </w:p>
        </w:tc>
        <w:tc>
          <w:tcPr>
            <w:tcW w:w="9252" w:type="dxa"/>
            <w:gridSpan w:val="3"/>
          </w:tcPr>
          <w:p w14:paraId="3C625B37" w14:textId="7DD454D9" w:rsidR="000F3249" w:rsidRDefault="000F3249" w:rsidP="00B34333">
            <w:pPr>
              <w:pStyle w:val="BodyTextIndent"/>
              <w:ind w:left="0"/>
              <w:rPr>
                <w:color w:val="003366"/>
              </w:rPr>
            </w:pPr>
            <w:r>
              <w:rPr>
                <w:color w:val="003366"/>
              </w:rPr>
              <w:t>Assist in the development/promotion/organisation of events/activities at any establishment or and centrally controlled function if required.</w:t>
            </w:r>
          </w:p>
        </w:tc>
      </w:tr>
      <w:tr w:rsidR="000F3249" w14:paraId="15EA0689" w14:textId="77777777" w:rsidTr="006444E0">
        <w:tblPrEx>
          <w:jc w:val="left"/>
        </w:tblPrEx>
        <w:trPr>
          <w:gridBefore w:val="1"/>
          <w:wBefore w:w="108" w:type="dxa"/>
        </w:trPr>
        <w:tc>
          <w:tcPr>
            <w:tcW w:w="648" w:type="dxa"/>
            <w:gridSpan w:val="2"/>
          </w:tcPr>
          <w:p w14:paraId="7D5D86D4" w14:textId="77777777" w:rsidR="000F3249" w:rsidRDefault="000F3249">
            <w:pPr>
              <w:rPr>
                <w:color w:val="003366"/>
              </w:rPr>
            </w:pPr>
          </w:p>
        </w:tc>
        <w:tc>
          <w:tcPr>
            <w:tcW w:w="9252" w:type="dxa"/>
            <w:gridSpan w:val="3"/>
          </w:tcPr>
          <w:p w14:paraId="080A8056" w14:textId="77777777" w:rsidR="000F3249" w:rsidRDefault="000F3249">
            <w:pPr>
              <w:tabs>
                <w:tab w:val="left" w:pos="904"/>
              </w:tabs>
              <w:rPr>
                <w:color w:val="003366"/>
              </w:rPr>
            </w:pPr>
          </w:p>
        </w:tc>
      </w:tr>
      <w:tr w:rsidR="000F3249" w14:paraId="0EDF2B38" w14:textId="77777777" w:rsidTr="006444E0">
        <w:tblPrEx>
          <w:jc w:val="left"/>
        </w:tblPrEx>
        <w:trPr>
          <w:gridBefore w:val="1"/>
          <w:wBefore w:w="108" w:type="dxa"/>
        </w:trPr>
        <w:tc>
          <w:tcPr>
            <w:tcW w:w="648" w:type="dxa"/>
            <w:gridSpan w:val="2"/>
            <w:hideMark/>
          </w:tcPr>
          <w:p w14:paraId="4E097E73" w14:textId="77777777" w:rsidR="000F3249" w:rsidRDefault="000F3249">
            <w:pPr>
              <w:rPr>
                <w:color w:val="003366"/>
              </w:rPr>
            </w:pPr>
            <w:r>
              <w:rPr>
                <w:color w:val="003366"/>
              </w:rPr>
              <w:lastRenderedPageBreak/>
              <w:t>11.</w:t>
            </w:r>
          </w:p>
        </w:tc>
        <w:tc>
          <w:tcPr>
            <w:tcW w:w="9252" w:type="dxa"/>
            <w:gridSpan w:val="3"/>
          </w:tcPr>
          <w:p w14:paraId="5D44E2F5" w14:textId="77777777" w:rsidR="000F3249" w:rsidRDefault="000F3249">
            <w:pPr>
              <w:jc w:val="both"/>
              <w:rPr>
                <w:color w:val="003366"/>
              </w:rPr>
            </w:pPr>
            <w:r>
              <w:rPr>
                <w:color w:val="003366"/>
              </w:rPr>
              <w:t>Not to divulge sensitive information to persons not in the employ of the council.</w:t>
            </w:r>
          </w:p>
          <w:p w14:paraId="36C3C166" w14:textId="77777777" w:rsidR="000F3249" w:rsidRDefault="000F3249">
            <w:pPr>
              <w:jc w:val="both"/>
              <w:rPr>
                <w:color w:val="003366"/>
              </w:rPr>
            </w:pPr>
          </w:p>
        </w:tc>
      </w:tr>
      <w:tr w:rsidR="000F3249" w14:paraId="590469D0" w14:textId="77777777" w:rsidTr="006444E0">
        <w:tblPrEx>
          <w:jc w:val="left"/>
        </w:tblPrEx>
        <w:trPr>
          <w:gridBefore w:val="1"/>
          <w:wBefore w:w="108" w:type="dxa"/>
        </w:trPr>
        <w:tc>
          <w:tcPr>
            <w:tcW w:w="648" w:type="dxa"/>
            <w:gridSpan w:val="2"/>
            <w:hideMark/>
          </w:tcPr>
          <w:p w14:paraId="2289A98F" w14:textId="77777777" w:rsidR="000F3249" w:rsidRDefault="000F3249">
            <w:pPr>
              <w:rPr>
                <w:color w:val="003366"/>
              </w:rPr>
            </w:pPr>
            <w:r>
              <w:rPr>
                <w:color w:val="003366"/>
              </w:rPr>
              <w:t>12.</w:t>
            </w:r>
          </w:p>
        </w:tc>
        <w:tc>
          <w:tcPr>
            <w:tcW w:w="9252" w:type="dxa"/>
            <w:gridSpan w:val="3"/>
          </w:tcPr>
          <w:p w14:paraId="163A9EDB" w14:textId="77777777" w:rsidR="000F3249" w:rsidRDefault="000F3249">
            <w:pPr>
              <w:jc w:val="both"/>
              <w:rPr>
                <w:color w:val="003366"/>
              </w:rPr>
            </w:pPr>
            <w:r>
              <w:rPr>
                <w:color w:val="003366"/>
              </w:rPr>
              <w:t>Take all reasonable steps to comply with Health and Safety legislation and Codes of Practice.</w:t>
            </w:r>
          </w:p>
          <w:p w14:paraId="61ECEB1C" w14:textId="77777777" w:rsidR="000F3249" w:rsidRDefault="000F3249">
            <w:pPr>
              <w:rPr>
                <w:color w:val="003366"/>
              </w:rPr>
            </w:pPr>
          </w:p>
        </w:tc>
      </w:tr>
    </w:tbl>
    <w:p w14:paraId="195C25D5" w14:textId="77777777" w:rsidR="000F3249" w:rsidRDefault="000F3249" w:rsidP="000F3249">
      <w:pPr>
        <w:shd w:val="clear" w:color="auto" w:fill="E6E6E6"/>
        <w:rPr>
          <w:rFonts w:ascii="Century Gothic" w:hAnsi="Century Gothic" w:cs="Arial"/>
          <w:b/>
          <w:color w:val="003366"/>
          <w:sz w:val="20"/>
        </w:rPr>
      </w:pPr>
    </w:p>
    <w:p w14:paraId="7F242AFA" w14:textId="77777777" w:rsidR="000F3249" w:rsidRDefault="000F3249" w:rsidP="000F3249">
      <w:pPr>
        <w:shd w:val="clear" w:color="auto" w:fill="E6E6E6"/>
        <w:rPr>
          <w:rFonts w:cs="Arial"/>
          <w:b/>
          <w:color w:val="003366"/>
        </w:rPr>
      </w:pPr>
      <w:r>
        <w:rPr>
          <w:rFonts w:cs="Arial"/>
          <w:b/>
          <w:color w:val="003366"/>
        </w:rPr>
        <w:t>Operational Responsibilities:</w:t>
      </w:r>
    </w:p>
    <w:p w14:paraId="2991A76B" w14:textId="77777777" w:rsidR="000F3249" w:rsidRDefault="000F3249" w:rsidP="000F3249">
      <w:pPr>
        <w:rPr>
          <w:rFonts w:cs="Arial"/>
          <w:b/>
          <w:color w:val="003366"/>
        </w:rPr>
      </w:pPr>
    </w:p>
    <w:tbl>
      <w:tblPr>
        <w:tblW w:w="9900" w:type="dxa"/>
        <w:tblInd w:w="108" w:type="dxa"/>
        <w:tblLayout w:type="fixed"/>
        <w:tblLook w:val="04A0" w:firstRow="1" w:lastRow="0" w:firstColumn="1" w:lastColumn="0" w:noHBand="0" w:noVBand="1"/>
      </w:tblPr>
      <w:tblGrid>
        <w:gridCol w:w="648"/>
        <w:gridCol w:w="9180"/>
        <w:gridCol w:w="72"/>
      </w:tblGrid>
      <w:tr w:rsidR="000F3249" w14:paraId="7BBAFF6C" w14:textId="77777777">
        <w:tc>
          <w:tcPr>
            <w:tcW w:w="648" w:type="dxa"/>
            <w:hideMark/>
          </w:tcPr>
          <w:p w14:paraId="53D06B3E" w14:textId="77777777" w:rsidR="000F3249" w:rsidRDefault="000F3249">
            <w:pPr>
              <w:rPr>
                <w:rFonts w:cs="Arial"/>
                <w:color w:val="003366"/>
              </w:rPr>
            </w:pPr>
            <w:r>
              <w:rPr>
                <w:rFonts w:cs="Arial"/>
                <w:color w:val="003366"/>
              </w:rPr>
              <w:t>13.</w:t>
            </w:r>
          </w:p>
        </w:tc>
        <w:tc>
          <w:tcPr>
            <w:tcW w:w="9252" w:type="dxa"/>
            <w:gridSpan w:val="2"/>
          </w:tcPr>
          <w:p w14:paraId="7DAF0C47" w14:textId="6701B873" w:rsidR="000F3249" w:rsidRDefault="000F3249">
            <w:pPr>
              <w:ind w:left="709" w:hanging="709"/>
              <w:rPr>
                <w:rFonts w:cs="Arial"/>
                <w:color w:val="003366"/>
              </w:rPr>
            </w:pPr>
            <w:r>
              <w:rPr>
                <w:rFonts w:cs="Arial"/>
                <w:color w:val="003366"/>
              </w:rPr>
              <w:t>Ensure that high standards of hygiene and cleanliness are achieved and maintained</w:t>
            </w:r>
            <w:r w:rsidR="00174758">
              <w:rPr>
                <w:rFonts w:cs="Arial"/>
                <w:color w:val="003366"/>
              </w:rPr>
              <w:t>.</w:t>
            </w:r>
          </w:p>
          <w:p w14:paraId="3F76E911" w14:textId="10BA7E94" w:rsidR="000F3249" w:rsidRDefault="000F3249">
            <w:pPr>
              <w:ind w:left="709" w:hanging="709"/>
              <w:rPr>
                <w:rFonts w:cs="Arial"/>
                <w:color w:val="003366"/>
              </w:rPr>
            </w:pPr>
            <w:r>
              <w:rPr>
                <w:rFonts w:cs="Arial"/>
                <w:color w:val="003366"/>
              </w:rPr>
              <w:t xml:space="preserve">Throughout the building, reporting any unclean or badly cleansed areas to the </w:t>
            </w:r>
            <w:r w:rsidR="00174758">
              <w:rPr>
                <w:rFonts w:cs="Arial"/>
                <w:color w:val="003366"/>
              </w:rPr>
              <w:t>operation</w:t>
            </w:r>
            <w:r w:rsidR="0043093C">
              <w:rPr>
                <w:rFonts w:cs="Arial"/>
                <w:color w:val="003366"/>
              </w:rPr>
              <w:t>s</w:t>
            </w:r>
          </w:p>
          <w:p w14:paraId="2F5C1C6B" w14:textId="341966D4" w:rsidR="000F3249" w:rsidRDefault="000F3249" w:rsidP="006B262E">
            <w:pPr>
              <w:ind w:left="709" w:hanging="709"/>
              <w:rPr>
                <w:rFonts w:cs="Arial"/>
                <w:color w:val="003366"/>
                <w:szCs w:val="24"/>
              </w:rPr>
            </w:pPr>
            <w:r>
              <w:rPr>
                <w:rFonts w:cs="Arial"/>
                <w:color w:val="003366"/>
              </w:rPr>
              <w:t xml:space="preserve">Manager. </w:t>
            </w:r>
          </w:p>
        </w:tc>
      </w:tr>
      <w:tr w:rsidR="000F3249" w14:paraId="3D17BFCA" w14:textId="77777777">
        <w:trPr>
          <w:gridAfter w:val="1"/>
          <w:wAfter w:w="72" w:type="dxa"/>
        </w:trPr>
        <w:tc>
          <w:tcPr>
            <w:tcW w:w="648" w:type="dxa"/>
            <w:hideMark/>
          </w:tcPr>
          <w:p w14:paraId="4FE5C82C" w14:textId="77777777" w:rsidR="000F3249" w:rsidRDefault="000F3249">
            <w:pPr>
              <w:rPr>
                <w:rFonts w:cs="Times New Roman"/>
                <w:color w:val="003366"/>
              </w:rPr>
            </w:pPr>
            <w:r>
              <w:rPr>
                <w:color w:val="003366"/>
              </w:rPr>
              <w:t>14.</w:t>
            </w:r>
          </w:p>
        </w:tc>
        <w:tc>
          <w:tcPr>
            <w:tcW w:w="9180" w:type="dxa"/>
          </w:tcPr>
          <w:p w14:paraId="6B8A8B88" w14:textId="3F2A8329" w:rsidR="000F3249" w:rsidRDefault="000F3249" w:rsidP="0043093C">
            <w:pPr>
              <w:rPr>
                <w:color w:val="003366"/>
                <w:szCs w:val="24"/>
              </w:rPr>
            </w:pPr>
            <w:r>
              <w:rPr>
                <w:color w:val="003366"/>
              </w:rPr>
              <w:t>Regularly communication with customers to ensure that provision and service are as required.</w:t>
            </w:r>
          </w:p>
        </w:tc>
      </w:tr>
    </w:tbl>
    <w:p w14:paraId="53258B10" w14:textId="77777777" w:rsidR="000F3249" w:rsidRDefault="000F3249" w:rsidP="000F3249">
      <w:pPr>
        <w:shd w:val="clear" w:color="auto" w:fill="FFFFFF"/>
        <w:rPr>
          <w:rFonts w:ascii="Century Gothic" w:hAnsi="Century Gothic" w:cs="Arial"/>
          <w:b/>
          <w:bCs/>
          <w:color w:val="003366"/>
          <w:sz w:val="20"/>
        </w:rPr>
      </w:pPr>
    </w:p>
    <w:p w14:paraId="6254C71E" w14:textId="77777777" w:rsidR="000F3249" w:rsidRDefault="000F3249" w:rsidP="000F3249">
      <w:pPr>
        <w:shd w:val="clear" w:color="auto" w:fill="E6E6E6"/>
        <w:rPr>
          <w:rFonts w:cs="Arial"/>
          <w:color w:val="003366"/>
        </w:rPr>
      </w:pPr>
      <w:r>
        <w:rPr>
          <w:rFonts w:cs="Arial"/>
          <w:b/>
          <w:bCs/>
          <w:color w:val="003366"/>
        </w:rPr>
        <w:t xml:space="preserve">Methods of Working: </w:t>
      </w:r>
      <w:r>
        <w:rPr>
          <w:rFonts w:cs="Arial"/>
          <w:b/>
          <w:bCs/>
          <w:color w:val="003366"/>
        </w:rPr>
        <w:tab/>
      </w:r>
      <w:r>
        <w:rPr>
          <w:rFonts w:cs="Arial"/>
          <w:color w:val="003366"/>
        </w:rPr>
        <w:t>The post holder will be expected to:</w:t>
      </w:r>
    </w:p>
    <w:p w14:paraId="6967AFB9" w14:textId="77777777" w:rsidR="000F3249" w:rsidRDefault="000F3249" w:rsidP="000F3249">
      <w:pPr>
        <w:shd w:val="clear" w:color="auto" w:fill="FFFFFF"/>
        <w:rPr>
          <w:rFonts w:cs="Arial"/>
          <w:color w:val="003366"/>
        </w:rPr>
      </w:pPr>
    </w:p>
    <w:tbl>
      <w:tblPr>
        <w:tblW w:w="9900" w:type="dxa"/>
        <w:tblInd w:w="108" w:type="dxa"/>
        <w:tblLayout w:type="fixed"/>
        <w:tblLook w:val="04A0" w:firstRow="1" w:lastRow="0" w:firstColumn="1" w:lastColumn="0" w:noHBand="0" w:noVBand="1"/>
      </w:tblPr>
      <w:tblGrid>
        <w:gridCol w:w="648"/>
        <w:gridCol w:w="9252"/>
      </w:tblGrid>
      <w:tr w:rsidR="000F3249" w14:paraId="1378A20A" w14:textId="77777777">
        <w:tc>
          <w:tcPr>
            <w:tcW w:w="648" w:type="dxa"/>
            <w:hideMark/>
          </w:tcPr>
          <w:p w14:paraId="49CD46A4" w14:textId="77777777" w:rsidR="000F3249" w:rsidRDefault="000F3249">
            <w:pPr>
              <w:rPr>
                <w:rFonts w:cs="Times New Roman"/>
                <w:color w:val="003366"/>
              </w:rPr>
            </w:pPr>
            <w:r>
              <w:rPr>
                <w:color w:val="003366"/>
              </w:rPr>
              <w:t>16.</w:t>
            </w:r>
          </w:p>
        </w:tc>
        <w:tc>
          <w:tcPr>
            <w:tcW w:w="9252" w:type="dxa"/>
          </w:tcPr>
          <w:p w14:paraId="3D9836BC" w14:textId="154D4134" w:rsidR="000F3249" w:rsidRDefault="000F3249" w:rsidP="00EA3D81">
            <w:pPr>
              <w:rPr>
                <w:color w:val="003366"/>
              </w:rPr>
            </w:pPr>
            <w:r>
              <w:rPr>
                <w:bCs/>
                <w:color w:val="003366"/>
              </w:rPr>
              <w:t>Adopt a participative style of working, underpinned by strong interpersonal skills that encourage, create and maintain a vibrant and effective workforce.</w:t>
            </w:r>
          </w:p>
        </w:tc>
      </w:tr>
      <w:tr w:rsidR="000F3249" w14:paraId="3424D5F1" w14:textId="77777777">
        <w:tc>
          <w:tcPr>
            <w:tcW w:w="648" w:type="dxa"/>
            <w:hideMark/>
          </w:tcPr>
          <w:p w14:paraId="15ED2803" w14:textId="77777777" w:rsidR="000F3249" w:rsidRDefault="000F3249">
            <w:pPr>
              <w:rPr>
                <w:color w:val="003366"/>
              </w:rPr>
            </w:pPr>
            <w:r>
              <w:rPr>
                <w:color w:val="003366"/>
              </w:rPr>
              <w:t>17.</w:t>
            </w:r>
          </w:p>
        </w:tc>
        <w:tc>
          <w:tcPr>
            <w:tcW w:w="9252" w:type="dxa"/>
          </w:tcPr>
          <w:p w14:paraId="0844029C" w14:textId="18D7D60F" w:rsidR="000F3249" w:rsidRDefault="000F3249" w:rsidP="00EA3D81">
            <w:pPr>
              <w:rPr>
                <w:color w:val="003366"/>
              </w:rPr>
            </w:pPr>
            <w:r>
              <w:rPr>
                <w:bCs/>
                <w:color w:val="003366"/>
              </w:rPr>
              <w:t>Exhibit the highest standards of professional behaviour, creating harmonious working relationships across all areas based on mutual trust and respect.</w:t>
            </w:r>
          </w:p>
        </w:tc>
      </w:tr>
      <w:tr w:rsidR="000F3249" w14:paraId="1A696419" w14:textId="77777777">
        <w:tc>
          <w:tcPr>
            <w:tcW w:w="648" w:type="dxa"/>
            <w:hideMark/>
          </w:tcPr>
          <w:p w14:paraId="04304C08" w14:textId="77777777" w:rsidR="000F3249" w:rsidRDefault="000F3249">
            <w:pPr>
              <w:rPr>
                <w:color w:val="003366"/>
              </w:rPr>
            </w:pPr>
            <w:r>
              <w:rPr>
                <w:color w:val="003366"/>
              </w:rPr>
              <w:t>18.</w:t>
            </w:r>
          </w:p>
        </w:tc>
        <w:tc>
          <w:tcPr>
            <w:tcW w:w="9252" w:type="dxa"/>
          </w:tcPr>
          <w:p w14:paraId="0FBAFA8A" w14:textId="77777777" w:rsidR="000F3249" w:rsidRDefault="000F3249" w:rsidP="0043093C">
            <w:pPr>
              <w:rPr>
                <w:bCs/>
                <w:color w:val="003366"/>
              </w:rPr>
            </w:pPr>
            <w:r>
              <w:rPr>
                <w:bCs/>
                <w:color w:val="003366"/>
              </w:rPr>
              <w:t>Undertake any necessary training associated with the duties of the post.</w:t>
            </w:r>
          </w:p>
          <w:p w14:paraId="046CBD6B" w14:textId="77777777" w:rsidR="00A42822" w:rsidRDefault="00A42822" w:rsidP="0043093C">
            <w:pPr>
              <w:rPr>
                <w:bCs/>
                <w:color w:val="003366"/>
              </w:rPr>
            </w:pPr>
          </w:p>
          <w:p w14:paraId="7ED15CAE" w14:textId="77777777" w:rsidR="00A42822" w:rsidRDefault="00A42822" w:rsidP="0043093C">
            <w:pPr>
              <w:rPr>
                <w:bCs/>
                <w:color w:val="003366"/>
              </w:rPr>
            </w:pPr>
          </w:p>
          <w:p w14:paraId="09575ABF" w14:textId="77777777" w:rsidR="003A7F84" w:rsidRDefault="003A7F84" w:rsidP="0043093C">
            <w:pPr>
              <w:rPr>
                <w:color w:val="003366"/>
              </w:rPr>
            </w:pPr>
          </w:p>
          <w:p w14:paraId="176F60EA" w14:textId="77777777" w:rsidR="00A42822" w:rsidRDefault="00A42822" w:rsidP="0043093C">
            <w:pPr>
              <w:rPr>
                <w:color w:val="003366"/>
              </w:rPr>
            </w:pPr>
          </w:p>
          <w:p w14:paraId="5231C2BC" w14:textId="77777777" w:rsidR="00A42822" w:rsidRDefault="00A42822" w:rsidP="0043093C">
            <w:pPr>
              <w:rPr>
                <w:color w:val="003366"/>
              </w:rPr>
            </w:pPr>
          </w:p>
          <w:p w14:paraId="73F6CF2D" w14:textId="77777777" w:rsidR="00A42822" w:rsidRDefault="00A42822" w:rsidP="0043093C">
            <w:pPr>
              <w:rPr>
                <w:color w:val="003366"/>
              </w:rPr>
            </w:pPr>
          </w:p>
          <w:p w14:paraId="2445876F" w14:textId="449430D2" w:rsidR="00A42822" w:rsidRDefault="00A42822" w:rsidP="0043093C">
            <w:pPr>
              <w:rPr>
                <w:color w:val="003366"/>
              </w:rPr>
            </w:pPr>
          </w:p>
        </w:tc>
      </w:tr>
    </w:tbl>
    <w:p w14:paraId="5831E474" w14:textId="1DBE89DE" w:rsidR="000F3249" w:rsidRDefault="00107B5A" w:rsidP="000F3249">
      <w:pPr>
        <w:pStyle w:val="Heading1"/>
        <w:rPr>
          <w:rFonts w:ascii="Century Gothic" w:hAnsi="Century Gothic"/>
          <w:color w:val="003366"/>
          <w:sz w:val="20"/>
        </w:rPr>
      </w:pPr>
      <w:r w:rsidRPr="007E3D52">
        <w:rPr>
          <w:rFonts w:ascii="Century Gothic" w:eastAsia="Times New Roman" w:hAnsi="Century Gothic" w:cs="Arial"/>
          <w:noProof/>
          <w:color w:val="003366"/>
          <w:sz w:val="20"/>
          <w:lang w:val="en-US"/>
        </w:rPr>
        <w:lastRenderedPageBreak/>
        <mc:AlternateContent>
          <mc:Choice Requires="wps">
            <w:drawing>
              <wp:anchor distT="0" distB="0" distL="114300" distR="114300" simplePos="0" relativeHeight="251672064" behindDoc="0" locked="0" layoutInCell="1" allowOverlap="1" wp14:anchorId="1068A052" wp14:editId="31BBBACD">
                <wp:simplePos x="0" y="0"/>
                <wp:positionH relativeFrom="margin">
                  <wp:align>center</wp:align>
                </wp:positionH>
                <wp:positionV relativeFrom="paragraph">
                  <wp:posOffset>5715</wp:posOffset>
                </wp:positionV>
                <wp:extent cx="1784350" cy="488950"/>
                <wp:effectExtent l="0" t="0" r="25400" b="25400"/>
                <wp:wrapNone/>
                <wp:docPr id="16213983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488950"/>
                        </a:xfrm>
                        <a:prstGeom prst="rect">
                          <a:avLst/>
                        </a:prstGeom>
                        <a:solidFill>
                          <a:srgbClr val="006699"/>
                        </a:solidFill>
                        <a:ln w="9525">
                          <a:solidFill>
                            <a:srgbClr val="006699"/>
                          </a:solidFill>
                          <a:miter lim="800000"/>
                          <a:headEnd/>
                          <a:tailEnd/>
                        </a:ln>
                      </wps:spPr>
                      <wps:txbx>
                        <w:txbxContent>
                          <w:p w14:paraId="212A5BF6" w14:textId="77777777" w:rsidR="00B65812" w:rsidRDefault="00B65812" w:rsidP="00B65812">
                            <w:pPr>
                              <w:pStyle w:val="Heading5"/>
                              <w:jc w:val="center"/>
                              <w:rPr>
                                <w:rFonts w:ascii="Century Gothic" w:hAnsi="Century Gothic"/>
                                <w:bCs/>
                                <w:color w:val="FFFFFF"/>
                              </w:rPr>
                            </w:pPr>
                            <w:r>
                              <w:rPr>
                                <w:rFonts w:ascii="Century Gothic" w:hAnsi="Century Gothic"/>
                                <w:bCs/>
                                <w:color w:val="FFFFFF"/>
                              </w:rPr>
                              <w:t>Person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8A052" id="Rectangle 4" o:spid="_x0000_s1030" style="position:absolute;margin-left:0;margin-top:.45pt;width:140.5pt;height:38.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" fillcolor="#069" strokecolor="#069">
                <v:textbox>
                  <w:txbxContent>
                    <w:p w14:paraId="212A5BF6" w14:textId="77777777" w:rsidR="00B65812" w:rsidRDefault="00B65812" w:rsidP="00B65812">
                      <w:pPr>
                        <w:pStyle w:val="Heading5"/>
                        <w:jc w:val="center"/>
                        <w:rPr>
                          <w:rFonts w:ascii="Century Gothic" w:hAnsi="Century Gothic"/>
                          <w:bCs/>
                          <w:color w:val="FFFFFF"/>
                        </w:rPr>
                      </w:pPr>
                      <w:r>
                        <w:rPr>
                          <w:rFonts w:ascii="Century Gothic" w:hAnsi="Century Gothic"/>
                          <w:bCs/>
                          <w:color w:val="FFFFFF"/>
                        </w:rPr>
                        <w:t>Person Specification</w:t>
                      </w:r>
                    </w:p>
                  </w:txbxContent>
                </v:textbox>
                <w10:wrap anchorx="margin"/>
              </v:rect>
            </w:pict>
          </mc:Fallback>
        </mc:AlternateContent>
      </w:r>
    </w:p>
    <w:p w14:paraId="11B629AA" w14:textId="57100C8E" w:rsidR="00B65812" w:rsidRDefault="00B65812" w:rsidP="00434535">
      <w:r>
        <w:tab/>
      </w:r>
      <w:r>
        <w:tab/>
      </w:r>
      <w:r>
        <w:tab/>
      </w:r>
      <w:r>
        <w:tab/>
      </w:r>
      <w:r>
        <w:tab/>
      </w:r>
      <w:r>
        <w:tab/>
      </w:r>
    </w:p>
    <w:p w14:paraId="43701DC3" w14:textId="0DBFCA07" w:rsidR="00434535" w:rsidRDefault="00B65812" w:rsidP="00434535">
      <w:r>
        <w:tab/>
      </w:r>
    </w:p>
    <w:p w14:paraId="1208D827" w14:textId="0F2B7E55" w:rsidR="00B421F7" w:rsidRDefault="00B65812" w:rsidP="00B421F7">
      <w:pPr>
        <w:spacing w:after="0" w:line="240" w:lineRule="auto"/>
        <w:ind w:hanging="1080"/>
        <w:rPr>
          <w:rFonts w:ascii="Century Gothic" w:eastAsia="Times New Roman" w:hAnsi="Century Gothic" w:cs="Arial"/>
          <w:color w:val="003366"/>
          <w:sz w:val="20"/>
        </w:rPr>
      </w:pPr>
      <w:r>
        <w:rPr>
          <w:rFonts w:ascii="Century Gothic" w:eastAsia="Times New Roman" w:hAnsi="Century Gothic" w:cs="Arial"/>
          <w:color w:val="003366"/>
          <w:sz w:val="20"/>
        </w:rPr>
        <w:t xml:space="preserve">                    </w:t>
      </w:r>
      <w:r w:rsidR="00B421F7">
        <w:rPr>
          <w:rFonts w:ascii="Century Gothic" w:eastAsia="Times New Roman" w:hAnsi="Century Gothic" w:cs="Arial"/>
          <w:color w:val="003366"/>
          <w:sz w:val="20"/>
        </w:rPr>
        <w:t>Post:  Casual Operations Assistant</w:t>
      </w:r>
    </w:p>
    <w:p w14:paraId="7858FFE5" w14:textId="77777777" w:rsidR="00B421F7" w:rsidRDefault="00B421F7" w:rsidP="00B421F7">
      <w:pPr>
        <w:spacing w:after="0" w:line="240" w:lineRule="auto"/>
        <w:ind w:hanging="1080"/>
        <w:rPr>
          <w:rFonts w:ascii="Century Gothic" w:eastAsia="Times New Roman" w:hAnsi="Century Gothic" w:cs="Arial"/>
          <w:color w:val="003366"/>
          <w:sz w:val="20"/>
        </w:rPr>
      </w:pPr>
      <w:r>
        <w:rPr>
          <w:rFonts w:ascii="Century Gothic" w:eastAsia="Times New Roman" w:hAnsi="Century Gothic" w:cs="Arial"/>
          <w:color w:val="003366"/>
          <w:sz w:val="20"/>
        </w:rPr>
        <w:tab/>
      </w:r>
    </w:p>
    <w:p w14:paraId="095DE915" w14:textId="77777777" w:rsidR="00B421F7" w:rsidRDefault="00B421F7" w:rsidP="00B421F7">
      <w:pPr>
        <w:spacing w:after="0" w:line="240" w:lineRule="auto"/>
        <w:ind w:hanging="1080"/>
        <w:rPr>
          <w:rFonts w:ascii="Century Gothic" w:eastAsia="Times New Roman" w:hAnsi="Century Gothic" w:cs="Arial"/>
          <w:color w:val="003366"/>
          <w:sz w:val="20"/>
        </w:rPr>
      </w:pPr>
      <w:r>
        <w:rPr>
          <w:rFonts w:ascii="Century Gothic" w:eastAsia="Times New Roman" w:hAnsi="Century Gothic" w:cs="Arial"/>
          <w:color w:val="003366"/>
          <w:sz w:val="20"/>
        </w:rPr>
        <w:tab/>
        <w:t>Department: Communities, Litherland Sports Park</w:t>
      </w:r>
    </w:p>
    <w:p w14:paraId="72C38BE4" w14:textId="77777777" w:rsidR="00B421F7" w:rsidRPr="007E3D52" w:rsidRDefault="00B421F7" w:rsidP="00B421F7">
      <w:pPr>
        <w:spacing w:after="0" w:line="240" w:lineRule="auto"/>
        <w:ind w:hanging="1080"/>
        <w:rPr>
          <w:rFonts w:ascii="Century Gothic" w:eastAsia="Times New Roman" w:hAnsi="Century Gothic" w:cs="Arial"/>
          <w:color w:val="003366"/>
          <w:sz w:val="20"/>
        </w:rPr>
      </w:pPr>
      <w:r>
        <w:rPr>
          <w:rFonts w:ascii="Century Gothic" w:eastAsia="Times New Roman" w:hAnsi="Century Gothic" w:cs="Arial"/>
          <w:color w:val="003366"/>
          <w:sz w:val="20"/>
        </w:rPr>
        <w:tab/>
      </w:r>
    </w:p>
    <w:p w14:paraId="52DA8BAF" w14:textId="77777777" w:rsidR="00B421F7" w:rsidRPr="007E3D52" w:rsidRDefault="00B421F7" w:rsidP="00B421F7">
      <w:pPr>
        <w:spacing w:after="0" w:line="240" w:lineRule="auto"/>
        <w:ind w:hanging="1080"/>
        <w:rPr>
          <w:rFonts w:ascii="Century Gothic" w:eastAsia="Times New Roman" w:hAnsi="Century Gothic" w:cs="Arial"/>
          <w:color w:val="003366"/>
          <w:sz w:val="20"/>
        </w:rPr>
      </w:pPr>
    </w:p>
    <w:p w14:paraId="252D9B1B" w14:textId="77777777" w:rsidR="00B421F7" w:rsidRPr="007E3D52" w:rsidRDefault="00B421F7" w:rsidP="00B421F7">
      <w:pPr>
        <w:pBdr>
          <w:bottom w:val="single" w:sz="4" w:space="1" w:color="006699"/>
        </w:pBdr>
        <w:tabs>
          <w:tab w:val="left" w:pos="1418"/>
        </w:tabs>
        <w:spacing w:after="60" w:line="240" w:lineRule="auto"/>
        <w:rPr>
          <w:rFonts w:ascii="Century Gothic" w:eastAsia="Times New Roman" w:hAnsi="Century Gothic" w:cs="Times New Roman"/>
          <w:color w:val="003366"/>
          <w:sz w:val="6"/>
        </w:rPr>
      </w:pPr>
    </w:p>
    <w:p w14:paraId="61A42F2D" w14:textId="77777777" w:rsidR="00B421F7" w:rsidRPr="007E3D52" w:rsidRDefault="00B421F7" w:rsidP="00B421F7">
      <w:pPr>
        <w:tabs>
          <w:tab w:val="left" w:pos="1418"/>
        </w:tabs>
        <w:spacing w:after="60" w:line="240" w:lineRule="auto"/>
        <w:rPr>
          <w:rFonts w:ascii="Century Gothic" w:eastAsia="Times New Roman" w:hAnsi="Century Gothic" w:cs="Times New Roman"/>
          <w:color w:val="003366"/>
          <w:sz w:val="20"/>
        </w:rPr>
      </w:pPr>
    </w:p>
    <w:p w14:paraId="72B2BF6A" w14:textId="77777777" w:rsidR="00B421F7" w:rsidRPr="007E3D52" w:rsidRDefault="00B421F7" w:rsidP="00B421F7">
      <w:pPr>
        <w:tabs>
          <w:tab w:val="left" w:pos="1418"/>
        </w:tabs>
        <w:spacing w:after="6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 Candidate’s suitability will be measured by assessment in the following ways</w:t>
      </w:r>
      <w:r w:rsidRPr="007E3D52">
        <w:rPr>
          <w:rFonts w:ascii="Century Gothic" w:eastAsia="Times New Roman" w:hAnsi="Century Gothic" w:cs="Times New Roman"/>
          <w:b/>
          <w:color w:val="003366"/>
          <w:sz w:val="20"/>
        </w:rPr>
        <w:t>;</w:t>
      </w:r>
    </w:p>
    <w:p w14:paraId="4E663F31" w14:textId="77777777" w:rsidR="00B421F7" w:rsidRPr="007E3D52" w:rsidRDefault="00B421F7" w:rsidP="00B421F7">
      <w:pPr>
        <w:tabs>
          <w:tab w:val="left" w:pos="426"/>
          <w:tab w:val="left" w:pos="709"/>
          <w:tab w:val="left" w:pos="1418"/>
          <w:tab w:val="left" w:pos="2835"/>
          <w:tab w:val="left" w:pos="3119"/>
          <w:tab w:val="left" w:pos="3402"/>
        </w:tabs>
        <w:spacing w:after="60" w:line="240" w:lineRule="auto"/>
        <w:ind w:left="142"/>
        <w:rPr>
          <w:rFonts w:ascii="Century Gothic" w:eastAsia="Times New Roman" w:hAnsi="Century Gothic" w:cs="Times New Roman"/>
          <w:b/>
          <w:bCs/>
          <w:color w:val="003366"/>
          <w:sz w:val="20"/>
        </w:rPr>
      </w:pPr>
    </w:p>
    <w:p w14:paraId="4393140A" w14:textId="77777777" w:rsidR="00B421F7" w:rsidRPr="007E3D52" w:rsidRDefault="00B421F7" w:rsidP="00B421F7">
      <w:pPr>
        <w:tabs>
          <w:tab w:val="left" w:pos="426"/>
          <w:tab w:val="left" w:pos="709"/>
          <w:tab w:val="left" w:pos="1418"/>
          <w:tab w:val="left" w:pos="2835"/>
          <w:tab w:val="left" w:pos="3119"/>
          <w:tab w:val="left" w:pos="3402"/>
        </w:tabs>
        <w:spacing w:after="60" w:line="240" w:lineRule="auto"/>
        <w:ind w:left="142"/>
        <w:rPr>
          <w:rFonts w:ascii="Century Gothic" w:eastAsia="Times New Roman" w:hAnsi="Century Gothic" w:cs="Times New Roman"/>
          <w:color w:val="003366"/>
          <w:sz w:val="20"/>
        </w:rPr>
      </w:pPr>
      <w:r w:rsidRPr="007E3D52">
        <w:rPr>
          <w:rFonts w:ascii="Century Gothic" w:eastAsia="Times New Roman" w:hAnsi="Century Gothic" w:cs="Times New Roman"/>
          <w:b/>
          <w:bCs/>
          <w:color w:val="003366"/>
          <w:sz w:val="20"/>
        </w:rPr>
        <w:t>A</w:t>
      </w:r>
      <w:r w:rsidRPr="007E3D52">
        <w:rPr>
          <w:rFonts w:ascii="Century Gothic" w:eastAsia="Times New Roman" w:hAnsi="Century Gothic" w:cs="Times New Roman"/>
          <w:color w:val="003366"/>
          <w:sz w:val="20"/>
        </w:rPr>
        <w:t xml:space="preserve"> – Application Form:  </w:t>
      </w:r>
      <w:r w:rsidRPr="007E3D52">
        <w:rPr>
          <w:rFonts w:ascii="Century Gothic" w:eastAsia="Times New Roman" w:hAnsi="Century Gothic" w:cs="Times New Roman"/>
          <w:b/>
          <w:bCs/>
          <w:color w:val="003366"/>
          <w:sz w:val="20"/>
        </w:rPr>
        <w:t xml:space="preserve">I </w:t>
      </w:r>
      <w:r w:rsidRPr="007E3D52">
        <w:rPr>
          <w:rFonts w:ascii="Century Gothic" w:eastAsia="Times New Roman" w:hAnsi="Century Gothic" w:cs="Times New Roman"/>
          <w:color w:val="003366"/>
          <w:sz w:val="20"/>
        </w:rPr>
        <w:t xml:space="preserve">– Interview:  </w:t>
      </w:r>
      <w:r w:rsidRPr="007E3D52">
        <w:rPr>
          <w:rFonts w:ascii="Century Gothic" w:eastAsia="Times New Roman" w:hAnsi="Century Gothic" w:cs="Times New Roman"/>
          <w:b/>
          <w:bCs/>
          <w:color w:val="003366"/>
          <w:sz w:val="20"/>
        </w:rPr>
        <w:t>R</w:t>
      </w:r>
      <w:r w:rsidRPr="007E3D52">
        <w:rPr>
          <w:rFonts w:ascii="Century Gothic" w:eastAsia="Times New Roman" w:hAnsi="Century Gothic" w:cs="Times New Roman"/>
          <w:color w:val="003366"/>
          <w:sz w:val="20"/>
        </w:rPr>
        <w:t xml:space="preserve"> – References:  </w:t>
      </w:r>
      <w:r w:rsidRPr="007E3D52">
        <w:rPr>
          <w:rFonts w:ascii="Century Gothic" w:eastAsia="Times New Roman" w:hAnsi="Century Gothic" w:cs="Times New Roman"/>
          <w:b/>
          <w:bCs/>
          <w:color w:val="003366"/>
          <w:sz w:val="20"/>
        </w:rPr>
        <w:t>X</w:t>
      </w:r>
      <w:r w:rsidRPr="007E3D52">
        <w:rPr>
          <w:rFonts w:ascii="Century Gothic" w:eastAsia="Times New Roman" w:hAnsi="Century Gothic" w:cs="Times New Roman"/>
          <w:color w:val="003366"/>
          <w:sz w:val="20"/>
        </w:rPr>
        <w:t xml:space="preserve"> - Interview Exercise(s) </w:t>
      </w:r>
    </w:p>
    <w:p w14:paraId="7C74AA48" w14:textId="77777777" w:rsidR="00B421F7" w:rsidRPr="007E3D52" w:rsidRDefault="00B421F7" w:rsidP="00B421F7">
      <w:pPr>
        <w:tabs>
          <w:tab w:val="left" w:pos="426"/>
          <w:tab w:val="left" w:pos="709"/>
          <w:tab w:val="left" w:pos="1418"/>
          <w:tab w:val="left" w:pos="2835"/>
          <w:tab w:val="left" w:pos="3119"/>
          <w:tab w:val="left" w:pos="3402"/>
        </w:tabs>
        <w:spacing w:after="60" w:line="240" w:lineRule="auto"/>
        <w:ind w:left="142"/>
        <w:rPr>
          <w:rFonts w:ascii="Century Gothic" w:eastAsia="Times New Roman" w:hAnsi="Century Gothic" w:cs="Times New Roman"/>
          <w:color w:val="003366"/>
          <w:sz w:val="20"/>
        </w:rPr>
      </w:pPr>
    </w:p>
    <w:tbl>
      <w:tblPr>
        <w:tblW w:w="10331"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011"/>
        <w:gridCol w:w="1189"/>
        <w:gridCol w:w="1260"/>
        <w:gridCol w:w="1365"/>
      </w:tblGrid>
      <w:tr w:rsidR="00B421F7" w:rsidRPr="007E3D52" w14:paraId="0C82EAD9" w14:textId="77777777" w:rsidTr="0066369C">
        <w:tc>
          <w:tcPr>
            <w:tcW w:w="506" w:type="dxa"/>
            <w:tcBorders>
              <w:bottom w:val="single" w:sz="4" w:space="0" w:color="auto"/>
            </w:tcBorders>
          </w:tcPr>
          <w:p w14:paraId="22B58684"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6011" w:type="dxa"/>
            <w:tcBorders>
              <w:bottom w:val="single" w:sz="4" w:space="0" w:color="auto"/>
            </w:tcBorders>
          </w:tcPr>
          <w:p w14:paraId="28F64142" w14:textId="77777777" w:rsidR="00B421F7" w:rsidRPr="007E3D52" w:rsidRDefault="00B421F7" w:rsidP="004750ED">
            <w:pPr>
              <w:keepNext/>
              <w:spacing w:after="0" w:line="240" w:lineRule="auto"/>
              <w:outlineLvl w:val="3"/>
              <w:rPr>
                <w:rFonts w:ascii="Century Gothic" w:eastAsia="Times New Roman" w:hAnsi="Century Gothic" w:cs="Times New Roman"/>
                <w:b/>
                <w:bCs/>
                <w:color w:val="003366"/>
                <w:sz w:val="20"/>
              </w:rPr>
            </w:pPr>
            <w:r w:rsidRPr="007E3D52">
              <w:rPr>
                <w:rFonts w:ascii="Century Gothic" w:eastAsia="Times New Roman" w:hAnsi="Century Gothic" w:cs="Times New Roman"/>
                <w:b/>
                <w:bCs/>
                <w:color w:val="003366"/>
                <w:sz w:val="20"/>
              </w:rPr>
              <w:t>Criteria</w:t>
            </w:r>
          </w:p>
        </w:tc>
        <w:tc>
          <w:tcPr>
            <w:tcW w:w="1189" w:type="dxa"/>
            <w:tcBorders>
              <w:bottom w:val="single" w:sz="4" w:space="0" w:color="auto"/>
            </w:tcBorders>
          </w:tcPr>
          <w:p w14:paraId="0A324983"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Essential</w:t>
            </w:r>
          </w:p>
        </w:tc>
        <w:tc>
          <w:tcPr>
            <w:tcW w:w="1260" w:type="dxa"/>
            <w:tcBorders>
              <w:bottom w:val="single" w:sz="4" w:space="0" w:color="auto"/>
            </w:tcBorders>
          </w:tcPr>
          <w:p w14:paraId="463AD379"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Desirable</w:t>
            </w:r>
          </w:p>
        </w:tc>
        <w:tc>
          <w:tcPr>
            <w:tcW w:w="1365" w:type="dxa"/>
            <w:tcBorders>
              <w:bottom w:val="single" w:sz="4" w:space="0" w:color="auto"/>
            </w:tcBorders>
          </w:tcPr>
          <w:p w14:paraId="59CF9B3A"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Assessment</w:t>
            </w:r>
          </w:p>
        </w:tc>
      </w:tr>
      <w:tr w:rsidR="00B421F7" w:rsidRPr="007E3D52" w14:paraId="400642E8" w14:textId="77777777" w:rsidTr="0066369C">
        <w:tc>
          <w:tcPr>
            <w:tcW w:w="506" w:type="dxa"/>
            <w:tcBorders>
              <w:top w:val="single" w:sz="4" w:space="0" w:color="auto"/>
              <w:left w:val="nil"/>
              <w:bottom w:val="single" w:sz="4" w:space="0" w:color="auto"/>
              <w:right w:val="nil"/>
            </w:tcBorders>
            <w:shd w:val="clear" w:color="auto" w:fill="E6E6E6"/>
          </w:tcPr>
          <w:p w14:paraId="15783417"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6011" w:type="dxa"/>
            <w:tcBorders>
              <w:top w:val="single" w:sz="4" w:space="0" w:color="auto"/>
              <w:left w:val="nil"/>
              <w:bottom w:val="single" w:sz="4" w:space="0" w:color="auto"/>
              <w:right w:val="nil"/>
            </w:tcBorders>
            <w:shd w:val="clear" w:color="auto" w:fill="E6E6E6"/>
          </w:tcPr>
          <w:p w14:paraId="3F73251B" w14:textId="77777777" w:rsidR="00B421F7" w:rsidRPr="007E3D52" w:rsidRDefault="00B421F7" w:rsidP="004750ED">
            <w:pPr>
              <w:spacing w:after="0" w:line="240" w:lineRule="auto"/>
              <w:rPr>
                <w:rFonts w:ascii="Century Gothic" w:eastAsia="Times New Roman" w:hAnsi="Century Gothic" w:cs="Times New Roman"/>
                <w:b/>
                <w:bCs/>
                <w:color w:val="003366"/>
                <w:sz w:val="20"/>
              </w:rPr>
            </w:pPr>
            <w:r w:rsidRPr="007E3D52">
              <w:rPr>
                <w:rFonts w:ascii="Century Gothic" w:eastAsia="Times New Roman" w:hAnsi="Century Gothic" w:cs="Times New Roman"/>
                <w:b/>
                <w:bCs/>
                <w:color w:val="003366"/>
                <w:sz w:val="20"/>
              </w:rPr>
              <w:t>Experience;</w:t>
            </w:r>
          </w:p>
        </w:tc>
        <w:tc>
          <w:tcPr>
            <w:tcW w:w="1189" w:type="dxa"/>
            <w:tcBorders>
              <w:top w:val="single" w:sz="4" w:space="0" w:color="auto"/>
              <w:left w:val="nil"/>
              <w:bottom w:val="single" w:sz="4" w:space="0" w:color="auto"/>
              <w:right w:val="nil"/>
            </w:tcBorders>
            <w:shd w:val="clear" w:color="auto" w:fill="E6E6E6"/>
          </w:tcPr>
          <w:p w14:paraId="3F6352FA"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260" w:type="dxa"/>
            <w:tcBorders>
              <w:top w:val="single" w:sz="4" w:space="0" w:color="auto"/>
              <w:left w:val="nil"/>
              <w:bottom w:val="single" w:sz="4" w:space="0" w:color="auto"/>
              <w:right w:val="nil"/>
            </w:tcBorders>
            <w:shd w:val="clear" w:color="auto" w:fill="E6E6E6"/>
          </w:tcPr>
          <w:p w14:paraId="60731650"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365" w:type="dxa"/>
            <w:tcBorders>
              <w:top w:val="single" w:sz="4" w:space="0" w:color="auto"/>
              <w:left w:val="nil"/>
              <w:bottom w:val="single" w:sz="4" w:space="0" w:color="auto"/>
              <w:right w:val="nil"/>
            </w:tcBorders>
            <w:shd w:val="clear" w:color="auto" w:fill="E6E6E6"/>
          </w:tcPr>
          <w:p w14:paraId="3A2BDE91"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r>
      <w:tr w:rsidR="00B421F7" w:rsidRPr="007E3D52" w14:paraId="435D5D9F" w14:textId="77777777" w:rsidTr="0066369C">
        <w:tc>
          <w:tcPr>
            <w:tcW w:w="506" w:type="dxa"/>
            <w:tcBorders>
              <w:top w:val="single" w:sz="4" w:space="0" w:color="auto"/>
              <w:left w:val="single" w:sz="4" w:space="0" w:color="auto"/>
              <w:bottom w:val="single" w:sz="4" w:space="0" w:color="auto"/>
              <w:right w:val="single" w:sz="4" w:space="0" w:color="auto"/>
            </w:tcBorders>
          </w:tcPr>
          <w:p w14:paraId="4B419D24"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1.</w:t>
            </w:r>
          </w:p>
        </w:tc>
        <w:tc>
          <w:tcPr>
            <w:tcW w:w="6011" w:type="dxa"/>
            <w:tcBorders>
              <w:top w:val="single" w:sz="4" w:space="0" w:color="auto"/>
              <w:left w:val="single" w:sz="4" w:space="0" w:color="auto"/>
              <w:bottom w:val="single" w:sz="4" w:space="0" w:color="auto"/>
              <w:right w:val="single" w:sz="4" w:space="0" w:color="auto"/>
            </w:tcBorders>
          </w:tcPr>
          <w:p w14:paraId="2F364645"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Previous work within a leisure centre or the leisure industry.</w:t>
            </w:r>
          </w:p>
          <w:p w14:paraId="503296E3"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3FD369CB"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p>
        </w:tc>
        <w:tc>
          <w:tcPr>
            <w:tcW w:w="1260" w:type="dxa"/>
            <w:tcBorders>
              <w:top w:val="single" w:sz="4" w:space="0" w:color="auto"/>
              <w:left w:val="single" w:sz="4" w:space="0" w:color="auto"/>
              <w:bottom w:val="single" w:sz="4" w:space="0" w:color="auto"/>
              <w:right w:val="single" w:sz="4" w:space="0" w:color="auto"/>
            </w:tcBorders>
          </w:tcPr>
          <w:p w14:paraId="2C8E56BB"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365" w:type="dxa"/>
            <w:tcBorders>
              <w:top w:val="single" w:sz="4" w:space="0" w:color="auto"/>
              <w:left w:val="single" w:sz="4" w:space="0" w:color="auto"/>
              <w:bottom w:val="single" w:sz="4" w:space="0" w:color="auto"/>
              <w:right w:val="single" w:sz="4" w:space="0" w:color="auto"/>
            </w:tcBorders>
          </w:tcPr>
          <w:p w14:paraId="6BA2106F" w14:textId="77777777" w:rsidR="00B421F7" w:rsidRPr="007E3D52" w:rsidRDefault="00B421F7" w:rsidP="004750ED">
            <w:pPr>
              <w:spacing w:after="0" w:line="240" w:lineRule="auto"/>
              <w:jc w:val="center"/>
              <w:rPr>
                <w:rFonts w:ascii="Century Gothic" w:eastAsia="Times New Roman" w:hAnsi="Century Gothic" w:cs="Times New Roman"/>
                <w:color w:val="003366"/>
                <w:sz w:val="20"/>
              </w:rPr>
            </w:pPr>
            <w:proofErr w:type="gramStart"/>
            <w:r w:rsidRPr="007E3D52">
              <w:rPr>
                <w:rFonts w:ascii="Century Gothic" w:eastAsia="Times New Roman" w:hAnsi="Century Gothic" w:cs="Times New Roman"/>
                <w:color w:val="003366"/>
                <w:sz w:val="20"/>
              </w:rPr>
              <w:t>A,I</w:t>
            </w:r>
            <w:proofErr w:type="gramEnd"/>
          </w:p>
        </w:tc>
      </w:tr>
      <w:tr w:rsidR="00B421F7" w:rsidRPr="007E3D52" w14:paraId="241F1CBE" w14:textId="77777777" w:rsidTr="0066369C">
        <w:tc>
          <w:tcPr>
            <w:tcW w:w="506" w:type="dxa"/>
            <w:tcBorders>
              <w:top w:val="single" w:sz="4" w:space="0" w:color="auto"/>
              <w:left w:val="nil"/>
              <w:bottom w:val="single" w:sz="4" w:space="0" w:color="auto"/>
              <w:right w:val="nil"/>
            </w:tcBorders>
            <w:shd w:val="clear" w:color="auto" w:fill="E6E6E6"/>
          </w:tcPr>
          <w:p w14:paraId="6FDD7ACB" w14:textId="77777777" w:rsidR="00B421F7" w:rsidRPr="007E3D52" w:rsidRDefault="00B421F7" w:rsidP="004750ED">
            <w:pPr>
              <w:spacing w:after="0" w:line="240" w:lineRule="auto"/>
              <w:rPr>
                <w:rFonts w:ascii="Century Gothic" w:eastAsia="Times New Roman" w:hAnsi="Century Gothic" w:cs="Times New Roman"/>
                <w:b/>
                <w:bCs/>
                <w:color w:val="003366"/>
                <w:sz w:val="20"/>
              </w:rPr>
            </w:pPr>
          </w:p>
        </w:tc>
        <w:tc>
          <w:tcPr>
            <w:tcW w:w="6011" w:type="dxa"/>
            <w:tcBorders>
              <w:top w:val="single" w:sz="4" w:space="0" w:color="auto"/>
              <w:left w:val="nil"/>
              <w:bottom w:val="single" w:sz="4" w:space="0" w:color="auto"/>
              <w:right w:val="nil"/>
            </w:tcBorders>
            <w:shd w:val="clear" w:color="auto" w:fill="E6E6E6"/>
          </w:tcPr>
          <w:p w14:paraId="1EBCBC61" w14:textId="77777777" w:rsidR="00B421F7" w:rsidRPr="007E3D52" w:rsidRDefault="00B421F7" w:rsidP="004750ED">
            <w:pPr>
              <w:spacing w:after="0" w:line="240" w:lineRule="auto"/>
              <w:rPr>
                <w:rFonts w:ascii="Century Gothic" w:eastAsia="Times New Roman" w:hAnsi="Century Gothic" w:cs="Times New Roman"/>
                <w:b/>
                <w:bCs/>
                <w:color w:val="003366"/>
                <w:sz w:val="20"/>
              </w:rPr>
            </w:pPr>
            <w:r w:rsidRPr="007E3D52">
              <w:rPr>
                <w:rFonts w:ascii="Century Gothic" w:eastAsia="Times New Roman" w:hAnsi="Century Gothic" w:cs="Times New Roman"/>
                <w:b/>
                <w:bCs/>
                <w:color w:val="003366"/>
                <w:sz w:val="20"/>
              </w:rPr>
              <w:t>Knowledge of;</w:t>
            </w:r>
          </w:p>
        </w:tc>
        <w:tc>
          <w:tcPr>
            <w:tcW w:w="1189" w:type="dxa"/>
            <w:tcBorders>
              <w:top w:val="single" w:sz="4" w:space="0" w:color="auto"/>
              <w:left w:val="nil"/>
              <w:bottom w:val="single" w:sz="4" w:space="0" w:color="auto"/>
              <w:right w:val="nil"/>
            </w:tcBorders>
            <w:shd w:val="clear" w:color="auto" w:fill="E6E6E6"/>
          </w:tcPr>
          <w:p w14:paraId="499387D1" w14:textId="77777777" w:rsidR="00B421F7" w:rsidRPr="007E3D52" w:rsidRDefault="00B421F7" w:rsidP="004750ED">
            <w:pPr>
              <w:spacing w:after="0" w:line="240" w:lineRule="auto"/>
              <w:rPr>
                <w:rFonts w:ascii="Wingdings 2" w:eastAsia="Times New Roman" w:hAnsi="Wingdings 2" w:cs="Times New Roman"/>
                <w:b/>
                <w:bCs/>
                <w:color w:val="003366"/>
                <w:sz w:val="20"/>
              </w:rPr>
            </w:pPr>
          </w:p>
        </w:tc>
        <w:tc>
          <w:tcPr>
            <w:tcW w:w="1260" w:type="dxa"/>
            <w:tcBorders>
              <w:top w:val="single" w:sz="4" w:space="0" w:color="auto"/>
              <w:left w:val="nil"/>
              <w:bottom w:val="single" w:sz="4" w:space="0" w:color="auto"/>
              <w:right w:val="nil"/>
            </w:tcBorders>
            <w:shd w:val="clear" w:color="auto" w:fill="E6E6E6"/>
          </w:tcPr>
          <w:p w14:paraId="3BCE27B4" w14:textId="77777777" w:rsidR="00B421F7" w:rsidRPr="007E3D52" w:rsidRDefault="00B421F7" w:rsidP="004750ED">
            <w:pPr>
              <w:spacing w:after="0" w:line="240" w:lineRule="auto"/>
              <w:rPr>
                <w:rFonts w:ascii="Wingdings 2" w:eastAsia="Times New Roman" w:hAnsi="Wingdings 2" w:cs="Times New Roman"/>
                <w:b/>
                <w:bCs/>
                <w:color w:val="003366"/>
                <w:sz w:val="20"/>
              </w:rPr>
            </w:pPr>
          </w:p>
        </w:tc>
        <w:tc>
          <w:tcPr>
            <w:tcW w:w="1365" w:type="dxa"/>
            <w:tcBorders>
              <w:top w:val="single" w:sz="4" w:space="0" w:color="auto"/>
              <w:left w:val="nil"/>
              <w:bottom w:val="single" w:sz="4" w:space="0" w:color="auto"/>
              <w:right w:val="nil"/>
            </w:tcBorders>
            <w:shd w:val="clear" w:color="auto" w:fill="E6E6E6"/>
          </w:tcPr>
          <w:p w14:paraId="6ED608DE" w14:textId="77777777" w:rsidR="00B421F7" w:rsidRPr="007E3D52" w:rsidRDefault="00B421F7" w:rsidP="004750ED">
            <w:pPr>
              <w:spacing w:after="0" w:line="240" w:lineRule="auto"/>
              <w:jc w:val="center"/>
              <w:rPr>
                <w:rFonts w:ascii="Century Gothic" w:eastAsia="Times New Roman" w:hAnsi="Century Gothic" w:cs="Times New Roman"/>
                <w:b/>
                <w:bCs/>
                <w:color w:val="003366"/>
                <w:sz w:val="20"/>
              </w:rPr>
            </w:pPr>
          </w:p>
        </w:tc>
      </w:tr>
      <w:tr w:rsidR="00B421F7" w:rsidRPr="007E3D52" w14:paraId="3C2BE6D2" w14:textId="77777777" w:rsidTr="0066369C">
        <w:tc>
          <w:tcPr>
            <w:tcW w:w="506" w:type="dxa"/>
            <w:tcBorders>
              <w:top w:val="single" w:sz="4" w:space="0" w:color="auto"/>
              <w:left w:val="single" w:sz="4" w:space="0" w:color="auto"/>
              <w:bottom w:val="single" w:sz="4" w:space="0" w:color="auto"/>
              <w:right w:val="single" w:sz="4" w:space="0" w:color="auto"/>
            </w:tcBorders>
          </w:tcPr>
          <w:p w14:paraId="589E74AC"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2.</w:t>
            </w:r>
          </w:p>
        </w:tc>
        <w:tc>
          <w:tcPr>
            <w:tcW w:w="6011" w:type="dxa"/>
            <w:tcBorders>
              <w:top w:val="single" w:sz="4" w:space="0" w:color="auto"/>
              <w:left w:val="single" w:sz="4" w:space="0" w:color="auto"/>
              <w:bottom w:val="single" w:sz="4" w:space="0" w:color="auto"/>
              <w:right w:val="single" w:sz="4" w:space="0" w:color="auto"/>
            </w:tcBorders>
          </w:tcPr>
          <w:p w14:paraId="51EEC78B"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Able to demonstrate a knowledge and understanding of Health and Safety principles and procedures in leisure facilities.</w:t>
            </w:r>
          </w:p>
          <w:p w14:paraId="506A1043"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0FFEC258"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p>
        </w:tc>
        <w:tc>
          <w:tcPr>
            <w:tcW w:w="1260" w:type="dxa"/>
            <w:tcBorders>
              <w:top w:val="single" w:sz="4" w:space="0" w:color="auto"/>
              <w:left w:val="single" w:sz="4" w:space="0" w:color="auto"/>
              <w:bottom w:val="single" w:sz="4" w:space="0" w:color="auto"/>
              <w:right w:val="single" w:sz="4" w:space="0" w:color="auto"/>
            </w:tcBorders>
          </w:tcPr>
          <w:p w14:paraId="3B7261F1"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365" w:type="dxa"/>
            <w:tcBorders>
              <w:top w:val="single" w:sz="4" w:space="0" w:color="auto"/>
              <w:left w:val="single" w:sz="4" w:space="0" w:color="auto"/>
              <w:bottom w:val="single" w:sz="4" w:space="0" w:color="auto"/>
              <w:right w:val="single" w:sz="4" w:space="0" w:color="auto"/>
            </w:tcBorders>
          </w:tcPr>
          <w:p w14:paraId="2E242854" w14:textId="77777777" w:rsidR="00B421F7" w:rsidRPr="007E3D52" w:rsidRDefault="00B421F7" w:rsidP="004750ED">
            <w:pPr>
              <w:spacing w:after="0" w:line="240" w:lineRule="auto"/>
              <w:jc w:val="center"/>
              <w:rPr>
                <w:rFonts w:ascii="Century Gothic" w:eastAsia="Times New Roman" w:hAnsi="Century Gothic" w:cs="Times New Roman"/>
                <w:color w:val="003366"/>
                <w:sz w:val="20"/>
              </w:rPr>
            </w:pPr>
            <w:proofErr w:type="gramStart"/>
            <w:r w:rsidRPr="007E3D52">
              <w:rPr>
                <w:rFonts w:ascii="Century Gothic" w:eastAsia="Times New Roman" w:hAnsi="Century Gothic" w:cs="Times New Roman"/>
                <w:color w:val="003366"/>
                <w:sz w:val="20"/>
              </w:rPr>
              <w:t>A,I</w:t>
            </w:r>
            <w:proofErr w:type="gramEnd"/>
          </w:p>
        </w:tc>
      </w:tr>
      <w:tr w:rsidR="00B421F7" w:rsidRPr="007E3D52" w14:paraId="05FC693D" w14:textId="77777777" w:rsidTr="0066369C">
        <w:tc>
          <w:tcPr>
            <w:tcW w:w="506" w:type="dxa"/>
            <w:tcBorders>
              <w:top w:val="single" w:sz="4" w:space="0" w:color="auto"/>
              <w:left w:val="single" w:sz="4" w:space="0" w:color="auto"/>
              <w:bottom w:val="single" w:sz="4" w:space="0" w:color="auto"/>
              <w:right w:val="single" w:sz="4" w:space="0" w:color="auto"/>
            </w:tcBorders>
          </w:tcPr>
          <w:p w14:paraId="7B42EAFD"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3.</w:t>
            </w:r>
          </w:p>
        </w:tc>
        <w:tc>
          <w:tcPr>
            <w:tcW w:w="6011" w:type="dxa"/>
            <w:tcBorders>
              <w:top w:val="single" w:sz="4" w:space="0" w:color="auto"/>
              <w:left w:val="single" w:sz="4" w:space="0" w:color="auto"/>
              <w:bottom w:val="single" w:sz="4" w:space="0" w:color="auto"/>
              <w:right w:val="single" w:sz="4" w:space="0" w:color="auto"/>
            </w:tcBorders>
          </w:tcPr>
          <w:p w14:paraId="513DF0E8"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 xml:space="preserve">Able to demonstrate a knowledge and understanding of good customer care. </w:t>
            </w:r>
          </w:p>
          <w:p w14:paraId="504FDE01"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2304B185"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260" w:type="dxa"/>
            <w:tcBorders>
              <w:top w:val="single" w:sz="4" w:space="0" w:color="auto"/>
              <w:left w:val="single" w:sz="4" w:space="0" w:color="auto"/>
              <w:bottom w:val="single" w:sz="4" w:space="0" w:color="auto"/>
              <w:right w:val="single" w:sz="4" w:space="0" w:color="auto"/>
            </w:tcBorders>
          </w:tcPr>
          <w:p w14:paraId="061AF70A"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p>
        </w:tc>
        <w:tc>
          <w:tcPr>
            <w:tcW w:w="1365" w:type="dxa"/>
            <w:tcBorders>
              <w:top w:val="single" w:sz="4" w:space="0" w:color="auto"/>
              <w:left w:val="single" w:sz="4" w:space="0" w:color="auto"/>
              <w:bottom w:val="single" w:sz="4" w:space="0" w:color="auto"/>
              <w:right w:val="single" w:sz="4" w:space="0" w:color="auto"/>
            </w:tcBorders>
          </w:tcPr>
          <w:p w14:paraId="5383E531" w14:textId="77777777" w:rsidR="00B421F7" w:rsidRPr="007E3D52" w:rsidRDefault="00B421F7" w:rsidP="004750ED">
            <w:pPr>
              <w:spacing w:after="0" w:line="240" w:lineRule="auto"/>
              <w:jc w:val="center"/>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I</w:t>
            </w:r>
          </w:p>
        </w:tc>
      </w:tr>
      <w:tr w:rsidR="00B421F7" w:rsidRPr="007E3D52" w14:paraId="1D785218" w14:textId="77777777" w:rsidTr="0066369C">
        <w:tc>
          <w:tcPr>
            <w:tcW w:w="506" w:type="dxa"/>
            <w:tcBorders>
              <w:top w:val="single" w:sz="4" w:space="0" w:color="auto"/>
              <w:left w:val="single" w:sz="4" w:space="0" w:color="auto"/>
              <w:bottom w:val="single" w:sz="4" w:space="0" w:color="auto"/>
              <w:right w:val="single" w:sz="4" w:space="0" w:color="auto"/>
            </w:tcBorders>
          </w:tcPr>
          <w:p w14:paraId="3F5DF3DF"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4.</w:t>
            </w:r>
          </w:p>
        </w:tc>
        <w:tc>
          <w:tcPr>
            <w:tcW w:w="6011" w:type="dxa"/>
            <w:tcBorders>
              <w:top w:val="single" w:sz="4" w:space="0" w:color="auto"/>
              <w:left w:val="single" w:sz="4" w:space="0" w:color="auto"/>
              <w:bottom w:val="single" w:sz="4" w:space="0" w:color="auto"/>
              <w:right w:val="single" w:sz="4" w:space="0" w:color="auto"/>
            </w:tcBorders>
          </w:tcPr>
          <w:p w14:paraId="12617A05"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Knowledge of the leisure industry (e.g. who provides leisure facilities, how they are provided and why)</w:t>
            </w:r>
          </w:p>
          <w:p w14:paraId="4092DAA6"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5CDADB0F"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p>
        </w:tc>
        <w:tc>
          <w:tcPr>
            <w:tcW w:w="1260" w:type="dxa"/>
            <w:tcBorders>
              <w:top w:val="single" w:sz="4" w:space="0" w:color="auto"/>
              <w:left w:val="single" w:sz="4" w:space="0" w:color="auto"/>
              <w:bottom w:val="single" w:sz="4" w:space="0" w:color="auto"/>
              <w:right w:val="single" w:sz="4" w:space="0" w:color="auto"/>
            </w:tcBorders>
          </w:tcPr>
          <w:p w14:paraId="5312B699"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365" w:type="dxa"/>
            <w:tcBorders>
              <w:top w:val="single" w:sz="4" w:space="0" w:color="auto"/>
              <w:left w:val="single" w:sz="4" w:space="0" w:color="auto"/>
              <w:bottom w:val="single" w:sz="4" w:space="0" w:color="auto"/>
              <w:right w:val="single" w:sz="4" w:space="0" w:color="auto"/>
            </w:tcBorders>
          </w:tcPr>
          <w:p w14:paraId="0FF3F7DB" w14:textId="77777777" w:rsidR="00B421F7" w:rsidRPr="007E3D52" w:rsidRDefault="00B421F7" w:rsidP="004750ED">
            <w:pPr>
              <w:spacing w:after="0" w:line="240" w:lineRule="auto"/>
              <w:jc w:val="center"/>
              <w:rPr>
                <w:rFonts w:ascii="Century Gothic" w:eastAsia="Times New Roman" w:hAnsi="Century Gothic" w:cs="Times New Roman"/>
                <w:color w:val="003366"/>
                <w:sz w:val="20"/>
              </w:rPr>
            </w:pPr>
            <w:proofErr w:type="gramStart"/>
            <w:r w:rsidRPr="007E3D52">
              <w:rPr>
                <w:rFonts w:ascii="Century Gothic" w:eastAsia="Times New Roman" w:hAnsi="Century Gothic" w:cs="Times New Roman"/>
                <w:color w:val="003366"/>
                <w:sz w:val="20"/>
              </w:rPr>
              <w:t>A,I</w:t>
            </w:r>
            <w:proofErr w:type="gramEnd"/>
          </w:p>
        </w:tc>
      </w:tr>
      <w:tr w:rsidR="00B421F7" w:rsidRPr="007E3D52" w14:paraId="7FD1FFC2" w14:textId="77777777" w:rsidTr="0066369C">
        <w:tc>
          <w:tcPr>
            <w:tcW w:w="506" w:type="dxa"/>
            <w:tcBorders>
              <w:top w:val="single" w:sz="4" w:space="0" w:color="auto"/>
              <w:left w:val="single" w:sz="4" w:space="0" w:color="auto"/>
              <w:bottom w:val="single" w:sz="4" w:space="0" w:color="auto"/>
              <w:right w:val="single" w:sz="4" w:space="0" w:color="auto"/>
            </w:tcBorders>
          </w:tcPr>
          <w:p w14:paraId="2BF22BC6"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5.</w:t>
            </w:r>
          </w:p>
        </w:tc>
        <w:tc>
          <w:tcPr>
            <w:tcW w:w="6011" w:type="dxa"/>
            <w:tcBorders>
              <w:top w:val="single" w:sz="4" w:space="0" w:color="auto"/>
              <w:left w:val="single" w:sz="4" w:space="0" w:color="auto"/>
              <w:bottom w:val="single" w:sz="4" w:space="0" w:color="auto"/>
              <w:right w:val="single" w:sz="4" w:space="0" w:color="auto"/>
            </w:tcBorders>
          </w:tcPr>
          <w:p w14:paraId="04862898"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Knowledge of rules, regulations and bylaws that might apply in a leisure facility.</w:t>
            </w:r>
          </w:p>
          <w:p w14:paraId="29D004A5"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2C4EF4FA"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p>
        </w:tc>
        <w:tc>
          <w:tcPr>
            <w:tcW w:w="1260" w:type="dxa"/>
            <w:tcBorders>
              <w:top w:val="single" w:sz="4" w:space="0" w:color="auto"/>
              <w:left w:val="single" w:sz="4" w:space="0" w:color="auto"/>
              <w:bottom w:val="single" w:sz="4" w:space="0" w:color="auto"/>
              <w:right w:val="single" w:sz="4" w:space="0" w:color="auto"/>
            </w:tcBorders>
          </w:tcPr>
          <w:p w14:paraId="6C18D5C9" w14:textId="77777777" w:rsidR="00B421F7" w:rsidRPr="007E3D52" w:rsidRDefault="00B421F7" w:rsidP="004750ED">
            <w:pPr>
              <w:spacing w:after="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365" w:type="dxa"/>
            <w:tcBorders>
              <w:top w:val="single" w:sz="4" w:space="0" w:color="auto"/>
              <w:left w:val="single" w:sz="4" w:space="0" w:color="auto"/>
              <w:bottom w:val="single" w:sz="4" w:space="0" w:color="auto"/>
              <w:right w:val="single" w:sz="4" w:space="0" w:color="auto"/>
            </w:tcBorders>
          </w:tcPr>
          <w:p w14:paraId="0FCE7E5A" w14:textId="77777777" w:rsidR="00B421F7" w:rsidRPr="007E3D52" w:rsidRDefault="00B421F7" w:rsidP="004750ED">
            <w:pPr>
              <w:spacing w:after="0" w:line="240" w:lineRule="auto"/>
              <w:jc w:val="center"/>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I</w:t>
            </w:r>
          </w:p>
        </w:tc>
      </w:tr>
      <w:tr w:rsidR="00B421F7" w:rsidRPr="007E3D52" w14:paraId="4BD874EC" w14:textId="77777777" w:rsidTr="0066369C">
        <w:tc>
          <w:tcPr>
            <w:tcW w:w="506" w:type="dxa"/>
            <w:tcBorders>
              <w:top w:val="single" w:sz="4" w:space="0" w:color="auto"/>
              <w:left w:val="nil"/>
              <w:bottom w:val="single" w:sz="4" w:space="0" w:color="auto"/>
              <w:right w:val="nil"/>
            </w:tcBorders>
            <w:shd w:val="clear" w:color="auto" w:fill="E6E6E6"/>
          </w:tcPr>
          <w:p w14:paraId="364DB71A"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rPr>
                <w:rFonts w:ascii="Century Gothic" w:eastAsia="Times New Roman" w:hAnsi="Century Gothic" w:cs="Times New Roman"/>
                <w:color w:val="003366"/>
                <w:sz w:val="20"/>
              </w:rPr>
            </w:pPr>
          </w:p>
        </w:tc>
        <w:tc>
          <w:tcPr>
            <w:tcW w:w="6011" w:type="dxa"/>
            <w:tcBorders>
              <w:top w:val="single" w:sz="4" w:space="0" w:color="auto"/>
              <w:left w:val="nil"/>
              <w:bottom w:val="single" w:sz="4" w:space="0" w:color="auto"/>
              <w:right w:val="nil"/>
            </w:tcBorders>
            <w:shd w:val="clear" w:color="auto" w:fill="E6E6E6"/>
          </w:tcPr>
          <w:p w14:paraId="5E764393"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rPr>
                <w:rFonts w:ascii="Century Gothic" w:eastAsia="Times New Roman" w:hAnsi="Century Gothic" w:cs="Times New Roman"/>
                <w:b/>
                <w:bCs/>
                <w:color w:val="003366"/>
                <w:sz w:val="20"/>
              </w:rPr>
            </w:pPr>
            <w:r w:rsidRPr="007E3D52">
              <w:rPr>
                <w:rFonts w:ascii="Century Gothic" w:eastAsia="Times New Roman" w:hAnsi="Century Gothic" w:cs="Times New Roman"/>
                <w:b/>
                <w:bCs/>
                <w:color w:val="003366"/>
                <w:sz w:val="20"/>
              </w:rPr>
              <w:t>Skills;</w:t>
            </w:r>
          </w:p>
        </w:tc>
        <w:tc>
          <w:tcPr>
            <w:tcW w:w="1189" w:type="dxa"/>
            <w:tcBorders>
              <w:top w:val="single" w:sz="4" w:space="0" w:color="auto"/>
              <w:left w:val="nil"/>
              <w:bottom w:val="single" w:sz="4" w:space="0" w:color="auto"/>
              <w:right w:val="nil"/>
            </w:tcBorders>
            <w:shd w:val="clear" w:color="auto" w:fill="E6E6E6"/>
          </w:tcPr>
          <w:p w14:paraId="7A0B4427"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p>
        </w:tc>
        <w:tc>
          <w:tcPr>
            <w:tcW w:w="1260" w:type="dxa"/>
            <w:tcBorders>
              <w:top w:val="single" w:sz="4" w:space="0" w:color="auto"/>
              <w:left w:val="nil"/>
              <w:bottom w:val="single" w:sz="4" w:space="0" w:color="auto"/>
              <w:right w:val="nil"/>
            </w:tcBorders>
            <w:shd w:val="clear" w:color="auto" w:fill="E6E6E6"/>
          </w:tcPr>
          <w:p w14:paraId="1D427FA3"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p>
        </w:tc>
        <w:tc>
          <w:tcPr>
            <w:tcW w:w="1365" w:type="dxa"/>
            <w:tcBorders>
              <w:top w:val="single" w:sz="4" w:space="0" w:color="auto"/>
              <w:left w:val="nil"/>
              <w:bottom w:val="single" w:sz="4" w:space="0" w:color="auto"/>
              <w:right w:val="nil"/>
            </w:tcBorders>
            <w:shd w:val="clear" w:color="auto" w:fill="E6E6E6"/>
          </w:tcPr>
          <w:p w14:paraId="1B27403F"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p>
        </w:tc>
      </w:tr>
      <w:tr w:rsidR="00B421F7" w:rsidRPr="007E3D52" w14:paraId="39B1640B" w14:textId="77777777" w:rsidTr="0066369C">
        <w:tc>
          <w:tcPr>
            <w:tcW w:w="506" w:type="dxa"/>
            <w:tcBorders>
              <w:top w:val="single" w:sz="4" w:space="0" w:color="auto"/>
              <w:left w:val="single" w:sz="4" w:space="0" w:color="auto"/>
              <w:bottom w:val="single" w:sz="4" w:space="0" w:color="auto"/>
              <w:right w:val="single" w:sz="4" w:space="0" w:color="auto"/>
            </w:tcBorders>
          </w:tcPr>
          <w:p w14:paraId="4A0A58E0"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6.</w:t>
            </w:r>
          </w:p>
        </w:tc>
        <w:tc>
          <w:tcPr>
            <w:tcW w:w="6011" w:type="dxa"/>
            <w:tcBorders>
              <w:top w:val="single" w:sz="4" w:space="0" w:color="auto"/>
              <w:left w:val="single" w:sz="4" w:space="0" w:color="auto"/>
              <w:bottom w:val="single" w:sz="4" w:space="0" w:color="auto"/>
              <w:right w:val="single" w:sz="4" w:space="0" w:color="auto"/>
            </w:tcBorders>
          </w:tcPr>
          <w:p w14:paraId="0A006CBC"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Able to communicate effectively.</w:t>
            </w:r>
          </w:p>
          <w:p w14:paraId="4D58163A"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4759962C"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260" w:type="dxa"/>
            <w:tcBorders>
              <w:top w:val="single" w:sz="4" w:space="0" w:color="auto"/>
              <w:left w:val="single" w:sz="4" w:space="0" w:color="auto"/>
              <w:bottom w:val="single" w:sz="4" w:space="0" w:color="auto"/>
              <w:right w:val="single" w:sz="4" w:space="0" w:color="auto"/>
            </w:tcBorders>
          </w:tcPr>
          <w:p w14:paraId="52E2ED6D"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365" w:type="dxa"/>
            <w:tcBorders>
              <w:top w:val="single" w:sz="4" w:space="0" w:color="auto"/>
              <w:left w:val="single" w:sz="4" w:space="0" w:color="auto"/>
              <w:bottom w:val="single" w:sz="4" w:space="0" w:color="auto"/>
              <w:right w:val="single" w:sz="4" w:space="0" w:color="auto"/>
            </w:tcBorders>
          </w:tcPr>
          <w:p w14:paraId="66BB4776"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I</w:t>
            </w:r>
          </w:p>
        </w:tc>
      </w:tr>
      <w:tr w:rsidR="00B421F7" w:rsidRPr="007E3D52" w14:paraId="17C2D366" w14:textId="77777777" w:rsidTr="0066369C">
        <w:tc>
          <w:tcPr>
            <w:tcW w:w="506" w:type="dxa"/>
            <w:tcBorders>
              <w:top w:val="single" w:sz="4" w:space="0" w:color="auto"/>
              <w:left w:val="single" w:sz="4" w:space="0" w:color="auto"/>
              <w:bottom w:val="single" w:sz="4" w:space="0" w:color="auto"/>
              <w:right w:val="single" w:sz="4" w:space="0" w:color="auto"/>
            </w:tcBorders>
          </w:tcPr>
          <w:p w14:paraId="6557BC3B"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7.</w:t>
            </w:r>
          </w:p>
        </w:tc>
        <w:tc>
          <w:tcPr>
            <w:tcW w:w="6011" w:type="dxa"/>
            <w:tcBorders>
              <w:top w:val="single" w:sz="4" w:space="0" w:color="auto"/>
              <w:left w:val="single" w:sz="4" w:space="0" w:color="auto"/>
              <w:bottom w:val="single" w:sz="4" w:space="0" w:color="auto"/>
              <w:right w:val="single" w:sz="4" w:space="0" w:color="auto"/>
            </w:tcBorders>
          </w:tcPr>
          <w:p w14:paraId="71DD1326"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Ability to follow emergency procedures and make sound judgements in potentially difficult or stressful situations.</w:t>
            </w:r>
          </w:p>
          <w:p w14:paraId="49349257"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00DEDF10"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260" w:type="dxa"/>
            <w:tcBorders>
              <w:top w:val="single" w:sz="4" w:space="0" w:color="auto"/>
              <w:left w:val="single" w:sz="4" w:space="0" w:color="auto"/>
              <w:bottom w:val="single" w:sz="4" w:space="0" w:color="auto"/>
              <w:right w:val="single" w:sz="4" w:space="0" w:color="auto"/>
            </w:tcBorders>
          </w:tcPr>
          <w:p w14:paraId="012018EC"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365" w:type="dxa"/>
            <w:tcBorders>
              <w:top w:val="single" w:sz="4" w:space="0" w:color="auto"/>
              <w:left w:val="single" w:sz="4" w:space="0" w:color="auto"/>
              <w:bottom w:val="single" w:sz="4" w:space="0" w:color="auto"/>
              <w:right w:val="single" w:sz="4" w:space="0" w:color="auto"/>
            </w:tcBorders>
          </w:tcPr>
          <w:p w14:paraId="4768BA60"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proofErr w:type="gramStart"/>
            <w:r w:rsidRPr="007E3D52">
              <w:rPr>
                <w:rFonts w:ascii="Century Gothic" w:eastAsia="Times New Roman" w:hAnsi="Century Gothic" w:cs="Times New Roman"/>
                <w:color w:val="003366"/>
                <w:sz w:val="20"/>
              </w:rPr>
              <w:t>A,I</w:t>
            </w:r>
            <w:proofErr w:type="gramEnd"/>
          </w:p>
        </w:tc>
      </w:tr>
      <w:tr w:rsidR="00B421F7" w:rsidRPr="007E3D52" w14:paraId="3A77ADA9" w14:textId="77777777" w:rsidTr="0066369C">
        <w:tc>
          <w:tcPr>
            <w:tcW w:w="506" w:type="dxa"/>
            <w:tcBorders>
              <w:top w:val="single" w:sz="4" w:space="0" w:color="auto"/>
              <w:left w:val="single" w:sz="4" w:space="0" w:color="auto"/>
              <w:bottom w:val="single" w:sz="4" w:space="0" w:color="auto"/>
              <w:right w:val="single" w:sz="4" w:space="0" w:color="auto"/>
            </w:tcBorders>
          </w:tcPr>
          <w:p w14:paraId="2834A51B"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8.</w:t>
            </w:r>
          </w:p>
        </w:tc>
        <w:tc>
          <w:tcPr>
            <w:tcW w:w="6011" w:type="dxa"/>
            <w:tcBorders>
              <w:top w:val="single" w:sz="4" w:space="0" w:color="auto"/>
              <w:left w:val="single" w:sz="4" w:space="0" w:color="auto"/>
              <w:bottom w:val="single" w:sz="4" w:space="0" w:color="auto"/>
              <w:right w:val="single" w:sz="4" w:space="0" w:color="auto"/>
            </w:tcBorders>
          </w:tcPr>
          <w:p w14:paraId="06AEC75E"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 xml:space="preserve">Able to apply rules and regulations </w:t>
            </w:r>
            <w:proofErr w:type="gramStart"/>
            <w:r w:rsidRPr="007E3D52">
              <w:rPr>
                <w:rFonts w:ascii="Century Gothic" w:eastAsia="Times New Roman" w:hAnsi="Century Gothic" w:cs="Arial"/>
                <w:color w:val="003366"/>
                <w:sz w:val="20"/>
              </w:rPr>
              <w:t>in order to</w:t>
            </w:r>
            <w:proofErr w:type="gramEnd"/>
            <w:r w:rsidRPr="007E3D52">
              <w:rPr>
                <w:rFonts w:ascii="Century Gothic" w:eastAsia="Times New Roman" w:hAnsi="Century Gothic" w:cs="Arial"/>
                <w:color w:val="003366"/>
                <w:sz w:val="20"/>
              </w:rPr>
              <w:t xml:space="preserve"> properly control customer behaviour.</w:t>
            </w:r>
          </w:p>
          <w:p w14:paraId="7A230A5B" w14:textId="77777777" w:rsidR="00B421F7" w:rsidRPr="007E3D52" w:rsidRDefault="00B421F7" w:rsidP="004750ED">
            <w:pPr>
              <w:spacing w:after="0" w:line="240" w:lineRule="auto"/>
              <w:rPr>
                <w:rFonts w:ascii="Century Gothic" w:eastAsia="Times New Roman" w:hAnsi="Century Gothic" w:cs="Times New Roman"/>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2D514184"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260" w:type="dxa"/>
            <w:tcBorders>
              <w:top w:val="single" w:sz="4" w:space="0" w:color="auto"/>
              <w:left w:val="single" w:sz="4" w:space="0" w:color="auto"/>
              <w:bottom w:val="single" w:sz="4" w:space="0" w:color="auto"/>
              <w:right w:val="single" w:sz="4" w:space="0" w:color="auto"/>
            </w:tcBorders>
          </w:tcPr>
          <w:p w14:paraId="214B338E"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365" w:type="dxa"/>
            <w:tcBorders>
              <w:top w:val="single" w:sz="4" w:space="0" w:color="auto"/>
              <w:left w:val="single" w:sz="4" w:space="0" w:color="auto"/>
              <w:bottom w:val="single" w:sz="4" w:space="0" w:color="auto"/>
              <w:right w:val="single" w:sz="4" w:space="0" w:color="auto"/>
            </w:tcBorders>
          </w:tcPr>
          <w:p w14:paraId="5D0596D1"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proofErr w:type="gramStart"/>
            <w:r w:rsidRPr="007E3D52">
              <w:rPr>
                <w:rFonts w:ascii="Century Gothic" w:eastAsia="Times New Roman" w:hAnsi="Century Gothic" w:cs="Times New Roman"/>
                <w:color w:val="003366"/>
                <w:sz w:val="20"/>
              </w:rPr>
              <w:t>A,X</w:t>
            </w:r>
            <w:proofErr w:type="gramEnd"/>
          </w:p>
        </w:tc>
      </w:tr>
      <w:tr w:rsidR="00B421F7" w:rsidRPr="007E3D52" w14:paraId="1853B67D" w14:textId="77777777" w:rsidTr="0066369C">
        <w:tc>
          <w:tcPr>
            <w:tcW w:w="506" w:type="dxa"/>
            <w:tcBorders>
              <w:top w:val="single" w:sz="4" w:space="0" w:color="auto"/>
              <w:left w:val="single" w:sz="4" w:space="0" w:color="auto"/>
              <w:bottom w:val="single" w:sz="4" w:space="0" w:color="auto"/>
              <w:right w:val="single" w:sz="4" w:space="0" w:color="auto"/>
            </w:tcBorders>
          </w:tcPr>
          <w:p w14:paraId="1C4E0F27"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9.</w:t>
            </w:r>
          </w:p>
        </w:tc>
        <w:tc>
          <w:tcPr>
            <w:tcW w:w="6011" w:type="dxa"/>
            <w:tcBorders>
              <w:top w:val="single" w:sz="4" w:space="0" w:color="auto"/>
              <w:left w:val="single" w:sz="4" w:space="0" w:color="auto"/>
              <w:bottom w:val="single" w:sz="4" w:space="0" w:color="auto"/>
              <w:right w:val="single" w:sz="4" w:space="0" w:color="auto"/>
            </w:tcBorders>
          </w:tcPr>
          <w:p w14:paraId="79A80E13"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Calm under pressure, confident and outgoing.</w:t>
            </w:r>
          </w:p>
          <w:p w14:paraId="3F30F6F9" w14:textId="77777777" w:rsidR="00B421F7" w:rsidRPr="007E3D52" w:rsidRDefault="00B421F7" w:rsidP="004750ED">
            <w:pPr>
              <w:spacing w:after="0" w:line="240" w:lineRule="auto"/>
              <w:rPr>
                <w:rFonts w:ascii="Century Gothic" w:eastAsia="Times New Roman" w:hAnsi="Century Gothic" w:cs="Arial"/>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547F82E6"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b/>
                <w:bCs/>
                <w:color w:val="003366"/>
                <w:sz w:val="20"/>
              </w:rPr>
            </w:pPr>
            <w:r w:rsidRPr="007E3D52">
              <w:rPr>
                <w:rFonts w:ascii="Wingdings 2" w:eastAsia="Times New Roman" w:hAnsi="Wingdings 2" w:cs="Times New Roman"/>
                <w:b/>
                <w:bCs/>
                <w:color w:val="003366"/>
                <w:sz w:val="20"/>
              </w:rPr>
              <w:t></w:t>
            </w:r>
          </w:p>
        </w:tc>
        <w:tc>
          <w:tcPr>
            <w:tcW w:w="1260" w:type="dxa"/>
            <w:tcBorders>
              <w:top w:val="single" w:sz="4" w:space="0" w:color="auto"/>
              <w:left w:val="single" w:sz="4" w:space="0" w:color="auto"/>
              <w:bottom w:val="single" w:sz="4" w:space="0" w:color="auto"/>
              <w:right w:val="single" w:sz="4" w:space="0" w:color="auto"/>
            </w:tcBorders>
          </w:tcPr>
          <w:p w14:paraId="3ACDA698"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365" w:type="dxa"/>
            <w:tcBorders>
              <w:top w:val="single" w:sz="4" w:space="0" w:color="auto"/>
              <w:left w:val="single" w:sz="4" w:space="0" w:color="auto"/>
              <w:bottom w:val="single" w:sz="4" w:space="0" w:color="auto"/>
              <w:right w:val="single" w:sz="4" w:space="0" w:color="auto"/>
            </w:tcBorders>
          </w:tcPr>
          <w:p w14:paraId="7E7CE46A"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I</w:t>
            </w:r>
          </w:p>
        </w:tc>
      </w:tr>
      <w:tr w:rsidR="00B421F7" w:rsidRPr="007E3D52" w14:paraId="4E014D91" w14:textId="77777777" w:rsidTr="0066369C">
        <w:tc>
          <w:tcPr>
            <w:tcW w:w="506" w:type="dxa"/>
            <w:tcBorders>
              <w:top w:val="single" w:sz="4" w:space="0" w:color="auto"/>
              <w:left w:val="single" w:sz="4" w:space="0" w:color="auto"/>
              <w:bottom w:val="single" w:sz="4" w:space="0" w:color="auto"/>
              <w:right w:val="single" w:sz="4" w:space="0" w:color="auto"/>
            </w:tcBorders>
          </w:tcPr>
          <w:p w14:paraId="5E8C962D"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10.</w:t>
            </w:r>
          </w:p>
        </w:tc>
        <w:tc>
          <w:tcPr>
            <w:tcW w:w="6011" w:type="dxa"/>
            <w:tcBorders>
              <w:top w:val="single" w:sz="4" w:space="0" w:color="auto"/>
              <w:left w:val="single" w:sz="4" w:space="0" w:color="auto"/>
              <w:bottom w:val="single" w:sz="4" w:space="0" w:color="auto"/>
              <w:right w:val="single" w:sz="4" w:space="0" w:color="auto"/>
            </w:tcBorders>
          </w:tcPr>
          <w:p w14:paraId="526A2219" w14:textId="77777777" w:rsidR="00B421F7" w:rsidRPr="007E3D52" w:rsidRDefault="00B421F7" w:rsidP="004750ED">
            <w:pPr>
              <w:spacing w:after="0" w:line="240" w:lineRule="auto"/>
              <w:rPr>
                <w:rFonts w:ascii="Century Gothic" w:eastAsia="Times New Roman" w:hAnsi="Century Gothic" w:cs="Arial"/>
                <w:color w:val="003366"/>
                <w:sz w:val="20"/>
              </w:rPr>
            </w:pPr>
            <w:r w:rsidRPr="007E3D52">
              <w:rPr>
                <w:rFonts w:ascii="Century Gothic" w:eastAsia="Times New Roman" w:hAnsi="Century Gothic" w:cs="Arial"/>
                <w:color w:val="003366"/>
                <w:sz w:val="20"/>
              </w:rPr>
              <w:t>Able to work as part of a team or on own initiative</w:t>
            </w:r>
          </w:p>
          <w:p w14:paraId="4CAB0C8C" w14:textId="77777777" w:rsidR="00B421F7" w:rsidRPr="007E3D52" w:rsidRDefault="00B421F7" w:rsidP="004750ED">
            <w:pPr>
              <w:spacing w:after="0" w:line="240" w:lineRule="auto"/>
              <w:rPr>
                <w:rFonts w:ascii="Century Gothic" w:eastAsia="Times New Roman" w:hAnsi="Century Gothic" w:cs="Arial"/>
                <w:color w:val="003366"/>
                <w:sz w:val="20"/>
              </w:rPr>
            </w:pPr>
          </w:p>
        </w:tc>
        <w:tc>
          <w:tcPr>
            <w:tcW w:w="1189" w:type="dxa"/>
            <w:tcBorders>
              <w:top w:val="single" w:sz="4" w:space="0" w:color="auto"/>
              <w:left w:val="single" w:sz="4" w:space="0" w:color="auto"/>
              <w:bottom w:val="single" w:sz="4" w:space="0" w:color="auto"/>
              <w:right w:val="single" w:sz="4" w:space="0" w:color="auto"/>
            </w:tcBorders>
          </w:tcPr>
          <w:p w14:paraId="590D2D2D"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b/>
                <w:bCs/>
                <w:color w:val="003366"/>
                <w:sz w:val="20"/>
              </w:rPr>
            </w:pPr>
            <w:r w:rsidRPr="007E3D52">
              <w:rPr>
                <w:rFonts w:ascii="Wingdings 2" w:eastAsia="Times New Roman" w:hAnsi="Wingdings 2" w:cs="Times New Roman"/>
                <w:b/>
                <w:bCs/>
                <w:color w:val="003366"/>
                <w:sz w:val="20"/>
              </w:rPr>
              <w:t></w:t>
            </w:r>
          </w:p>
        </w:tc>
        <w:tc>
          <w:tcPr>
            <w:tcW w:w="1260" w:type="dxa"/>
            <w:tcBorders>
              <w:top w:val="single" w:sz="4" w:space="0" w:color="auto"/>
              <w:left w:val="single" w:sz="4" w:space="0" w:color="auto"/>
              <w:bottom w:val="single" w:sz="4" w:space="0" w:color="auto"/>
              <w:right w:val="single" w:sz="4" w:space="0" w:color="auto"/>
            </w:tcBorders>
          </w:tcPr>
          <w:p w14:paraId="698AFAC6"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365" w:type="dxa"/>
            <w:tcBorders>
              <w:top w:val="single" w:sz="4" w:space="0" w:color="auto"/>
              <w:left w:val="single" w:sz="4" w:space="0" w:color="auto"/>
              <w:bottom w:val="single" w:sz="4" w:space="0" w:color="auto"/>
              <w:right w:val="single" w:sz="4" w:space="0" w:color="auto"/>
            </w:tcBorders>
          </w:tcPr>
          <w:p w14:paraId="13C37F8F"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I</w:t>
            </w:r>
          </w:p>
        </w:tc>
      </w:tr>
      <w:tr w:rsidR="00B421F7" w:rsidRPr="007E3D52" w14:paraId="6212B9AD" w14:textId="77777777" w:rsidTr="0066369C">
        <w:tc>
          <w:tcPr>
            <w:tcW w:w="506" w:type="dxa"/>
            <w:tcBorders>
              <w:top w:val="single" w:sz="4" w:space="0" w:color="auto"/>
              <w:left w:val="nil"/>
              <w:bottom w:val="single" w:sz="4" w:space="0" w:color="auto"/>
              <w:right w:val="nil"/>
            </w:tcBorders>
            <w:shd w:val="clear" w:color="auto" w:fill="E6E6E6"/>
          </w:tcPr>
          <w:p w14:paraId="23098B7E"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rPr>
                <w:rFonts w:ascii="Century Gothic" w:eastAsia="Times New Roman" w:hAnsi="Century Gothic" w:cs="Times New Roman"/>
                <w:color w:val="003366"/>
                <w:sz w:val="20"/>
              </w:rPr>
            </w:pPr>
          </w:p>
        </w:tc>
        <w:tc>
          <w:tcPr>
            <w:tcW w:w="6011" w:type="dxa"/>
            <w:tcBorders>
              <w:top w:val="single" w:sz="4" w:space="0" w:color="auto"/>
              <w:left w:val="nil"/>
              <w:bottom w:val="single" w:sz="4" w:space="0" w:color="auto"/>
              <w:right w:val="nil"/>
            </w:tcBorders>
            <w:shd w:val="clear" w:color="auto" w:fill="E6E6E6"/>
          </w:tcPr>
          <w:p w14:paraId="4039361E"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rPr>
                <w:rFonts w:ascii="Century Gothic" w:eastAsia="Times New Roman" w:hAnsi="Century Gothic" w:cs="Times New Roman"/>
                <w:b/>
                <w:bCs/>
                <w:color w:val="003366"/>
                <w:sz w:val="20"/>
              </w:rPr>
            </w:pPr>
            <w:r w:rsidRPr="007E3D52">
              <w:rPr>
                <w:rFonts w:ascii="Century Gothic" w:eastAsia="Times New Roman" w:hAnsi="Century Gothic" w:cs="Times New Roman"/>
                <w:b/>
                <w:bCs/>
                <w:color w:val="003366"/>
                <w:sz w:val="20"/>
              </w:rPr>
              <w:t>Qualifications;</w:t>
            </w:r>
          </w:p>
        </w:tc>
        <w:tc>
          <w:tcPr>
            <w:tcW w:w="1189" w:type="dxa"/>
            <w:tcBorders>
              <w:top w:val="single" w:sz="4" w:space="0" w:color="auto"/>
              <w:left w:val="nil"/>
              <w:bottom w:val="single" w:sz="4" w:space="0" w:color="auto"/>
              <w:right w:val="nil"/>
            </w:tcBorders>
            <w:shd w:val="clear" w:color="auto" w:fill="E6E6E6"/>
          </w:tcPr>
          <w:p w14:paraId="6DDDF277"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260" w:type="dxa"/>
            <w:tcBorders>
              <w:top w:val="single" w:sz="4" w:space="0" w:color="auto"/>
              <w:left w:val="nil"/>
              <w:bottom w:val="single" w:sz="4" w:space="0" w:color="auto"/>
              <w:right w:val="nil"/>
            </w:tcBorders>
            <w:shd w:val="clear" w:color="auto" w:fill="E6E6E6"/>
          </w:tcPr>
          <w:p w14:paraId="76ABA9B3"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365" w:type="dxa"/>
            <w:tcBorders>
              <w:top w:val="single" w:sz="4" w:space="0" w:color="auto"/>
              <w:left w:val="nil"/>
              <w:bottom w:val="single" w:sz="4" w:space="0" w:color="auto"/>
              <w:right w:val="nil"/>
            </w:tcBorders>
            <w:shd w:val="clear" w:color="auto" w:fill="E6E6E6"/>
          </w:tcPr>
          <w:p w14:paraId="329A3C94"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p>
        </w:tc>
      </w:tr>
      <w:tr w:rsidR="00B421F7" w:rsidRPr="007E3D52" w14:paraId="2512ECF1" w14:textId="77777777" w:rsidTr="0066369C">
        <w:tc>
          <w:tcPr>
            <w:tcW w:w="506" w:type="dxa"/>
            <w:tcBorders>
              <w:top w:val="single" w:sz="4" w:space="0" w:color="auto"/>
              <w:left w:val="single" w:sz="4" w:space="0" w:color="auto"/>
              <w:bottom w:val="single" w:sz="4" w:space="0" w:color="auto"/>
              <w:right w:val="single" w:sz="4" w:space="0" w:color="auto"/>
            </w:tcBorders>
          </w:tcPr>
          <w:p w14:paraId="036A1FBB"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11.</w:t>
            </w:r>
          </w:p>
        </w:tc>
        <w:tc>
          <w:tcPr>
            <w:tcW w:w="6011" w:type="dxa"/>
            <w:tcBorders>
              <w:top w:val="single" w:sz="4" w:space="0" w:color="auto"/>
              <w:left w:val="single" w:sz="4" w:space="0" w:color="auto"/>
              <w:bottom w:val="single" w:sz="4" w:space="0" w:color="auto"/>
              <w:right w:val="single" w:sz="4" w:space="0" w:color="auto"/>
            </w:tcBorders>
          </w:tcPr>
          <w:p w14:paraId="19500268" w14:textId="77777777" w:rsidR="00B421F7" w:rsidRPr="007E3D52" w:rsidRDefault="00B421F7" w:rsidP="004750ED">
            <w:pPr>
              <w:spacing w:after="0" w:line="240" w:lineRule="auto"/>
              <w:rPr>
                <w:rFonts w:ascii="Century Gothic" w:eastAsia="Times New Roman" w:hAnsi="Century Gothic" w:cs="Times New Roman"/>
                <w:color w:val="003366"/>
                <w:sz w:val="20"/>
              </w:rPr>
            </w:pPr>
            <w:r w:rsidRPr="007E3D52">
              <w:rPr>
                <w:rFonts w:ascii="Century Gothic" w:eastAsia="Times New Roman" w:hAnsi="Century Gothic" w:cs="Arial"/>
                <w:color w:val="003366"/>
                <w:sz w:val="20"/>
              </w:rPr>
              <w:t>First aid Certificate</w:t>
            </w:r>
            <w:r w:rsidRPr="007E3D52">
              <w:rPr>
                <w:rFonts w:ascii="Century Gothic" w:eastAsia="Times New Roman" w:hAnsi="Century Gothic" w:cs="Times New Roman"/>
                <w:color w:val="003366"/>
                <w:sz w:val="20"/>
              </w:rPr>
              <w:t xml:space="preserve"> </w:t>
            </w:r>
          </w:p>
        </w:tc>
        <w:tc>
          <w:tcPr>
            <w:tcW w:w="1189" w:type="dxa"/>
            <w:tcBorders>
              <w:top w:val="single" w:sz="4" w:space="0" w:color="auto"/>
              <w:left w:val="single" w:sz="4" w:space="0" w:color="auto"/>
              <w:bottom w:val="single" w:sz="4" w:space="0" w:color="auto"/>
              <w:right w:val="single" w:sz="4" w:space="0" w:color="auto"/>
            </w:tcBorders>
          </w:tcPr>
          <w:p w14:paraId="2D790F79"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p>
        </w:tc>
        <w:tc>
          <w:tcPr>
            <w:tcW w:w="1260" w:type="dxa"/>
            <w:tcBorders>
              <w:top w:val="single" w:sz="4" w:space="0" w:color="auto"/>
              <w:left w:val="single" w:sz="4" w:space="0" w:color="auto"/>
              <w:bottom w:val="single" w:sz="4" w:space="0" w:color="auto"/>
              <w:right w:val="single" w:sz="4" w:space="0" w:color="auto"/>
            </w:tcBorders>
          </w:tcPr>
          <w:p w14:paraId="18535792"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Wingdings 2" w:eastAsia="Times New Roman" w:hAnsi="Wingdings 2" w:cs="Times New Roman"/>
                <w:color w:val="003366"/>
                <w:sz w:val="20"/>
              </w:rPr>
            </w:pPr>
            <w:r w:rsidRPr="007E3D52">
              <w:rPr>
                <w:rFonts w:ascii="Wingdings 2" w:eastAsia="Times New Roman" w:hAnsi="Wingdings 2" w:cs="Times New Roman"/>
                <w:b/>
                <w:bCs/>
                <w:color w:val="003366"/>
                <w:sz w:val="20"/>
              </w:rPr>
              <w:t></w:t>
            </w:r>
          </w:p>
        </w:tc>
        <w:tc>
          <w:tcPr>
            <w:tcW w:w="1365" w:type="dxa"/>
            <w:tcBorders>
              <w:top w:val="single" w:sz="4" w:space="0" w:color="auto"/>
              <w:left w:val="single" w:sz="4" w:space="0" w:color="auto"/>
              <w:bottom w:val="single" w:sz="4" w:space="0" w:color="auto"/>
              <w:right w:val="single" w:sz="4" w:space="0" w:color="auto"/>
            </w:tcBorders>
          </w:tcPr>
          <w:p w14:paraId="505341DF" w14:textId="77777777" w:rsidR="00B421F7" w:rsidRPr="007E3D52" w:rsidRDefault="00B421F7" w:rsidP="004750ED">
            <w:pPr>
              <w:tabs>
                <w:tab w:val="left" w:pos="426"/>
                <w:tab w:val="left" w:pos="709"/>
                <w:tab w:val="left" w:pos="1418"/>
                <w:tab w:val="left" w:pos="2835"/>
                <w:tab w:val="left" w:pos="3119"/>
                <w:tab w:val="left" w:pos="3402"/>
              </w:tabs>
              <w:spacing w:after="60" w:line="240" w:lineRule="auto"/>
              <w:jc w:val="center"/>
              <w:rPr>
                <w:rFonts w:ascii="Century Gothic" w:eastAsia="Times New Roman" w:hAnsi="Century Gothic" w:cs="Times New Roman"/>
                <w:color w:val="003366"/>
                <w:sz w:val="20"/>
              </w:rPr>
            </w:pPr>
            <w:r w:rsidRPr="007E3D52">
              <w:rPr>
                <w:rFonts w:ascii="Century Gothic" w:eastAsia="Times New Roman" w:hAnsi="Century Gothic" w:cs="Times New Roman"/>
                <w:color w:val="003366"/>
                <w:sz w:val="20"/>
              </w:rPr>
              <w:t>A</w:t>
            </w:r>
          </w:p>
        </w:tc>
      </w:tr>
    </w:tbl>
    <w:p w14:paraId="66096E56" w14:textId="77777777" w:rsidR="00B421F7" w:rsidRPr="007E3D52" w:rsidRDefault="00B421F7" w:rsidP="00B421F7">
      <w:pPr>
        <w:spacing w:after="0" w:line="240" w:lineRule="auto"/>
        <w:jc w:val="both"/>
        <w:rPr>
          <w:rFonts w:ascii="Century Gothic" w:eastAsia="Times New Roman" w:hAnsi="Century Gothic" w:cs="Arial"/>
          <w:color w:val="003366"/>
          <w:sz w:val="20"/>
        </w:rPr>
      </w:pPr>
    </w:p>
    <w:tbl>
      <w:tblPr>
        <w:tblW w:w="0" w:type="auto"/>
        <w:tblInd w:w="108" w:type="dxa"/>
        <w:tblLook w:val="0000" w:firstRow="0" w:lastRow="0" w:firstColumn="0" w:lastColumn="0" w:noHBand="0" w:noVBand="0"/>
      </w:tblPr>
      <w:tblGrid>
        <w:gridCol w:w="2088"/>
        <w:gridCol w:w="3492"/>
      </w:tblGrid>
      <w:tr w:rsidR="00B421F7" w:rsidRPr="007E3D52" w14:paraId="7FE66260" w14:textId="77777777" w:rsidTr="004750ED">
        <w:tc>
          <w:tcPr>
            <w:tcW w:w="2088" w:type="dxa"/>
          </w:tcPr>
          <w:p w14:paraId="12DAB3C2" w14:textId="77777777" w:rsidR="00B421F7" w:rsidRPr="007E3D52" w:rsidRDefault="00B421F7" w:rsidP="004750ED">
            <w:pPr>
              <w:spacing w:after="0" w:line="240" w:lineRule="auto"/>
              <w:jc w:val="both"/>
              <w:rPr>
                <w:rFonts w:ascii="Century Gothic" w:eastAsia="Times New Roman" w:hAnsi="Century Gothic" w:cs="Arial"/>
                <w:color w:val="003366"/>
                <w:sz w:val="20"/>
              </w:rPr>
            </w:pPr>
            <w:r w:rsidRPr="007E3D52">
              <w:rPr>
                <w:rFonts w:ascii="Century Gothic" w:eastAsia="Times New Roman" w:hAnsi="Century Gothic" w:cs="Times New Roman"/>
                <w:b/>
                <w:color w:val="003366"/>
                <w:sz w:val="20"/>
              </w:rPr>
              <w:t>Prepared by:</w:t>
            </w:r>
          </w:p>
        </w:tc>
        <w:tc>
          <w:tcPr>
            <w:tcW w:w="3492" w:type="dxa"/>
          </w:tcPr>
          <w:p w14:paraId="6B2EDD22" w14:textId="77777777" w:rsidR="00B421F7" w:rsidRPr="007E3D52" w:rsidRDefault="00B421F7" w:rsidP="004750ED">
            <w:pPr>
              <w:spacing w:after="0" w:line="240" w:lineRule="auto"/>
              <w:jc w:val="both"/>
              <w:rPr>
                <w:rFonts w:ascii="Century Gothic" w:eastAsia="Times New Roman" w:hAnsi="Century Gothic" w:cs="Arial"/>
                <w:color w:val="003366"/>
                <w:sz w:val="20"/>
              </w:rPr>
            </w:pPr>
            <w:r w:rsidRPr="007E3D52">
              <w:rPr>
                <w:rFonts w:ascii="Century Gothic" w:eastAsia="Times New Roman" w:hAnsi="Century Gothic" w:cs="Arial"/>
                <w:color w:val="003366"/>
                <w:sz w:val="20"/>
              </w:rPr>
              <w:t>Julie Murphy</w:t>
            </w:r>
          </w:p>
        </w:tc>
      </w:tr>
      <w:tr w:rsidR="00B421F7" w:rsidRPr="007E3D52" w14:paraId="62C53941" w14:textId="77777777" w:rsidTr="004750ED">
        <w:tc>
          <w:tcPr>
            <w:tcW w:w="2088" w:type="dxa"/>
          </w:tcPr>
          <w:p w14:paraId="4458F4FC" w14:textId="77777777" w:rsidR="00B421F7" w:rsidRPr="007E3D52" w:rsidRDefault="00B421F7" w:rsidP="004750ED">
            <w:pPr>
              <w:spacing w:after="0" w:line="240" w:lineRule="auto"/>
              <w:jc w:val="both"/>
              <w:rPr>
                <w:rFonts w:ascii="Century Gothic" w:eastAsia="Times New Roman" w:hAnsi="Century Gothic" w:cs="Arial"/>
                <w:color w:val="003366"/>
                <w:sz w:val="20"/>
              </w:rPr>
            </w:pPr>
          </w:p>
        </w:tc>
        <w:tc>
          <w:tcPr>
            <w:tcW w:w="3492" w:type="dxa"/>
          </w:tcPr>
          <w:p w14:paraId="23BB47FB" w14:textId="77777777" w:rsidR="00B421F7" w:rsidRPr="007E3D52" w:rsidRDefault="00B421F7" w:rsidP="004750ED">
            <w:pPr>
              <w:spacing w:after="0" w:line="240" w:lineRule="auto"/>
              <w:jc w:val="both"/>
              <w:rPr>
                <w:rFonts w:ascii="Century Gothic" w:eastAsia="Times New Roman" w:hAnsi="Century Gothic" w:cs="Arial"/>
                <w:color w:val="003366"/>
                <w:sz w:val="20"/>
              </w:rPr>
            </w:pPr>
          </w:p>
        </w:tc>
      </w:tr>
      <w:tr w:rsidR="00B421F7" w:rsidRPr="007E3D52" w14:paraId="10AD8DFF" w14:textId="77777777" w:rsidTr="004750ED">
        <w:tc>
          <w:tcPr>
            <w:tcW w:w="2088" w:type="dxa"/>
          </w:tcPr>
          <w:p w14:paraId="433260FC" w14:textId="77777777" w:rsidR="00B421F7" w:rsidRPr="007E3D52" w:rsidRDefault="00B421F7" w:rsidP="004750ED">
            <w:pPr>
              <w:spacing w:after="0" w:line="240" w:lineRule="auto"/>
              <w:jc w:val="both"/>
              <w:rPr>
                <w:rFonts w:ascii="Century Gothic" w:eastAsia="Times New Roman" w:hAnsi="Century Gothic" w:cs="Arial"/>
                <w:color w:val="003366"/>
                <w:sz w:val="20"/>
              </w:rPr>
            </w:pPr>
            <w:r w:rsidRPr="007E3D52">
              <w:rPr>
                <w:rFonts w:ascii="Century Gothic" w:eastAsia="Times New Roman" w:hAnsi="Century Gothic" w:cs="Times New Roman"/>
                <w:b/>
                <w:color w:val="003366"/>
                <w:sz w:val="20"/>
              </w:rPr>
              <w:t>Designation:</w:t>
            </w:r>
          </w:p>
        </w:tc>
        <w:tc>
          <w:tcPr>
            <w:tcW w:w="3492" w:type="dxa"/>
          </w:tcPr>
          <w:p w14:paraId="7EBF6C60" w14:textId="77777777" w:rsidR="00B421F7" w:rsidRPr="007E3D52" w:rsidRDefault="00B421F7" w:rsidP="004750ED">
            <w:pPr>
              <w:spacing w:after="0" w:line="240" w:lineRule="auto"/>
              <w:ind w:right="-1440"/>
              <w:rPr>
                <w:rFonts w:ascii="Century Gothic" w:eastAsia="Times New Roman" w:hAnsi="Century Gothic" w:cs="Arial"/>
                <w:color w:val="003366"/>
                <w:sz w:val="20"/>
              </w:rPr>
            </w:pPr>
            <w:r w:rsidRPr="007E3D52">
              <w:rPr>
                <w:rFonts w:ascii="Century Gothic" w:eastAsia="Times New Roman" w:hAnsi="Century Gothic" w:cs="Arial"/>
                <w:color w:val="003366"/>
                <w:sz w:val="20"/>
              </w:rPr>
              <w:t>Senior Operations Manager</w:t>
            </w:r>
          </w:p>
        </w:tc>
      </w:tr>
      <w:tr w:rsidR="00B421F7" w:rsidRPr="007E3D52" w14:paraId="59A3F2CD" w14:textId="77777777" w:rsidTr="004750ED">
        <w:tc>
          <w:tcPr>
            <w:tcW w:w="2088" w:type="dxa"/>
          </w:tcPr>
          <w:p w14:paraId="6D2D317F" w14:textId="77777777" w:rsidR="00B421F7" w:rsidRPr="007E3D52" w:rsidRDefault="00B421F7" w:rsidP="004750ED">
            <w:pPr>
              <w:spacing w:after="0" w:line="240" w:lineRule="auto"/>
              <w:jc w:val="both"/>
              <w:rPr>
                <w:rFonts w:ascii="Century Gothic" w:eastAsia="Times New Roman" w:hAnsi="Century Gothic" w:cs="Arial"/>
                <w:color w:val="003366"/>
                <w:sz w:val="20"/>
              </w:rPr>
            </w:pPr>
          </w:p>
        </w:tc>
        <w:tc>
          <w:tcPr>
            <w:tcW w:w="3492" w:type="dxa"/>
          </w:tcPr>
          <w:p w14:paraId="79D0C860" w14:textId="77777777" w:rsidR="00B421F7" w:rsidRPr="007E3D52" w:rsidRDefault="00B421F7" w:rsidP="004750ED">
            <w:pPr>
              <w:spacing w:after="0" w:line="240" w:lineRule="auto"/>
              <w:jc w:val="both"/>
              <w:rPr>
                <w:rFonts w:ascii="Century Gothic" w:eastAsia="Times New Roman" w:hAnsi="Century Gothic" w:cs="Arial"/>
                <w:color w:val="003366"/>
                <w:sz w:val="20"/>
              </w:rPr>
            </w:pPr>
          </w:p>
        </w:tc>
      </w:tr>
      <w:tr w:rsidR="00B421F7" w:rsidRPr="007E3D52" w14:paraId="1235FB30" w14:textId="77777777" w:rsidTr="004750ED">
        <w:tc>
          <w:tcPr>
            <w:tcW w:w="2088" w:type="dxa"/>
          </w:tcPr>
          <w:p w14:paraId="01A679EB" w14:textId="77777777" w:rsidR="00B421F7" w:rsidRPr="007E3D52" w:rsidRDefault="00B421F7" w:rsidP="004750ED">
            <w:pPr>
              <w:spacing w:after="0" w:line="240" w:lineRule="auto"/>
              <w:jc w:val="both"/>
              <w:rPr>
                <w:rFonts w:ascii="Century Gothic" w:eastAsia="Times New Roman" w:hAnsi="Century Gothic" w:cs="Arial"/>
                <w:color w:val="003366"/>
                <w:sz w:val="20"/>
              </w:rPr>
            </w:pPr>
            <w:r w:rsidRPr="007E3D52">
              <w:rPr>
                <w:rFonts w:ascii="Century Gothic" w:eastAsia="Times New Roman" w:hAnsi="Century Gothic" w:cs="Times New Roman"/>
                <w:b/>
                <w:color w:val="003366"/>
                <w:sz w:val="20"/>
              </w:rPr>
              <w:t>Date:</w:t>
            </w:r>
          </w:p>
        </w:tc>
        <w:tc>
          <w:tcPr>
            <w:tcW w:w="3492" w:type="dxa"/>
          </w:tcPr>
          <w:p w14:paraId="6A9FDEDF" w14:textId="77777777" w:rsidR="00B421F7" w:rsidRPr="007E3D52" w:rsidRDefault="00B421F7" w:rsidP="004750ED">
            <w:pPr>
              <w:spacing w:after="0" w:line="240" w:lineRule="auto"/>
              <w:jc w:val="both"/>
              <w:rPr>
                <w:rFonts w:ascii="Century Gothic" w:eastAsia="Times New Roman" w:hAnsi="Century Gothic" w:cs="Arial"/>
                <w:color w:val="003366"/>
                <w:sz w:val="20"/>
              </w:rPr>
            </w:pPr>
            <w:r w:rsidRPr="007E3D52">
              <w:rPr>
                <w:rFonts w:ascii="Century Gothic" w:eastAsia="Times New Roman" w:hAnsi="Century Gothic" w:cs="Arial"/>
                <w:color w:val="003366"/>
                <w:sz w:val="20"/>
              </w:rPr>
              <w:t>June 202</w:t>
            </w:r>
            <w:r>
              <w:rPr>
                <w:rFonts w:ascii="Century Gothic" w:eastAsia="Times New Roman" w:hAnsi="Century Gothic" w:cs="Arial"/>
                <w:color w:val="003366"/>
                <w:sz w:val="20"/>
              </w:rPr>
              <w:t>6</w:t>
            </w:r>
          </w:p>
        </w:tc>
      </w:tr>
      <w:tr w:rsidR="00B421F7" w:rsidRPr="007E3D52" w14:paraId="5174B755" w14:textId="77777777" w:rsidTr="004750ED">
        <w:tc>
          <w:tcPr>
            <w:tcW w:w="2088" w:type="dxa"/>
          </w:tcPr>
          <w:p w14:paraId="3BF22E24" w14:textId="77777777" w:rsidR="00B421F7" w:rsidRPr="007E3D52" w:rsidRDefault="00B421F7" w:rsidP="004750ED">
            <w:pPr>
              <w:spacing w:after="0" w:line="240" w:lineRule="auto"/>
              <w:jc w:val="both"/>
              <w:rPr>
                <w:rFonts w:ascii="Century Gothic" w:eastAsia="Times New Roman" w:hAnsi="Century Gothic" w:cs="Times New Roman"/>
                <w:b/>
                <w:color w:val="003366"/>
                <w:sz w:val="20"/>
              </w:rPr>
            </w:pPr>
          </w:p>
        </w:tc>
        <w:tc>
          <w:tcPr>
            <w:tcW w:w="3492" w:type="dxa"/>
          </w:tcPr>
          <w:p w14:paraId="54E0DC6A" w14:textId="77777777" w:rsidR="00B421F7" w:rsidRPr="007E3D52" w:rsidRDefault="00B421F7" w:rsidP="004750ED">
            <w:pPr>
              <w:spacing w:after="0" w:line="240" w:lineRule="auto"/>
              <w:jc w:val="both"/>
              <w:rPr>
                <w:rFonts w:ascii="Century Gothic" w:eastAsia="Times New Roman" w:hAnsi="Century Gothic" w:cs="Arial"/>
                <w:color w:val="003366"/>
                <w:sz w:val="20"/>
              </w:rPr>
            </w:pPr>
          </w:p>
        </w:tc>
      </w:tr>
    </w:tbl>
    <w:p w14:paraId="1296DEE1" w14:textId="77777777" w:rsidR="00434535" w:rsidRDefault="00434535" w:rsidP="00434535"/>
    <w:p w14:paraId="7BDD94C3" w14:textId="77777777" w:rsidR="00434535" w:rsidRPr="00434535" w:rsidRDefault="00434535" w:rsidP="00434535"/>
    <w:sectPr w:rsidR="00434535" w:rsidRPr="00434535" w:rsidSect="00F24918">
      <w:headerReference w:type="default" r:id="rId25"/>
      <w:footerReference w:type="default" r:id="rId2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464E4" w14:textId="77777777" w:rsidR="006474A7" w:rsidRPr="00A665FC" w:rsidRDefault="006474A7">
      <w:pPr>
        <w:spacing w:after="0" w:line="240" w:lineRule="auto"/>
      </w:pPr>
      <w:r w:rsidRPr="00A665FC">
        <w:separator/>
      </w:r>
    </w:p>
  </w:endnote>
  <w:endnote w:type="continuationSeparator" w:id="0">
    <w:p w14:paraId="69520354" w14:textId="77777777" w:rsidR="006474A7" w:rsidRPr="00A665FC" w:rsidRDefault="006474A7">
      <w:pPr>
        <w:spacing w:after="0" w:line="240" w:lineRule="auto"/>
      </w:pPr>
      <w:r w:rsidRPr="00A665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570241"/>
      <w:docPartObj>
        <w:docPartGallery w:val="Page Numbers (Bottom of Page)"/>
        <w:docPartUnique/>
      </w:docPartObj>
    </w:sdtPr>
    <w:sdtContent>
      <w:p w14:paraId="3272CAB6" w14:textId="7F027FD2" w:rsidR="00B116F9" w:rsidRDefault="00B116F9">
        <w:pPr>
          <w:pStyle w:val="Footer"/>
          <w:jc w:val="right"/>
        </w:pPr>
        <w:r>
          <w:t xml:space="preserve"> </w:t>
        </w:r>
      </w:p>
    </w:sdtContent>
  </w:sdt>
  <w:p w14:paraId="429415EC" w14:textId="02CAA043" w:rsidR="002E7AA9" w:rsidRPr="00A665FC" w:rsidRDefault="002E7AA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736D" w14:textId="5B0C8164" w:rsidR="000A1196" w:rsidRDefault="000A1196">
    <w:pPr>
      <w:pStyle w:val="Footer"/>
      <w:jc w:val="right"/>
    </w:pPr>
  </w:p>
  <w:p w14:paraId="44E1C738" w14:textId="77777777" w:rsidR="00B116F9" w:rsidRPr="00A665FC" w:rsidRDefault="00B116F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301237"/>
      <w:docPartObj>
        <w:docPartGallery w:val="Page Numbers (Bottom of Page)"/>
        <w:docPartUnique/>
      </w:docPartObj>
    </w:sdtPr>
    <w:sdtContent>
      <w:p w14:paraId="16A44105" w14:textId="5293550F" w:rsidR="000A1196" w:rsidRDefault="000A1196" w:rsidP="000A1196">
        <w:pPr>
          <w:pStyle w:val="Footer"/>
          <w:jc w:val="center"/>
        </w:pPr>
        <w:r>
          <w:t xml:space="preserve">Page | </w:t>
        </w:r>
        <w:r>
          <w:fldChar w:fldCharType="begin"/>
        </w:r>
        <w:r>
          <w:instrText>PAGE   \* MERGEFORMAT</w:instrText>
        </w:r>
        <w:r>
          <w:fldChar w:fldCharType="separate"/>
        </w:r>
        <w:r>
          <w:t>2</w:t>
        </w:r>
        <w:r>
          <w:fldChar w:fldCharType="end"/>
        </w:r>
        <w:r>
          <w:t xml:space="preserve"> </w:t>
        </w:r>
      </w:p>
    </w:sdtContent>
  </w:sdt>
  <w:p w14:paraId="3F2A4F84" w14:textId="77777777" w:rsidR="000A1196" w:rsidRPr="00A665FC" w:rsidRDefault="000A11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A468D" w14:textId="77777777" w:rsidR="006474A7" w:rsidRPr="00A665FC" w:rsidRDefault="006474A7">
      <w:pPr>
        <w:spacing w:after="0" w:line="240" w:lineRule="auto"/>
      </w:pPr>
      <w:r w:rsidRPr="00A665FC">
        <w:separator/>
      </w:r>
    </w:p>
  </w:footnote>
  <w:footnote w:type="continuationSeparator" w:id="0">
    <w:p w14:paraId="3D321C1D" w14:textId="77777777" w:rsidR="006474A7" w:rsidRPr="00A665FC" w:rsidRDefault="006474A7">
      <w:pPr>
        <w:spacing w:after="0" w:line="240" w:lineRule="auto"/>
      </w:pPr>
      <w:r w:rsidRPr="00A665F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jc w:val="center"/>
      <w:tblLook w:val="04A0" w:firstRow="1" w:lastRow="0" w:firstColumn="1" w:lastColumn="0" w:noHBand="0" w:noVBand="1"/>
    </w:tblPr>
    <w:tblGrid>
      <w:gridCol w:w="4316"/>
      <w:gridCol w:w="4756"/>
    </w:tblGrid>
    <w:tr w:rsidR="007F06D6" w:rsidRPr="00A665FC" w14:paraId="3E3FA1CC" w14:textId="77777777" w:rsidTr="007F1829">
      <w:trPr>
        <w:jc w:val="center"/>
      </w:trPr>
      <w:tc>
        <w:tcPr>
          <w:tcW w:w="4316" w:type="dxa"/>
          <w:shd w:val="clear" w:color="auto" w:fill="0082BC"/>
        </w:tcPr>
        <w:p w14:paraId="2832E956" w14:textId="7A6D8B8E" w:rsidR="007F06D6" w:rsidRPr="00A665FC" w:rsidRDefault="007F06D6" w:rsidP="007F06D6"/>
      </w:tc>
      <w:tc>
        <w:tcPr>
          <w:tcW w:w="4756" w:type="dxa"/>
          <w:shd w:val="clear" w:color="auto" w:fill="0082BC"/>
        </w:tcPr>
        <w:p w14:paraId="442E45FC" w14:textId="41D7EBBD" w:rsidR="007F06D6" w:rsidRPr="00A665FC" w:rsidRDefault="007E50A1" w:rsidP="007F06D6">
          <w:pPr>
            <w:jc w:val="right"/>
          </w:pPr>
          <w:r w:rsidRPr="00A665FC">
            <w:rPr>
              <w:b/>
              <w:color w:val="FFFFFF"/>
              <w:sz w:val="24"/>
            </w:rPr>
            <w:t xml:space="preserve">Sefton Council | </w:t>
          </w:r>
          <w:r>
            <w:rPr>
              <w:b/>
              <w:color w:val="FFFFFF"/>
              <w:sz w:val="24"/>
            </w:rPr>
            <w:t>Communities</w:t>
          </w:r>
        </w:p>
      </w:tc>
    </w:tr>
  </w:tbl>
  <w:p w14:paraId="1B8A6D24" w14:textId="01BFD684" w:rsidR="00DC6FFA" w:rsidRPr="00A665FC" w:rsidRDefault="007E50A1" w:rsidP="000A1196">
    <w:pPr>
      <w:pStyle w:val="Header"/>
      <w:ind w:firstLine="720"/>
    </w:pPr>
    <w:r w:rsidRPr="00A665FC">
      <w:rPr>
        <w:b/>
        <w:noProof/>
        <w:color w:val="0082BC"/>
        <w:sz w:val="48"/>
      </w:rPr>
      <w:drawing>
        <wp:anchor distT="0" distB="0" distL="114300" distR="114300" simplePos="0" relativeHeight="251663361" behindDoc="0" locked="0" layoutInCell="1" allowOverlap="1" wp14:anchorId="2A2EF35D" wp14:editId="74C0DFCC">
          <wp:simplePos x="0" y="0"/>
          <wp:positionH relativeFrom="column">
            <wp:posOffset>-787400</wp:posOffset>
          </wp:positionH>
          <wp:positionV relativeFrom="paragraph">
            <wp:posOffset>-347345</wp:posOffset>
          </wp:positionV>
          <wp:extent cx="3092450" cy="476250"/>
          <wp:effectExtent l="0" t="0" r="0" b="0"/>
          <wp:wrapNone/>
          <wp:docPr id="1373527483"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3614" name="Picture 1" descr="A blue rectangle with white text&#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24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CE3" w:rsidRPr="00A665FC">
      <w:rPr>
        <w:noProof/>
      </w:rPr>
      <w:drawing>
        <wp:anchor distT="0" distB="0" distL="114300" distR="114300" simplePos="0" relativeHeight="251666433" behindDoc="0" locked="0" layoutInCell="1" allowOverlap="1" wp14:anchorId="07BD8A87" wp14:editId="34730C6E">
          <wp:simplePos x="0" y="0"/>
          <wp:positionH relativeFrom="margin">
            <wp:posOffset>-692150</wp:posOffset>
          </wp:positionH>
          <wp:positionV relativeFrom="paragraph">
            <wp:posOffset>-683895</wp:posOffset>
          </wp:positionV>
          <wp:extent cx="6543675" cy="231140"/>
          <wp:effectExtent l="0" t="0" r="9525" b="0"/>
          <wp:wrapNone/>
          <wp:docPr id="983432314" name="Picture 983432314"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efton Council 2030 branding - 7 coloured blocks in a row"/>
                  <pic:cNvPicPr/>
                </pic:nvPicPr>
                <pic:blipFill>
                  <a:blip r:embed="rId2">
                    <a:extLst>
                      <a:ext uri="{28A0092B-C50C-407E-A947-70E740481C1C}">
                        <a14:useLocalDpi xmlns:a14="http://schemas.microsoft.com/office/drawing/2010/main" val="0"/>
                      </a:ext>
                    </a:extLst>
                  </a:blip>
                  <a:stretch>
                    <a:fillRect/>
                  </a:stretch>
                </pic:blipFill>
                <pic:spPr>
                  <a:xfrm>
                    <a:off x="0" y="0"/>
                    <a:ext cx="6543675" cy="231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2073" w14:textId="4BB3D0AB" w:rsidR="000A1196" w:rsidRPr="00A665FC" w:rsidRDefault="000A1196">
    <w:pPr>
      <w:pStyle w:val="Header"/>
    </w:pPr>
    <w:r w:rsidRPr="00A665FC">
      <w:rPr>
        <w:noProof/>
      </w:rPr>
      <w:drawing>
        <wp:anchor distT="0" distB="0" distL="114300" distR="114300" simplePos="0" relativeHeight="251661313" behindDoc="0" locked="0" layoutInCell="1" allowOverlap="1" wp14:anchorId="091EAD8A" wp14:editId="78F44E50">
          <wp:simplePos x="0" y="0"/>
          <wp:positionH relativeFrom="margin">
            <wp:align>center</wp:align>
          </wp:positionH>
          <wp:positionV relativeFrom="paragraph">
            <wp:posOffset>-123825</wp:posOffset>
          </wp:positionV>
          <wp:extent cx="6543675" cy="231470"/>
          <wp:effectExtent l="0" t="0" r="0" b="0"/>
          <wp:wrapNone/>
          <wp:docPr id="446066879" name="Picture 446066879"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efton Council 2030 branding - 7 coloured blocks in a row"/>
                  <pic:cNvPicPr/>
                </pic:nvPicPr>
                <pic:blipFill>
                  <a:blip r:embed="rId1">
                    <a:extLst>
                      <a:ext uri="{28A0092B-C50C-407E-A947-70E740481C1C}">
                        <a14:useLocalDpi xmlns:a14="http://schemas.microsoft.com/office/drawing/2010/main" val="0"/>
                      </a:ext>
                    </a:extLst>
                  </a:blip>
                  <a:stretch>
                    <a:fillRect/>
                  </a:stretch>
                </pic:blipFill>
                <pic:spPr>
                  <a:xfrm>
                    <a:off x="0" y="0"/>
                    <a:ext cx="6543675" cy="231470"/>
                  </a:xfrm>
                  <a:prstGeom prst="rect">
                    <a:avLst/>
                  </a:prstGeom>
                </pic:spPr>
              </pic:pic>
            </a:graphicData>
          </a:graphic>
          <wp14:sizeRelH relativeFrom="page">
            <wp14:pctWidth>0</wp14:pctWidth>
          </wp14:sizeRelH>
          <wp14:sizeRelV relativeFrom="page">
            <wp14:pctHeight>0</wp14:pctHeight>
          </wp14:sizeRelV>
        </wp:anchor>
      </w:drawing>
    </w:r>
  </w:p>
  <w:tbl>
    <w:tblPr>
      <w:tblW w:w="9072" w:type="dxa"/>
      <w:jc w:val="center"/>
      <w:tblLook w:val="04A0" w:firstRow="1" w:lastRow="0" w:firstColumn="1" w:lastColumn="0" w:noHBand="0" w:noVBand="1"/>
    </w:tblPr>
    <w:tblGrid>
      <w:gridCol w:w="4316"/>
      <w:gridCol w:w="4756"/>
    </w:tblGrid>
    <w:tr w:rsidR="007F06D6" w:rsidRPr="00A665FC" w14:paraId="713F8627" w14:textId="77777777" w:rsidTr="007F1829">
      <w:trPr>
        <w:jc w:val="center"/>
      </w:trPr>
      <w:tc>
        <w:tcPr>
          <w:tcW w:w="4316" w:type="dxa"/>
          <w:shd w:val="clear" w:color="auto" w:fill="0082BC"/>
        </w:tcPr>
        <w:p w14:paraId="3CBCF896" w14:textId="55FC2E16" w:rsidR="007F06D6" w:rsidRPr="00A665FC" w:rsidRDefault="007F06D6" w:rsidP="007F06D6">
          <w:r w:rsidRPr="00A665FC">
            <w:rPr>
              <w:b/>
              <w:noProof/>
              <w:color w:val="0082BC"/>
              <w:sz w:val="48"/>
            </w:rPr>
            <w:drawing>
              <wp:anchor distT="0" distB="0" distL="114300" distR="114300" simplePos="0" relativeHeight="251665409" behindDoc="0" locked="0" layoutInCell="1" allowOverlap="1" wp14:anchorId="2D0A6CE5" wp14:editId="36DE6609">
                <wp:simplePos x="0" y="0"/>
                <wp:positionH relativeFrom="column">
                  <wp:posOffset>-173355</wp:posOffset>
                </wp:positionH>
                <wp:positionV relativeFrom="paragraph">
                  <wp:posOffset>-50165</wp:posOffset>
                </wp:positionV>
                <wp:extent cx="2587925" cy="476250"/>
                <wp:effectExtent l="0" t="0" r="3175" b="0"/>
                <wp:wrapNone/>
                <wp:docPr id="2084495981"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3614" name="Picture 1" descr="A blue rectangle with white text&#10;&#10;AI-generated content may be incorrec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87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222">
            <w:t>T</w:t>
          </w:r>
        </w:p>
      </w:tc>
      <w:tc>
        <w:tcPr>
          <w:tcW w:w="4756" w:type="dxa"/>
          <w:shd w:val="clear" w:color="auto" w:fill="0082BC"/>
        </w:tcPr>
        <w:p w14:paraId="38996EE1" w14:textId="539D0E76" w:rsidR="007F06D6" w:rsidRPr="00A665FC" w:rsidRDefault="00AC4092" w:rsidP="007F06D6">
          <w:pPr>
            <w:jc w:val="right"/>
          </w:pPr>
          <w:r w:rsidRPr="00A665FC">
            <w:rPr>
              <w:b/>
              <w:color w:val="FFFFFF"/>
              <w:sz w:val="24"/>
            </w:rPr>
            <w:t xml:space="preserve">Sefton Council | </w:t>
          </w:r>
          <w:r>
            <w:rPr>
              <w:b/>
              <w:color w:val="FFFFFF"/>
              <w:sz w:val="24"/>
            </w:rPr>
            <w:t>Communities</w:t>
          </w:r>
        </w:p>
      </w:tc>
    </w:tr>
  </w:tbl>
  <w:p w14:paraId="6A22C400" w14:textId="77777777" w:rsidR="000A1196" w:rsidRPr="00A665FC" w:rsidRDefault="000A1196" w:rsidP="000A1196">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8B4024"/>
    <w:multiLevelType w:val="multilevel"/>
    <w:tmpl w:val="EB0A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3E3A9C"/>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E4842"/>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61F66"/>
    <w:multiLevelType w:val="multilevel"/>
    <w:tmpl w:val="6F8A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D16DF8"/>
    <w:multiLevelType w:val="multilevel"/>
    <w:tmpl w:val="0B30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743BD9"/>
    <w:multiLevelType w:val="multilevel"/>
    <w:tmpl w:val="63B8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904A2F"/>
    <w:multiLevelType w:val="multilevel"/>
    <w:tmpl w:val="563C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84007"/>
    <w:multiLevelType w:val="multilevel"/>
    <w:tmpl w:val="1E40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F44D30"/>
    <w:multiLevelType w:val="multilevel"/>
    <w:tmpl w:val="F05C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E7393C"/>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A628E"/>
    <w:multiLevelType w:val="multilevel"/>
    <w:tmpl w:val="6B92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085708"/>
    <w:multiLevelType w:val="hybridMultilevel"/>
    <w:tmpl w:val="2282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22BEA"/>
    <w:multiLevelType w:val="multilevel"/>
    <w:tmpl w:val="BEF4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63244C"/>
    <w:multiLevelType w:val="multilevel"/>
    <w:tmpl w:val="8676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0A7BA0"/>
    <w:multiLevelType w:val="hybridMultilevel"/>
    <w:tmpl w:val="89B0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30966"/>
    <w:multiLevelType w:val="multilevel"/>
    <w:tmpl w:val="7CCA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647928"/>
    <w:multiLevelType w:val="hybridMultilevel"/>
    <w:tmpl w:val="9C4ED7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F1E4077"/>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B01DE5"/>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775335"/>
    <w:multiLevelType w:val="multilevel"/>
    <w:tmpl w:val="D6C0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416985"/>
    <w:multiLevelType w:val="hybridMultilevel"/>
    <w:tmpl w:val="DC42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F6673E"/>
    <w:multiLevelType w:val="multilevel"/>
    <w:tmpl w:val="2640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9B324E"/>
    <w:multiLevelType w:val="multilevel"/>
    <w:tmpl w:val="1BD4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2D0E90"/>
    <w:multiLevelType w:val="multilevel"/>
    <w:tmpl w:val="AB6CC8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8047B5"/>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017E41"/>
    <w:multiLevelType w:val="hybridMultilevel"/>
    <w:tmpl w:val="C10A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657494"/>
    <w:multiLevelType w:val="multilevel"/>
    <w:tmpl w:val="658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F65BBF"/>
    <w:multiLevelType w:val="multilevel"/>
    <w:tmpl w:val="0896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8650CB"/>
    <w:multiLevelType w:val="multilevel"/>
    <w:tmpl w:val="7408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61666A"/>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FD6B89"/>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817E2D"/>
    <w:multiLevelType w:val="multilevel"/>
    <w:tmpl w:val="B144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A35D06"/>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E12DD8"/>
    <w:multiLevelType w:val="multilevel"/>
    <w:tmpl w:val="FBE6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96707B"/>
    <w:multiLevelType w:val="multilevel"/>
    <w:tmpl w:val="E61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1F0B93"/>
    <w:multiLevelType w:val="multilevel"/>
    <w:tmpl w:val="6B2A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4F39C9"/>
    <w:multiLevelType w:val="multilevel"/>
    <w:tmpl w:val="17E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826613">
    <w:abstractNumId w:val="5"/>
  </w:num>
  <w:num w:numId="2" w16cid:durableId="1487016246">
    <w:abstractNumId w:val="3"/>
  </w:num>
  <w:num w:numId="3" w16cid:durableId="1484396736">
    <w:abstractNumId w:val="2"/>
  </w:num>
  <w:num w:numId="4" w16cid:durableId="1877547382">
    <w:abstractNumId w:val="4"/>
  </w:num>
  <w:num w:numId="5" w16cid:durableId="1809057152">
    <w:abstractNumId w:val="1"/>
  </w:num>
  <w:num w:numId="6" w16cid:durableId="1493444779">
    <w:abstractNumId w:val="0"/>
  </w:num>
  <w:num w:numId="7" w16cid:durableId="930352901">
    <w:abstractNumId w:val="32"/>
  </w:num>
  <w:num w:numId="8" w16cid:durableId="96677921">
    <w:abstractNumId w:val="33"/>
  </w:num>
  <w:num w:numId="9" w16cid:durableId="1885943946">
    <w:abstractNumId w:val="10"/>
  </w:num>
  <w:num w:numId="10" w16cid:durableId="2102799240">
    <w:abstractNumId w:val="29"/>
  </w:num>
  <w:num w:numId="11" w16cid:durableId="486483934">
    <w:abstractNumId w:val="25"/>
  </w:num>
  <w:num w:numId="12" w16cid:durableId="1548644970">
    <w:abstractNumId w:val="18"/>
  </w:num>
  <w:num w:numId="13" w16cid:durableId="1408651507">
    <w:abstractNumId w:val="26"/>
  </w:num>
  <w:num w:numId="14" w16cid:durableId="1434469441">
    <w:abstractNumId w:val="17"/>
  </w:num>
  <w:num w:numId="15" w16cid:durableId="939293694">
    <w:abstractNumId w:val="37"/>
  </w:num>
  <w:num w:numId="16" w16cid:durableId="1370958176">
    <w:abstractNumId w:val="27"/>
  </w:num>
  <w:num w:numId="17" w16cid:durableId="528959193">
    <w:abstractNumId w:val="11"/>
  </w:num>
  <w:num w:numId="18" w16cid:durableId="1049962024">
    <w:abstractNumId w:val="13"/>
  </w:num>
  <w:num w:numId="19" w16cid:durableId="12801739">
    <w:abstractNumId w:val="41"/>
  </w:num>
  <w:num w:numId="20" w16cid:durableId="1776096321">
    <w:abstractNumId w:val="16"/>
  </w:num>
  <w:num w:numId="21" w16cid:durableId="649674472">
    <w:abstractNumId w:val="14"/>
  </w:num>
  <w:num w:numId="22" w16cid:durableId="203178717">
    <w:abstractNumId w:val="9"/>
  </w:num>
  <w:num w:numId="23" w16cid:durableId="1748461079">
    <w:abstractNumId w:val="34"/>
  </w:num>
  <w:num w:numId="24" w16cid:durableId="547882938">
    <w:abstractNumId w:val="42"/>
  </w:num>
  <w:num w:numId="25" w16cid:durableId="1804886285">
    <w:abstractNumId w:val="19"/>
  </w:num>
  <w:num w:numId="26" w16cid:durableId="753942308">
    <w:abstractNumId w:val="39"/>
  </w:num>
  <w:num w:numId="27" w16cid:durableId="842161897">
    <w:abstractNumId w:val="6"/>
  </w:num>
  <w:num w:numId="28" w16cid:durableId="1169253410">
    <w:abstractNumId w:val="28"/>
  </w:num>
  <w:num w:numId="29" w16cid:durableId="1376005526">
    <w:abstractNumId w:val="40"/>
  </w:num>
  <w:num w:numId="30" w16cid:durableId="992417699">
    <w:abstractNumId w:val="12"/>
  </w:num>
  <w:num w:numId="31" w16cid:durableId="1811945182">
    <w:abstractNumId w:val="15"/>
  </w:num>
  <w:num w:numId="32" w16cid:durableId="752121699">
    <w:abstractNumId w:val="35"/>
  </w:num>
  <w:num w:numId="33" w16cid:durableId="728764366">
    <w:abstractNumId w:val="30"/>
  </w:num>
  <w:num w:numId="34" w16cid:durableId="903369946">
    <w:abstractNumId w:val="7"/>
  </w:num>
  <w:num w:numId="35" w16cid:durableId="1916547196">
    <w:abstractNumId w:val="38"/>
  </w:num>
  <w:num w:numId="36" w16cid:durableId="1313756109">
    <w:abstractNumId w:val="23"/>
  </w:num>
  <w:num w:numId="37" w16cid:durableId="580675113">
    <w:abstractNumId w:val="24"/>
  </w:num>
  <w:num w:numId="38" w16cid:durableId="1158957881">
    <w:abstractNumId w:val="36"/>
  </w:num>
  <w:num w:numId="39" w16cid:durableId="1517885159">
    <w:abstractNumId w:val="8"/>
  </w:num>
  <w:num w:numId="40" w16cid:durableId="1642035715">
    <w:abstractNumId w:val="22"/>
  </w:num>
  <w:num w:numId="41" w16cid:durableId="1929850866">
    <w:abstractNumId w:val="20"/>
  </w:num>
  <w:num w:numId="42" w16cid:durableId="1658533987">
    <w:abstractNumId w:val="31"/>
  </w:num>
  <w:num w:numId="43" w16cid:durableId="1062484894">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FE2"/>
    <w:rsid w:val="00011491"/>
    <w:rsid w:val="0001246D"/>
    <w:rsid w:val="00016DA3"/>
    <w:rsid w:val="000175F6"/>
    <w:rsid w:val="0001786B"/>
    <w:rsid w:val="00024DDE"/>
    <w:rsid w:val="00032434"/>
    <w:rsid w:val="00034616"/>
    <w:rsid w:val="00035335"/>
    <w:rsid w:val="0004753D"/>
    <w:rsid w:val="00050895"/>
    <w:rsid w:val="00057216"/>
    <w:rsid w:val="0006063C"/>
    <w:rsid w:val="00073C50"/>
    <w:rsid w:val="00074692"/>
    <w:rsid w:val="000812B6"/>
    <w:rsid w:val="00081A7D"/>
    <w:rsid w:val="00085B78"/>
    <w:rsid w:val="00096AC7"/>
    <w:rsid w:val="000A1196"/>
    <w:rsid w:val="000A1D22"/>
    <w:rsid w:val="000A7FC7"/>
    <w:rsid w:val="000B3B22"/>
    <w:rsid w:val="000B4A37"/>
    <w:rsid w:val="000E7316"/>
    <w:rsid w:val="000F3249"/>
    <w:rsid w:val="0010147F"/>
    <w:rsid w:val="00104A3C"/>
    <w:rsid w:val="00107B5A"/>
    <w:rsid w:val="001115BF"/>
    <w:rsid w:val="00115BE7"/>
    <w:rsid w:val="00122490"/>
    <w:rsid w:val="00125EEB"/>
    <w:rsid w:val="001303A8"/>
    <w:rsid w:val="00143869"/>
    <w:rsid w:val="001460FF"/>
    <w:rsid w:val="0015074B"/>
    <w:rsid w:val="0015495B"/>
    <w:rsid w:val="00160D75"/>
    <w:rsid w:val="00166387"/>
    <w:rsid w:val="00170274"/>
    <w:rsid w:val="001735DF"/>
    <w:rsid w:val="001743EB"/>
    <w:rsid w:val="00174758"/>
    <w:rsid w:val="00175C79"/>
    <w:rsid w:val="00187F29"/>
    <w:rsid w:val="001A3735"/>
    <w:rsid w:val="001A7573"/>
    <w:rsid w:val="001B2341"/>
    <w:rsid w:val="001B5028"/>
    <w:rsid w:val="001B5148"/>
    <w:rsid w:val="001C166B"/>
    <w:rsid w:val="001C345F"/>
    <w:rsid w:val="001C3FC7"/>
    <w:rsid w:val="001C5E25"/>
    <w:rsid w:val="001D1393"/>
    <w:rsid w:val="001D6147"/>
    <w:rsid w:val="001E7F31"/>
    <w:rsid w:val="001F18BD"/>
    <w:rsid w:val="001F2C43"/>
    <w:rsid w:val="002130A3"/>
    <w:rsid w:val="00221AB6"/>
    <w:rsid w:val="002250F4"/>
    <w:rsid w:val="002259DC"/>
    <w:rsid w:val="002319BA"/>
    <w:rsid w:val="002329E8"/>
    <w:rsid w:val="00244137"/>
    <w:rsid w:val="00245435"/>
    <w:rsid w:val="00256DD6"/>
    <w:rsid w:val="00256DEF"/>
    <w:rsid w:val="00260C8D"/>
    <w:rsid w:val="00267DAC"/>
    <w:rsid w:val="00282ABC"/>
    <w:rsid w:val="0028529D"/>
    <w:rsid w:val="0028621D"/>
    <w:rsid w:val="00295E96"/>
    <w:rsid w:val="0029639D"/>
    <w:rsid w:val="002B35AD"/>
    <w:rsid w:val="002C1C8D"/>
    <w:rsid w:val="002C25F6"/>
    <w:rsid w:val="002C43EB"/>
    <w:rsid w:val="002C5668"/>
    <w:rsid w:val="002D0CE4"/>
    <w:rsid w:val="002E2684"/>
    <w:rsid w:val="002E6044"/>
    <w:rsid w:val="002E7AA9"/>
    <w:rsid w:val="002F39DE"/>
    <w:rsid w:val="002F62C2"/>
    <w:rsid w:val="002F759F"/>
    <w:rsid w:val="00300AAC"/>
    <w:rsid w:val="00302B7E"/>
    <w:rsid w:val="00304C45"/>
    <w:rsid w:val="003106E4"/>
    <w:rsid w:val="0031331E"/>
    <w:rsid w:val="00316999"/>
    <w:rsid w:val="00316C51"/>
    <w:rsid w:val="00317E97"/>
    <w:rsid w:val="00321FB4"/>
    <w:rsid w:val="003234D7"/>
    <w:rsid w:val="0032696B"/>
    <w:rsid w:val="00326F90"/>
    <w:rsid w:val="003328AA"/>
    <w:rsid w:val="00341A53"/>
    <w:rsid w:val="00343262"/>
    <w:rsid w:val="00351C2D"/>
    <w:rsid w:val="0035256F"/>
    <w:rsid w:val="00353820"/>
    <w:rsid w:val="00361C81"/>
    <w:rsid w:val="003651D0"/>
    <w:rsid w:val="00365E6A"/>
    <w:rsid w:val="00367D28"/>
    <w:rsid w:val="003713DB"/>
    <w:rsid w:val="00372A54"/>
    <w:rsid w:val="00381835"/>
    <w:rsid w:val="00382135"/>
    <w:rsid w:val="003823FA"/>
    <w:rsid w:val="00382592"/>
    <w:rsid w:val="00385868"/>
    <w:rsid w:val="00390169"/>
    <w:rsid w:val="003948A4"/>
    <w:rsid w:val="0039553C"/>
    <w:rsid w:val="003A0212"/>
    <w:rsid w:val="003A7F84"/>
    <w:rsid w:val="003B2419"/>
    <w:rsid w:val="003B272C"/>
    <w:rsid w:val="003B2C96"/>
    <w:rsid w:val="003B7A2D"/>
    <w:rsid w:val="003C54F2"/>
    <w:rsid w:val="003D356B"/>
    <w:rsid w:val="003D439B"/>
    <w:rsid w:val="003E25CB"/>
    <w:rsid w:val="003E2B31"/>
    <w:rsid w:val="003E54C5"/>
    <w:rsid w:val="003E7D49"/>
    <w:rsid w:val="003F3C25"/>
    <w:rsid w:val="004009C4"/>
    <w:rsid w:val="00401222"/>
    <w:rsid w:val="00402A02"/>
    <w:rsid w:val="004031C7"/>
    <w:rsid w:val="00412AF7"/>
    <w:rsid w:val="004130D9"/>
    <w:rsid w:val="0041539A"/>
    <w:rsid w:val="004208D4"/>
    <w:rsid w:val="00422961"/>
    <w:rsid w:val="00424EF4"/>
    <w:rsid w:val="00427E49"/>
    <w:rsid w:val="0043093C"/>
    <w:rsid w:val="0043131B"/>
    <w:rsid w:val="00434535"/>
    <w:rsid w:val="0043734A"/>
    <w:rsid w:val="00437B38"/>
    <w:rsid w:val="00442354"/>
    <w:rsid w:val="00447431"/>
    <w:rsid w:val="00454E02"/>
    <w:rsid w:val="00455516"/>
    <w:rsid w:val="004617C1"/>
    <w:rsid w:val="004622E6"/>
    <w:rsid w:val="004625E5"/>
    <w:rsid w:val="00463B70"/>
    <w:rsid w:val="00466195"/>
    <w:rsid w:val="00467746"/>
    <w:rsid w:val="00474468"/>
    <w:rsid w:val="00475088"/>
    <w:rsid w:val="00475FB2"/>
    <w:rsid w:val="00483650"/>
    <w:rsid w:val="00484232"/>
    <w:rsid w:val="00487B36"/>
    <w:rsid w:val="0049316D"/>
    <w:rsid w:val="00496E8A"/>
    <w:rsid w:val="004A21CE"/>
    <w:rsid w:val="004A47DE"/>
    <w:rsid w:val="004A7591"/>
    <w:rsid w:val="004A77F9"/>
    <w:rsid w:val="004B251A"/>
    <w:rsid w:val="004B5CBD"/>
    <w:rsid w:val="004B7AC3"/>
    <w:rsid w:val="004B7BB0"/>
    <w:rsid w:val="004C2FB4"/>
    <w:rsid w:val="004C354C"/>
    <w:rsid w:val="004D4ECE"/>
    <w:rsid w:val="004D7153"/>
    <w:rsid w:val="004E027F"/>
    <w:rsid w:val="004E05B7"/>
    <w:rsid w:val="004E277B"/>
    <w:rsid w:val="004E2F2D"/>
    <w:rsid w:val="004E42C8"/>
    <w:rsid w:val="004E443C"/>
    <w:rsid w:val="004E55FD"/>
    <w:rsid w:val="004E7A46"/>
    <w:rsid w:val="004F09DE"/>
    <w:rsid w:val="004F1DB9"/>
    <w:rsid w:val="004F4A4E"/>
    <w:rsid w:val="0050303F"/>
    <w:rsid w:val="005032E1"/>
    <w:rsid w:val="005116C5"/>
    <w:rsid w:val="00511F96"/>
    <w:rsid w:val="00514FBC"/>
    <w:rsid w:val="0051641B"/>
    <w:rsid w:val="00516C82"/>
    <w:rsid w:val="00522A66"/>
    <w:rsid w:val="00524370"/>
    <w:rsid w:val="00524633"/>
    <w:rsid w:val="00526D72"/>
    <w:rsid w:val="00530EB5"/>
    <w:rsid w:val="00531F43"/>
    <w:rsid w:val="00536407"/>
    <w:rsid w:val="00547C3F"/>
    <w:rsid w:val="00547F72"/>
    <w:rsid w:val="00557DAF"/>
    <w:rsid w:val="00560F73"/>
    <w:rsid w:val="00561405"/>
    <w:rsid w:val="0056452B"/>
    <w:rsid w:val="00565B5D"/>
    <w:rsid w:val="005715A1"/>
    <w:rsid w:val="00571B76"/>
    <w:rsid w:val="005743BA"/>
    <w:rsid w:val="00575170"/>
    <w:rsid w:val="0057534E"/>
    <w:rsid w:val="00580173"/>
    <w:rsid w:val="0058344C"/>
    <w:rsid w:val="00592C51"/>
    <w:rsid w:val="005A7576"/>
    <w:rsid w:val="005B50D4"/>
    <w:rsid w:val="005B5209"/>
    <w:rsid w:val="005B5848"/>
    <w:rsid w:val="005B5AF1"/>
    <w:rsid w:val="005B5FF7"/>
    <w:rsid w:val="005C098F"/>
    <w:rsid w:val="005C1F40"/>
    <w:rsid w:val="005C7CED"/>
    <w:rsid w:val="005D7F83"/>
    <w:rsid w:val="005E287F"/>
    <w:rsid w:val="005E401A"/>
    <w:rsid w:val="005E5084"/>
    <w:rsid w:val="005F3F2A"/>
    <w:rsid w:val="00615836"/>
    <w:rsid w:val="0061762B"/>
    <w:rsid w:val="006203A3"/>
    <w:rsid w:val="00620F56"/>
    <w:rsid w:val="0062339D"/>
    <w:rsid w:val="0062565B"/>
    <w:rsid w:val="006301CE"/>
    <w:rsid w:val="00633980"/>
    <w:rsid w:val="00634ABD"/>
    <w:rsid w:val="00634AF2"/>
    <w:rsid w:val="006444E0"/>
    <w:rsid w:val="00644E3D"/>
    <w:rsid w:val="006474A7"/>
    <w:rsid w:val="00647EE9"/>
    <w:rsid w:val="00651D5D"/>
    <w:rsid w:val="006537C0"/>
    <w:rsid w:val="0065794C"/>
    <w:rsid w:val="00660729"/>
    <w:rsid w:val="006614A6"/>
    <w:rsid w:val="00661922"/>
    <w:rsid w:val="0066369C"/>
    <w:rsid w:val="00667A1D"/>
    <w:rsid w:val="00671606"/>
    <w:rsid w:val="006732FD"/>
    <w:rsid w:val="00680CB4"/>
    <w:rsid w:val="00683667"/>
    <w:rsid w:val="00683BEA"/>
    <w:rsid w:val="006852CF"/>
    <w:rsid w:val="00685A24"/>
    <w:rsid w:val="00685D7D"/>
    <w:rsid w:val="0068627F"/>
    <w:rsid w:val="00690F29"/>
    <w:rsid w:val="00691A35"/>
    <w:rsid w:val="00697B51"/>
    <w:rsid w:val="006A06DF"/>
    <w:rsid w:val="006A087D"/>
    <w:rsid w:val="006A1601"/>
    <w:rsid w:val="006A31C3"/>
    <w:rsid w:val="006A52BC"/>
    <w:rsid w:val="006A699C"/>
    <w:rsid w:val="006B1224"/>
    <w:rsid w:val="006B262E"/>
    <w:rsid w:val="006B2DE2"/>
    <w:rsid w:val="006B3689"/>
    <w:rsid w:val="006B6008"/>
    <w:rsid w:val="006C339D"/>
    <w:rsid w:val="006C3A5F"/>
    <w:rsid w:val="006D52B0"/>
    <w:rsid w:val="006D7018"/>
    <w:rsid w:val="006E1DDF"/>
    <w:rsid w:val="006F1699"/>
    <w:rsid w:val="006F3178"/>
    <w:rsid w:val="006F7222"/>
    <w:rsid w:val="006F7369"/>
    <w:rsid w:val="00702067"/>
    <w:rsid w:val="00713D70"/>
    <w:rsid w:val="0072213A"/>
    <w:rsid w:val="00723800"/>
    <w:rsid w:val="00723C76"/>
    <w:rsid w:val="0073474E"/>
    <w:rsid w:val="00735FBE"/>
    <w:rsid w:val="007403DC"/>
    <w:rsid w:val="0074244B"/>
    <w:rsid w:val="00744FBD"/>
    <w:rsid w:val="00745BBD"/>
    <w:rsid w:val="0075036B"/>
    <w:rsid w:val="00757885"/>
    <w:rsid w:val="00765EE2"/>
    <w:rsid w:val="00765EE9"/>
    <w:rsid w:val="007679B6"/>
    <w:rsid w:val="00770A28"/>
    <w:rsid w:val="0078048B"/>
    <w:rsid w:val="00786C35"/>
    <w:rsid w:val="00793F32"/>
    <w:rsid w:val="007963C9"/>
    <w:rsid w:val="007A6574"/>
    <w:rsid w:val="007B5705"/>
    <w:rsid w:val="007C0416"/>
    <w:rsid w:val="007C2243"/>
    <w:rsid w:val="007C6702"/>
    <w:rsid w:val="007C7D15"/>
    <w:rsid w:val="007D61B3"/>
    <w:rsid w:val="007D78DA"/>
    <w:rsid w:val="007E0B7D"/>
    <w:rsid w:val="007E4461"/>
    <w:rsid w:val="007E451A"/>
    <w:rsid w:val="007E50A1"/>
    <w:rsid w:val="007F06D6"/>
    <w:rsid w:val="007F39F9"/>
    <w:rsid w:val="00801FCA"/>
    <w:rsid w:val="00805318"/>
    <w:rsid w:val="00810273"/>
    <w:rsid w:val="008110B0"/>
    <w:rsid w:val="008117DF"/>
    <w:rsid w:val="00822870"/>
    <w:rsid w:val="00823294"/>
    <w:rsid w:val="00827FB8"/>
    <w:rsid w:val="008305C3"/>
    <w:rsid w:val="00833B16"/>
    <w:rsid w:val="00834382"/>
    <w:rsid w:val="00836676"/>
    <w:rsid w:val="00845349"/>
    <w:rsid w:val="00847C09"/>
    <w:rsid w:val="0085468D"/>
    <w:rsid w:val="00856E71"/>
    <w:rsid w:val="00861DC3"/>
    <w:rsid w:val="00865EED"/>
    <w:rsid w:val="00866E1F"/>
    <w:rsid w:val="00891FF8"/>
    <w:rsid w:val="008A0BA7"/>
    <w:rsid w:val="008A10D1"/>
    <w:rsid w:val="008A2183"/>
    <w:rsid w:val="008A2AD1"/>
    <w:rsid w:val="008A5F0E"/>
    <w:rsid w:val="008B7841"/>
    <w:rsid w:val="008C2715"/>
    <w:rsid w:val="008C2CF8"/>
    <w:rsid w:val="008C49EE"/>
    <w:rsid w:val="008E3DA0"/>
    <w:rsid w:val="008E4272"/>
    <w:rsid w:val="008E4D82"/>
    <w:rsid w:val="008E67AA"/>
    <w:rsid w:val="008E6995"/>
    <w:rsid w:val="008F290E"/>
    <w:rsid w:val="008F52F8"/>
    <w:rsid w:val="008F581E"/>
    <w:rsid w:val="008F6EDA"/>
    <w:rsid w:val="009008D4"/>
    <w:rsid w:val="00912962"/>
    <w:rsid w:val="00915045"/>
    <w:rsid w:val="009260C5"/>
    <w:rsid w:val="00931578"/>
    <w:rsid w:val="00936534"/>
    <w:rsid w:val="00941DFC"/>
    <w:rsid w:val="009437BE"/>
    <w:rsid w:val="009443A8"/>
    <w:rsid w:val="00947E64"/>
    <w:rsid w:val="00965170"/>
    <w:rsid w:val="009725F0"/>
    <w:rsid w:val="009727A8"/>
    <w:rsid w:val="00972DD3"/>
    <w:rsid w:val="00973C7D"/>
    <w:rsid w:val="00974456"/>
    <w:rsid w:val="009773AD"/>
    <w:rsid w:val="00983AA1"/>
    <w:rsid w:val="009940B8"/>
    <w:rsid w:val="009A33C2"/>
    <w:rsid w:val="009A40A4"/>
    <w:rsid w:val="009A4A16"/>
    <w:rsid w:val="009A6CF7"/>
    <w:rsid w:val="009A71D2"/>
    <w:rsid w:val="009A761A"/>
    <w:rsid w:val="009B2283"/>
    <w:rsid w:val="009B4131"/>
    <w:rsid w:val="009B5732"/>
    <w:rsid w:val="009B5C30"/>
    <w:rsid w:val="009C35C3"/>
    <w:rsid w:val="009C6212"/>
    <w:rsid w:val="009E153E"/>
    <w:rsid w:val="009E3909"/>
    <w:rsid w:val="009E6205"/>
    <w:rsid w:val="009F340D"/>
    <w:rsid w:val="009F37BF"/>
    <w:rsid w:val="00A012E2"/>
    <w:rsid w:val="00A071D1"/>
    <w:rsid w:val="00A07798"/>
    <w:rsid w:val="00A10897"/>
    <w:rsid w:val="00A11542"/>
    <w:rsid w:val="00A13477"/>
    <w:rsid w:val="00A14929"/>
    <w:rsid w:val="00A17918"/>
    <w:rsid w:val="00A20A2A"/>
    <w:rsid w:val="00A20E49"/>
    <w:rsid w:val="00A23323"/>
    <w:rsid w:val="00A236B7"/>
    <w:rsid w:val="00A23E23"/>
    <w:rsid w:val="00A256DE"/>
    <w:rsid w:val="00A26C17"/>
    <w:rsid w:val="00A373B0"/>
    <w:rsid w:val="00A42822"/>
    <w:rsid w:val="00A532A1"/>
    <w:rsid w:val="00A55CFD"/>
    <w:rsid w:val="00A60A21"/>
    <w:rsid w:val="00A63AD3"/>
    <w:rsid w:val="00A64288"/>
    <w:rsid w:val="00A64F1F"/>
    <w:rsid w:val="00A665FC"/>
    <w:rsid w:val="00A66D7A"/>
    <w:rsid w:val="00A77F26"/>
    <w:rsid w:val="00A83330"/>
    <w:rsid w:val="00A87104"/>
    <w:rsid w:val="00A91189"/>
    <w:rsid w:val="00A93EC9"/>
    <w:rsid w:val="00AA1D8D"/>
    <w:rsid w:val="00AA413C"/>
    <w:rsid w:val="00AB253B"/>
    <w:rsid w:val="00AC19E9"/>
    <w:rsid w:val="00AC1D67"/>
    <w:rsid w:val="00AC4092"/>
    <w:rsid w:val="00AD28C4"/>
    <w:rsid w:val="00AD31D8"/>
    <w:rsid w:val="00AD39CD"/>
    <w:rsid w:val="00AD5B78"/>
    <w:rsid w:val="00AE37D0"/>
    <w:rsid w:val="00AE540B"/>
    <w:rsid w:val="00AE6C25"/>
    <w:rsid w:val="00AF006A"/>
    <w:rsid w:val="00AF4161"/>
    <w:rsid w:val="00AF4256"/>
    <w:rsid w:val="00B01BFC"/>
    <w:rsid w:val="00B035E7"/>
    <w:rsid w:val="00B03895"/>
    <w:rsid w:val="00B044F7"/>
    <w:rsid w:val="00B10119"/>
    <w:rsid w:val="00B116F9"/>
    <w:rsid w:val="00B119D3"/>
    <w:rsid w:val="00B122F9"/>
    <w:rsid w:val="00B1432F"/>
    <w:rsid w:val="00B14756"/>
    <w:rsid w:val="00B207B7"/>
    <w:rsid w:val="00B20C3A"/>
    <w:rsid w:val="00B262BE"/>
    <w:rsid w:val="00B2766C"/>
    <w:rsid w:val="00B27CE3"/>
    <w:rsid w:val="00B34333"/>
    <w:rsid w:val="00B357E0"/>
    <w:rsid w:val="00B36A0A"/>
    <w:rsid w:val="00B37171"/>
    <w:rsid w:val="00B421F7"/>
    <w:rsid w:val="00B42C12"/>
    <w:rsid w:val="00B47232"/>
    <w:rsid w:val="00B47730"/>
    <w:rsid w:val="00B548D0"/>
    <w:rsid w:val="00B55F74"/>
    <w:rsid w:val="00B5759E"/>
    <w:rsid w:val="00B60B4B"/>
    <w:rsid w:val="00B61F75"/>
    <w:rsid w:val="00B63941"/>
    <w:rsid w:val="00B64D8E"/>
    <w:rsid w:val="00B65812"/>
    <w:rsid w:val="00B704A9"/>
    <w:rsid w:val="00B7139D"/>
    <w:rsid w:val="00B7578E"/>
    <w:rsid w:val="00B80F38"/>
    <w:rsid w:val="00B86534"/>
    <w:rsid w:val="00B86FD8"/>
    <w:rsid w:val="00B93A75"/>
    <w:rsid w:val="00B9571B"/>
    <w:rsid w:val="00BA074D"/>
    <w:rsid w:val="00BC737D"/>
    <w:rsid w:val="00BC7AD1"/>
    <w:rsid w:val="00BD0475"/>
    <w:rsid w:val="00BD1C6B"/>
    <w:rsid w:val="00BD61C5"/>
    <w:rsid w:val="00BE052C"/>
    <w:rsid w:val="00BE0E7F"/>
    <w:rsid w:val="00BE1D44"/>
    <w:rsid w:val="00BE392D"/>
    <w:rsid w:val="00BE409F"/>
    <w:rsid w:val="00BE466B"/>
    <w:rsid w:val="00BE670A"/>
    <w:rsid w:val="00BE6F6E"/>
    <w:rsid w:val="00BE7853"/>
    <w:rsid w:val="00C03FFC"/>
    <w:rsid w:val="00C10C81"/>
    <w:rsid w:val="00C12732"/>
    <w:rsid w:val="00C12D72"/>
    <w:rsid w:val="00C16F45"/>
    <w:rsid w:val="00C21866"/>
    <w:rsid w:val="00C2193E"/>
    <w:rsid w:val="00C231FD"/>
    <w:rsid w:val="00C24D6C"/>
    <w:rsid w:val="00C250CE"/>
    <w:rsid w:val="00C37354"/>
    <w:rsid w:val="00C40829"/>
    <w:rsid w:val="00C41AA7"/>
    <w:rsid w:val="00C430C4"/>
    <w:rsid w:val="00C4462C"/>
    <w:rsid w:val="00C469EE"/>
    <w:rsid w:val="00C47990"/>
    <w:rsid w:val="00C55123"/>
    <w:rsid w:val="00C56AA1"/>
    <w:rsid w:val="00C67778"/>
    <w:rsid w:val="00C7120F"/>
    <w:rsid w:val="00C73E92"/>
    <w:rsid w:val="00C74CB6"/>
    <w:rsid w:val="00C77AF3"/>
    <w:rsid w:val="00C97E34"/>
    <w:rsid w:val="00CA1C57"/>
    <w:rsid w:val="00CA22A5"/>
    <w:rsid w:val="00CA2E18"/>
    <w:rsid w:val="00CA3CDC"/>
    <w:rsid w:val="00CA40E0"/>
    <w:rsid w:val="00CB0664"/>
    <w:rsid w:val="00CB1FFD"/>
    <w:rsid w:val="00CB4F6B"/>
    <w:rsid w:val="00CC1F55"/>
    <w:rsid w:val="00CD36EC"/>
    <w:rsid w:val="00CD7261"/>
    <w:rsid w:val="00CE28C7"/>
    <w:rsid w:val="00CE5365"/>
    <w:rsid w:val="00CE60B7"/>
    <w:rsid w:val="00CE7343"/>
    <w:rsid w:val="00CF361B"/>
    <w:rsid w:val="00CF74B7"/>
    <w:rsid w:val="00D01132"/>
    <w:rsid w:val="00D019F3"/>
    <w:rsid w:val="00D05D53"/>
    <w:rsid w:val="00D0670F"/>
    <w:rsid w:val="00D13B03"/>
    <w:rsid w:val="00D16508"/>
    <w:rsid w:val="00D2486E"/>
    <w:rsid w:val="00D3132B"/>
    <w:rsid w:val="00D36951"/>
    <w:rsid w:val="00D37498"/>
    <w:rsid w:val="00D4486B"/>
    <w:rsid w:val="00D44C3C"/>
    <w:rsid w:val="00D459EF"/>
    <w:rsid w:val="00D46EEC"/>
    <w:rsid w:val="00D513CC"/>
    <w:rsid w:val="00D51AF7"/>
    <w:rsid w:val="00D60732"/>
    <w:rsid w:val="00D61A9F"/>
    <w:rsid w:val="00D6429F"/>
    <w:rsid w:val="00D74891"/>
    <w:rsid w:val="00D74D8D"/>
    <w:rsid w:val="00D75D0D"/>
    <w:rsid w:val="00D769D0"/>
    <w:rsid w:val="00D7754C"/>
    <w:rsid w:val="00D91EE6"/>
    <w:rsid w:val="00D93447"/>
    <w:rsid w:val="00D93614"/>
    <w:rsid w:val="00D9688B"/>
    <w:rsid w:val="00D96DCA"/>
    <w:rsid w:val="00D96F44"/>
    <w:rsid w:val="00DA1C44"/>
    <w:rsid w:val="00DA2843"/>
    <w:rsid w:val="00DA42C5"/>
    <w:rsid w:val="00DA5CF0"/>
    <w:rsid w:val="00DA63E8"/>
    <w:rsid w:val="00DB0536"/>
    <w:rsid w:val="00DB1CE1"/>
    <w:rsid w:val="00DB2880"/>
    <w:rsid w:val="00DB31BF"/>
    <w:rsid w:val="00DC14EB"/>
    <w:rsid w:val="00DC6FFA"/>
    <w:rsid w:val="00DC74D7"/>
    <w:rsid w:val="00DC7E31"/>
    <w:rsid w:val="00DF0022"/>
    <w:rsid w:val="00DF2249"/>
    <w:rsid w:val="00DF5712"/>
    <w:rsid w:val="00E0523E"/>
    <w:rsid w:val="00E13EB9"/>
    <w:rsid w:val="00E14684"/>
    <w:rsid w:val="00E16DB8"/>
    <w:rsid w:val="00E16F88"/>
    <w:rsid w:val="00E20BF1"/>
    <w:rsid w:val="00E30337"/>
    <w:rsid w:val="00E364F4"/>
    <w:rsid w:val="00E41A4B"/>
    <w:rsid w:val="00E43A20"/>
    <w:rsid w:val="00E43C43"/>
    <w:rsid w:val="00E4473C"/>
    <w:rsid w:val="00E4716C"/>
    <w:rsid w:val="00E54416"/>
    <w:rsid w:val="00E54E38"/>
    <w:rsid w:val="00E55D71"/>
    <w:rsid w:val="00E62069"/>
    <w:rsid w:val="00E765FD"/>
    <w:rsid w:val="00E77BE2"/>
    <w:rsid w:val="00E81154"/>
    <w:rsid w:val="00E853E8"/>
    <w:rsid w:val="00E909A8"/>
    <w:rsid w:val="00E95920"/>
    <w:rsid w:val="00E9609A"/>
    <w:rsid w:val="00EA3D81"/>
    <w:rsid w:val="00EB1C21"/>
    <w:rsid w:val="00EB2F8B"/>
    <w:rsid w:val="00EB6227"/>
    <w:rsid w:val="00EB6794"/>
    <w:rsid w:val="00EC2252"/>
    <w:rsid w:val="00EC2E52"/>
    <w:rsid w:val="00EC2FD8"/>
    <w:rsid w:val="00EC3EC9"/>
    <w:rsid w:val="00ED0822"/>
    <w:rsid w:val="00ED09DC"/>
    <w:rsid w:val="00ED2422"/>
    <w:rsid w:val="00ED364B"/>
    <w:rsid w:val="00ED3BFD"/>
    <w:rsid w:val="00EE03CD"/>
    <w:rsid w:val="00EE523A"/>
    <w:rsid w:val="00F00525"/>
    <w:rsid w:val="00F04D83"/>
    <w:rsid w:val="00F1066D"/>
    <w:rsid w:val="00F1522F"/>
    <w:rsid w:val="00F21720"/>
    <w:rsid w:val="00F232C9"/>
    <w:rsid w:val="00F24918"/>
    <w:rsid w:val="00F30ED0"/>
    <w:rsid w:val="00F31573"/>
    <w:rsid w:val="00F31D49"/>
    <w:rsid w:val="00F348E4"/>
    <w:rsid w:val="00F34D5B"/>
    <w:rsid w:val="00F42FEF"/>
    <w:rsid w:val="00F47920"/>
    <w:rsid w:val="00F47DFF"/>
    <w:rsid w:val="00F556BD"/>
    <w:rsid w:val="00F61762"/>
    <w:rsid w:val="00F62591"/>
    <w:rsid w:val="00F64E7D"/>
    <w:rsid w:val="00F654E9"/>
    <w:rsid w:val="00F74424"/>
    <w:rsid w:val="00F7624F"/>
    <w:rsid w:val="00F8025B"/>
    <w:rsid w:val="00F82B0F"/>
    <w:rsid w:val="00F867D9"/>
    <w:rsid w:val="00F86ADF"/>
    <w:rsid w:val="00F9221C"/>
    <w:rsid w:val="00F933C1"/>
    <w:rsid w:val="00F97F83"/>
    <w:rsid w:val="00FA0576"/>
    <w:rsid w:val="00FA0900"/>
    <w:rsid w:val="00FA1CF6"/>
    <w:rsid w:val="00FA6C97"/>
    <w:rsid w:val="00FB01CC"/>
    <w:rsid w:val="00FB0843"/>
    <w:rsid w:val="00FB2749"/>
    <w:rsid w:val="00FB67D6"/>
    <w:rsid w:val="00FB71B1"/>
    <w:rsid w:val="00FC1FEE"/>
    <w:rsid w:val="00FC4661"/>
    <w:rsid w:val="00FC5D9A"/>
    <w:rsid w:val="00FC693F"/>
    <w:rsid w:val="00FD072C"/>
    <w:rsid w:val="00FD1A59"/>
    <w:rsid w:val="00FD1FC2"/>
    <w:rsid w:val="00FD5C8D"/>
    <w:rsid w:val="00FD64A1"/>
    <w:rsid w:val="00FE1E81"/>
    <w:rsid w:val="00FF1A17"/>
    <w:rsid w:val="00FF6A03"/>
    <w:rsid w:val="03F40217"/>
    <w:rsid w:val="059CDD31"/>
    <w:rsid w:val="0870B0BE"/>
    <w:rsid w:val="0CDD744C"/>
    <w:rsid w:val="12730527"/>
    <w:rsid w:val="1553788F"/>
    <w:rsid w:val="15D8A56C"/>
    <w:rsid w:val="18EB4DEF"/>
    <w:rsid w:val="19DFF19A"/>
    <w:rsid w:val="1B8B474F"/>
    <w:rsid w:val="221F1006"/>
    <w:rsid w:val="22D06755"/>
    <w:rsid w:val="23E59206"/>
    <w:rsid w:val="25256D63"/>
    <w:rsid w:val="276588D7"/>
    <w:rsid w:val="2BA3421C"/>
    <w:rsid w:val="2C36115E"/>
    <w:rsid w:val="2CAB6C3C"/>
    <w:rsid w:val="2D1DA1E0"/>
    <w:rsid w:val="2D5FFB87"/>
    <w:rsid w:val="2FCA609B"/>
    <w:rsid w:val="3059BEEC"/>
    <w:rsid w:val="321C070D"/>
    <w:rsid w:val="36615E6A"/>
    <w:rsid w:val="39E4C2E0"/>
    <w:rsid w:val="3A0828AE"/>
    <w:rsid w:val="3B1E37E2"/>
    <w:rsid w:val="3B7225BB"/>
    <w:rsid w:val="3B74863D"/>
    <w:rsid w:val="3BC32820"/>
    <w:rsid w:val="3E44E41A"/>
    <w:rsid w:val="3FAC874E"/>
    <w:rsid w:val="40497DD4"/>
    <w:rsid w:val="41DA6AE2"/>
    <w:rsid w:val="42A6986D"/>
    <w:rsid w:val="430C8E15"/>
    <w:rsid w:val="46CECC95"/>
    <w:rsid w:val="4A0E6621"/>
    <w:rsid w:val="4B3BE543"/>
    <w:rsid w:val="4B60A7D1"/>
    <w:rsid w:val="4DCFDA8B"/>
    <w:rsid w:val="500CC985"/>
    <w:rsid w:val="541EB207"/>
    <w:rsid w:val="56182510"/>
    <w:rsid w:val="58D9050D"/>
    <w:rsid w:val="5948303A"/>
    <w:rsid w:val="5B2B7029"/>
    <w:rsid w:val="5BBAFBF7"/>
    <w:rsid w:val="6324EC2D"/>
    <w:rsid w:val="6978F482"/>
    <w:rsid w:val="6B2DC2CA"/>
    <w:rsid w:val="6D5F31B3"/>
    <w:rsid w:val="6E305888"/>
    <w:rsid w:val="6ED0F25F"/>
    <w:rsid w:val="7110AC77"/>
    <w:rsid w:val="71EA862B"/>
    <w:rsid w:val="72B588A2"/>
    <w:rsid w:val="755D47F9"/>
    <w:rsid w:val="76BFB995"/>
    <w:rsid w:val="76C8ABAD"/>
    <w:rsid w:val="77853C98"/>
    <w:rsid w:val="7872E659"/>
    <w:rsid w:val="790A617D"/>
    <w:rsid w:val="79857B90"/>
    <w:rsid w:val="7A4A9E89"/>
    <w:rsid w:val="7DBD43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521F5"/>
  <w14:defaultImageDpi w14:val="300"/>
  <w15:docId w15:val="{4CF66FE0-446E-4563-A001-16203D94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7B57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1EE6"/>
    <w:rPr>
      <w:color w:val="0000FF" w:themeColor="hyperlink"/>
      <w:u w:val="single"/>
    </w:rPr>
  </w:style>
  <w:style w:type="character" w:styleId="UnresolvedMention">
    <w:name w:val="Unresolved Mention"/>
    <w:basedOn w:val="DefaultParagraphFont"/>
    <w:uiPriority w:val="99"/>
    <w:semiHidden/>
    <w:unhideWhenUsed/>
    <w:rsid w:val="00D91EE6"/>
    <w:rPr>
      <w:color w:val="605E5C"/>
      <w:shd w:val="clear" w:color="auto" w:fill="E1DFDD"/>
    </w:rPr>
  </w:style>
  <w:style w:type="paragraph" w:styleId="TOC2">
    <w:name w:val="toc 2"/>
    <w:basedOn w:val="Normal"/>
    <w:next w:val="Normal"/>
    <w:autoRedefine/>
    <w:uiPriority w:val="39"/>
    <w:unhideWhenUsed/>
    <w:rsid w:val="00E16DB8"/>
    <w:pPr>
      <w:tabs>
        <w:tab w:val="right" w:leader="dot" w:pos="8630"/>
      </w:tabs>
      <w:spacing w:after="100"/>
    </w:pPr>
  </w:style>
  <w:style w:type="paragraph" w:styleId="TOC1">
    <w:name w:val="toc 1"/>
    <w:basedOn w:val="Normal"/>
    <w:next w:val="Normal"/>
    <w:autoRedefine/>
    <w:uiPriority w:val="39"/>
    <w:unhideWhenUsed/>
    <w:rsid w:val="00ED364B"/>
    <w:pPr>
      <w:spacing w:after="100"/>
    </w:pPr>
  </w:style>
  <w:style w:type="paragraph" w:styleId="BodyTextIndent">
    <w:name w:val="Body Text Indent"/>
    <w:basedOn w:val="Normal"/>
    <w:link w:val="BodyTextIndentChar"/>
    <w:uiPriority w:val="99"/>
    <w:unhideWhenUsed/>
    <w:rsid w:val="000F3249"/>
    <w:pPr>
      <w:spacing w:after="120"/>
      <w:ind w:left="283"/>
    </w:pPr>
  </w:style>
  <w:style w:type="character" w:customStyle="1" w:styleId="BodyTextIndentChar">
    <w:name w:val="Body Text Indent Char"/>
    <w:basedOn w:val="DefaultParagraphFont"/>
    <w:link w:val="BodyTextIndent"/>
    <w:uiPriority w:val="99"/>
    <w:rsid w:val="000F3249"/>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sefton.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sefton.gov.uk/equality-consultation-and-accessibility/equality-diversity-and-inclusion-strategy/"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0afa1d-a7f9-44b4-a460-51003d80b92d">
      <Terms xmlns="http://schemas.microsoft.com/office/infopath/2007/PartnerControls"/>
    </lcf76f155ced4ddcb4097134ff3c332f>
    <TaxCatchAll xmlns="ea61d964-536a-4dcf-aec6-501df2ee494f" xsi:nil="true"/>
    <_dlc_DocId xmlns="ea61d964-536a-4dcf-aec6-501df2ee494f">EVCK45EHN4QW-1152294498-28534</_dlc_DocId>
    <_dlc_DocIdUrl xmlns="ea61d964-536a-4dcf-aec6-501df2ee494f">
      <Url>https://seftongovuk.sharepoint.com/sites/EmpSupport/THR/_layouts/15/DocIdRedir.aspx?ID=EVCK45EHN4QW-1152294498-28534</Url>
      <Description>EVCK45EHN4QW-1152294498-28534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1622B544BFB3F46B71EE46894A334CD" ma:contentTypeVersion="10" ma:contentTypeDescription="Create a new document." ma:contentTypeScope="" ma:versionID="4476bb4452daa2df73ac23542b6ecc5b">
  <xsd:schema xmlns:xsd="http://www.w3.org/2001/XMLSchema" xmlns:xs="http://www.w3.org/2001/XMLSchema" xmlns:p="http://schemas.microsoft.com/office/2006/metadata/properties" xmlns:ns2="ea61d964-536a-4dcf-aec6-501df2ee494f" xmlns:ns3="670afa1d-a7f9-44b4-a460-51003d80b92d" targetNamespace="http://schemas.microsoft.com/office/2006/metadata/properties" ma:root="true" ma:fieldsID="fe3c8c0ec444b513f81f3892db422332" ns2:_="" ns3:_="">
    <xsd:import namespace="ea61d964-536a-4dcf-aec6-501df2ee494f"/>
    <xsd:import namespace="670afa1d-a7f9-44b4-a460-51003d80b9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1d964-536a-4dcf-aec6-501df2ee49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9c33355-fce3-45d1-a84b-0d9f302f3339}" ma:internalName="TaxCatchAll" ma:showField="CatchAllData" ma:web="ea61d964-536a-4dcf-aec6-501df2ee49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0afa1d-a7f9-44b4-a460-51003d80b9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45581-A6A6-4C28-84E6-B9ACB6A7E8B5}">
  <ds:schemaRefs>
    <ds:schemaRef ds:uri="http://schemas.microsoft.com/office/2006/metadata/properties"/>
    <ds:schemaRef ds:uri="http://schemas.microsoft.com/office/infopath/2007/PartnerControls"/>
    <ds:schemaRef ds:uri="670afa1d-a7f9-44b4-a460-51003d80b92d"/>
    <ds:schemaRef ds:uri="ea61d964-536a-4dcf-aec6-501df2ee494f"/>
  </ds:schemaRefs>
</ds:datastoreItem>
</file>

<file path=customXml/itemProps2.xml><?xml version="1.0" encoding="utf-8"?>
<ds:datastoreItem xmlns:ds="http://schemas.openxmlformats.org/officeDocument/2006/customXml" ds:itemID="{A0C46145-960A-47B5-973B-80F89BA6F33D}">
  <ds:schemaRefs>
    <ds:schemaRef ds:uri="http://schemas.microsoft.com/sharepoint/v3/contenttype/forms"/>
  </ds:schemaRefs>
</ds:datastoreItem>
</file>

<file path=customXml/itemProps3.xml><?xml version="1.0" encoding="utf-8"?>
<ds:datastoreItem xmlns:ds="http://schemas.openxmlformats.org/officeDocument/2006/customXml" ds:itemID="{81FD4EE3-C44A-4CC9-BD40-79B623098370}">
  <ds:schemaRefs>
    <ds:schemaRef ds:uri="http://schemas.microsoft.com/sharepoint/events"/>
  </ds:schemaRefs>
</ds:datastoreItem>
</file>

<file path=customXml/itemProps4.xml><?xml version="1.0" encoding="utf-8"?>
<ds:datastoreItem xmlns:ds="http://schemas.openxmlformats.org/officeDocument/2006/customXml" ds:itemID="{0FC5A010-5605-4A7C-933E-3705A9DD8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1d964-536a-4dcf-aec6-501df2ee494f"/>
    <ds:schemaRef ds:uri="670afa1d-a7f9-44b4-a460-51003d80b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2916</Words>
  <Characters>16625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19502</CharactersWithSpaces>
  <SharedDoc>false</SharedDoc>
  <HyperlinkBase/>
  <HLinks>
    <vt:vector size="6" baseType="variant">
      <vt:variant>
        <vt:i4>5570635</vt:i4>
      </vt:variant>
      <vt:variant>
        <vt:i4>0</vt:i4>
      </vt:variant>
      <vt:variant>
        <vt:i4>0</vt:i4>
      </vt:variant>
      <vt:variant>
        <vt:i4>5</vt:i4>
      </vt:variant>
      <vt:variant>
        <vt:lpwstr>http://www.sefton.gov.uk/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Rhianna Murray</cp:lastModifiedBy>
  <cp:revision>2</cp:revision>
  <cp:lastPrinted>2026-02-12T17:58:00Z</cp:lastPrinted>
  <dcterms:created xsi:type="dcterms:W3CDTF">2026-07-08T14:35:00Z</dcterms:created>
  <dcterms:modified xsi:type="dcterms:W3CDTF">2026-07-08T14:35:00Z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0x01010071622B544BFB3F46B71EE46894A334CD</vt:lpwstr>
  </property>
  <property fmtid="{D5CDD505-2E9C-101B-9397-08002B2CF9AE}" pid="3" name="_dlc_DocIdItemGuid">
    <vt:lpwstr>7ca66da9-0f96-4ab0-83ce-c6c98d6a1d51</vt:lpwstr>
  </property>
  <property fmtid="{D5CDD505-2E9C-101B-9397-08002B2CF9AE}" pid="4" name="MediaServiceImageTags">
    <vt:lpwstr/>
  </property>
</Properties>
</file>